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Las Cruces Pride Celebrates LGBTQ Visibility in Southern New Mexico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Cruces Pride brings the LGBTQ community together in southern New Mexico, creating a public space for visibility, connection and celebration. The city’s October event is more than a colourful day out: it’s a chance for residents and visitors to meet, show support and experience the region’s welcoming side. Here’s why local Pride matters beyond the parade.</w:t>
      </w:r>
      <w:r/>
    </w:p>
    <w:p>
      <w:pPr>
        <w:pStyle w:val="Heading2"/>
      </w:pPr>
      <w:r>
        <w:t>Las Cruces Pride puts visibility centre stage</w:t>
      </w:r>
      <w:r/>
    </w:p>
    <w:p>
      <w:r/>
      <w:r>
        <w:t xml:space="preserve">Pride is a celebration, but it’s also a way for LGBTQ people to be seen in their own community. In Las Cruces, the October gathering gives people a chance to show up together, whether they’re marching, cheering from the sidelines or simply taking in the atmosphere. </w:t>
      </w:r>
      <w:hyperlink r:id="rId9">
        <w:r>
          <w:rPr>
            <w:color w:val="0000EE"/>
            <w:u w:val="single"/>
          </w:rPr>
          <w:t>[2]</w:t>
        </w:r>
      </w:hyperlink>
      <w:r/>
    </w:p>
    <w:p>
      <w:r/>
      <w:r>
        <w:t xml:space="preserve">That public presence can carry real weight in a city where community connections matter. A street filled with colour, conversation and familiar faces makes belonging visible in a way that a statement on a website can’t quite match. </w:t>
      </w:r>
      <w:hyperlink r:id="rId9">
        <w:r>
          <w:rPr>
            <w:color w:val="0000EE"/>
            <w:u w:val="single"/>
          </w:rPr>
          <w:t>[2]</w:t>
        </w:r>
      </w:hyperlink>
      <w:r>
        <w:rPr>
          <w:b/>
        </w:rPr>
        <w:t xml:space="preserve">, </w:t>
      </w:r>
      <w:hyperlink r:id="rId10">
        <w:r>
          <w:rPr>
            <w:color w:val="0000EE"/>
            <w:u w:val="single"/>
          </w:rPr>
          <w:t>[5]</w:t>
        </w:r>
      </w:hyperlink>
      <w:r/>
    </w:p>
    <w:p>
      <w:pPr>
        <w:pStyle w:val="Heading2"/>
      </w:pPr>
      <w:r>
        <w:t>A local event with a wider welcome</w:t>
      </w:r>
      <w:r/>
    </w:p>
    <w:p>
      <w:r/>
      <w:r>
        <w:t xml:space="preserve">Las Cruces’ LGBTQ community is part of the city’s broader cultural life, and Pride offers a natural meeting point for residents and visitors alike. Visit Las Cruces highlights LGBTQIA-friendly experiences and resources, helping travellers find ways to connect with the city beyond a single event. </w:t>
      </w:r>
      <w:hyperlink r:id="rId10">
        <w:r>
          <w:rPr>
            <w:color w:val="0000EE"/>
            <w:u w:val="single"/>
          </w:rPr>
          <w:t>[5]</w:t>
        </w:r>
      </w:hyperlink>
      <w:r/>
    </w:p>
    <w:p>
      <w:r/>
      <w:r>
        <w:t xml:space="preserve">For people considering a longer stay, local information also points to the importance of community and inclusion in everyday life. That matters because feeling welcome is rarely about one big occasion; it’s built through the places, services and people you encounter week to week. </w:t>
      </w:r>
      <w:hyperlink r:id="rId11">
        <w:r>
          <w:rPr>
            <w:color w:val="0000EE"/>
            <w:u w:val="single"/>
          </w:rPr>
          <w:t>[6]</w:t>
        </w:r>
      </w:hyperlink>
      <w:r/>
    </w:p>
    <w:p>
      <w:pPr>
        <w:pStyle w:val="Heading2"/>
      </w:pPr>
      <w:r>
        <w:t>What Pride offers beyond the festivities</w:t>
      </w:r>
      <w:r/>
    </w:p>
    <w:p>
      <w:r/>
      <w:r>
        <w:t xml:space="preserve">Events like Pride can make it easier to find community, particularly for people who are new to the area or looking for a sense of connection. The shared experience is part celebration, part introduction: a chance to meet others and discover local organisations and activities. </w:t>
      </w:r>
      <w:hyperlink r:id="rId9">
        <w:r>
          <w:rPr>
            <w:color w:val="0000EE"/>
            <w:u w:val="single"/>
          </w:rPr>
          <w:t>[2]</w:t>
        </w:r>
      </w:hyperlink>
      <w:r>
        <w:rPr>
          <w:b/>
        </w:rPr>
        <w:t xml:space="preserve">, </w:t>
      </w:r>
      <w:hyperlink r:id="rId10">
        <w:r>
          <w:rPr>
            <w:color w:val="0000EE"/>
            <w:u w:val="single"/>
          </w:rPr>
          <w:t>[5]</w:t>
        </w:r>
      </w:hyperlink>
      <w:r/>
    </w:p>
    <w:p>
      <w:r/>
      <w:r>
        <w:t xml:space="preserve">And there’s something reassuringly simple about celebrating in public. A friendly conversation, a familiar flag or a crowd that makes room for you can turn a day out into a reminder that you’re not alone. </w:t>
      </w:r>
      <w:hyperlink r:id="rId9">
        <w:r>
          <w:rPr>
            <w:color w:val="0000EE"/>
            <w:u w:val="single"/>
          </w:rPr>
          <w:t>[2]</w:t>
        </w:r>
      </w:hyperlink>
      <w:r>
        <w:rPr>
          <w:b/>
        </w:rPr>
        <w:t xml:space="preserve">, </w:t>
      </w:r>
      <w:hyperlink r:id="rId11">
        <w:r>
          <w:rPr>
            <w:color w:val="0000EE"/>
            <w:u w:val="single"/>
          </w:rPr>
          <w:t>[6]</w:t>
        </w:r>
      </w:hyperlink>
      <w:r/>
    </w:p>
    <w:p>
      <w:pPr>
        <w:pStyle w:val="Heading2"/>
      </w:pPr>
      <w:r>
        <w:t>Planning a visit to Las Cruces Pride</w:t>
      </w:r>
      <w:r/>
    </w:p>
    <w:p>
      <w:r/>
      <w:r>
        <w:t xml:space="preserve">If you’re going, check current event details before setting off, as dates, locations and schedules can change. Local tourism and community resources are useful starting points for finding LGBTQIA-related information and getting a feel for what else is happening around town. </w:t>
      </w:r>
      <w:hyperlink r:id="rId10">
        <w:r>
          <w:rPr>
            <w:color w:val="0000EE"/>
            <w:u w:val="single"/>
          </w:rPr>
          <w:t>[5]</w:t>
        </w:r>
      </w:hyperlink>
      <w:r>
        <w:rPr>
          <w:b/>
        </w:rPr>
        <w:t xml:space="preserve">, </w:t>
      </w:r>
      <w:hyperlink r:id="rId11">
        <w:r>
          <w:rPr>
            <w:color w:val="0000EE"/>
            <w:u w:val="single"/>
          </w:rPr>
          <w:t>[6]</w:t>
        </w:r>
      </w:hyperlink>
      <w:r/>
    </w:p>
    <w:p>
      <w:r/>
      <w:r>
        <w:t xml:space="preserve">Visitors can also look beyond the main event and explore downtown Las Cruces, where community gatherings add another layer to a trip. Southern New Mexico Pride has promoted a return to downtown, reflecting how these celebrations can bring people into the heart of the city. </w:t>
      </w:r>
      <w:hyperlink r:id="rId12">
        <w:r>
          <w:rPr>
            <w:color w:val="0000EE"/>
            <w:u w:val="single"/>
          </w:rPr>
          <w:t>[7]</w:t>
        </w:r>
      </w:hyperlink>
      <w:r/>
    </w:p>
    <w:p>
      <w:pPr>
        <w:pStyle w:val="Heading2"/>
      </w:pPr>
      <w:r>
        <w:t>Pride’s impact carries on after October</w:t>
      </w:r>
      <w:r/>
    </w:p>
    <w:p>
      <w:r/>
      <w:r>
        <w:t xml:space="preserve">The value of a Pride gathering doesn’t disappear when the decorations come down. Local visibility can help strengthen connections and keep LGBTQ experiences part of the wider conversation about what makes a community welcoming. </w:t>
      </w:r>
      <w:hyperlink r:id="rId9">
        <w:r>
          <w:rPr>
            <w:color w:val="0000EE"/>
            <w:u w:val="single"/>
          </w:rPr>
          <w:t>[2]</w:t>
        </w:r>
      </w:hyperlink>
      <w:r>
        <w:rPr>
          <w:b/>
        </w:rPr>
        <w:t xml:space="preserve">, </w:t>
      </w:r>
      <w:hyperlink r:id="rId11">
        <w:r>
          <w:rPr>
            <w:color w:val="0000EE"/>
            <w:u w:val="single"/>
          </w:rPr>
          <w:t>[6]</w:t>
        </w:r>
      </w:hyperlink>
      <w:r/>
    </w:p>
    <w:p>
      <w:r/>
      <w:r>
        <w:t xml:space="preserve">For Las Cruces, that mix of celebration and everyday belonging is the point. Pride offers a joyful moment in the calendar, while the relationships and recognition it encourages can last much longer. </w:t>
      </w:r>
      <w:hyperlink r:id="rId10">
        <w:r>
          <w:rPr>
            <w:color w:val="0000EE"/>
            <w:u w:val="single"/>
          </w:rPr>
          <w:t>[5]</w:t>
        </w:r>
      </w:hyperlink>
      <w:r>
        <w:rPr>
          <w:b/>
        </w:rPr>
        <w:t xml:space="preserve">, </w:t>
      </w:r>
      <w:hyperlink r:id="rId12">
        <w:r>
          <w:rPr>
            <w:color w:val="0000EE"/>
            <w:u w:val="single"/>
          </w:rPr>
          <w:t>[7]</w:t>
        </w:r>
      </w:hyperlink>
      <w:r/>
    </w:p>
    <w:p>
      <w:r/>
      <w:r>
        <w:t>Explore Las Cruces’ LGBTQIA resources and check local listings before planning your visit.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10">
        <w:r>
          <w:rPr>
            <w:color w:val="0000EE"/>
            <w:u w:val="single"/>
          </w:rPr>
          <w:t>[5]</w:t>
        </w:r>
      </w:hyperlink>
      <w:r>
        <w:t xml:space="preserve">- Paragraph 5: </w:t>
      </w:r>
      <w:hyperlink r:id="rId11">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10">
        <w:r>
          <w:rPr>
            <w:color w:val="0000EE"/>
            <w:u w:val="single"/>
          </w:rPr>
          <w:t>[5]</w:t>
        </w:r>
      </w:hyperlink>
      <w:r>
        <w:t xml:space="preserve">, </w:t>
      </w:r>
      <w:hyperlink r:id="rId11">
        <w:r>
          <w:rPr>
            <w:color w:val="0000EE"/>
            <w:u w:val="single"/>
          </w:rPr>
          <w:t>[6]</w:t>
        </w:r>
      </w:hyperlink>
      <w:r>
        <w:t xml:space="preserve">- Paragraph 9: </w:t>
      </w:r>
      <w:hyperlink r:id="rId12">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[6]</w:t>
        </w:r>
      </w:hyperlink>
      <w:r>
        <w:t xml:space="preserve">- Paragraph 11: </w:t>
      </w:r>
      <w:hyperlink r:id="rId10">
        <w:r>
          <w:rPr>
            <w:color w:val="0000EE"/>
            <w:u w:val="single"/>
          </w:rPr>
          <w:t>[5]</w:t>
        </w:r>
      </w:hyperlink>
      <w:r>
        <w:t xml:space="preserve">, </w:t>
      </w:r>
      <w:hyperlink r:id="rId12">
        <w:r>
          <w:rPr>
            <w:color w:val="0000EE"/>
            <w:u w:val="single"/>
          </w:rPr>
          <w:t>[7]</w:t>
        </w:r>
      </w:hyperlink>
      <w:r>
        <w:t xml:space="preserve">- Paragraph 12: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https://www.santafenewmexican.com/las_cruces/local_news/las-cruces-lgbtq-community-visible-and-seen-at-october-pride/article_db86a8b5-c5f1-4b9d-abe2-94d2095d817d.html</w:t>
        </w:r>
      </w:hyperlink>
      <w:r>
        <w:t xml:space="preserve"> - Please view link - unable to able to access data</w:t>
      </w:r>
      <w:r/>
    </w:p>
    <w:p>
      <w:pPr>
        <w:pStyle w:val="ListNumber"/>
        <w:spacing w:line="240" w:lineRule="auto"/>
        <w:ind w:left="720"/>
      </w:pPr>
      <w:r/>
      <w:hyperlink r:id="rId9">
        <w:r>
          <w:rPr>
            <w:color w:val="0000EE"/>
            <w:u w:val="single"/>
          </w:rPr>
          <w:t>https://www.santafenewmexican.com/las_cruces/local_news/las-cruces-lgbtq-community-visible-and-seen-at-october-pride/article_db86a8b5-c5f1-4b9d-abe2-94d2095d817d.html</w:t>
        </w:r>
      </w:hyperlink>
      <w:r>
        <w:t xml:space="preserve"> - The supplied publication is a report about Las Cruces’s LGBTQ+ community and its October Pride celebration. Its headline foregrounds visibility and being seen, suggesting a focus on how the event brings community members and allies into public view. The article itself could not be retrieved during this check, so its specific details cannot be independently summarised or matched claim by claim here. The other links provide corroborating context about local Pride events, community participation, the parade and the reasons for holding celebrations in October. They should be treated as related reporting and information, not as direct confirmation of every detail in the supplied article.</w:t>
      </w:r>
      <w:r/>
    </w:p>
    <w:p>
      <w:pPr>
        <w:pStyle w:val="ListNumber"/>
        <w:spacing w:line="240" w:lineRule="auto"/>
        <w:ind w:left="720"/>
      </w:pPr>
      <w:r/>
      <w:hyperlink r:id="rId13">
        <w:r>
          <w:rPr>
            <w:color w:val="0000EE"/>
            <w:u w:val="single"/>
          </w:rPr>
          <w:t>https://beta.creativecirclecdn.com/lascruces/files/20250604-134653-192-LCB%2006-06-25%20eEDITION.pdf</w:t>
        </w:r>
      </w:hyperlink>
      <w:r>
        <w:t xml:space="preserve"> - This edition of the Las Cruces Bulletin explains that the city’s Pride parade takes place in October rather than June. Ryan Steinmetz of PFLAG Las Cruces says the cooler autumn weather makes it more comfortable for people to celebrate outdoors. The article also notes that the parade had conflicted with Juneteenth events, another factor in choosing a different month. It describes LGBTQIA+ celebrations continuing in June despite the parade’s later date and provides historical context about Pride’s roots in protest, including the Stonewall uprising. The report supports the article’s background on local Pride timing and community celebration in Las Cruces.</w:t>
      </w:r>
      <w:r/>
    </w:p>
    <w:p>
      <w:pPr>
        <w:pStyle w:val="ListNumber"/>
        <w:spacing w:line="240" w:lineRule="auto"/>
        <w:ind w:left="720"/>
      </w:pPr>
      <w:r/>
      <w:hyperlink r:id="rId14">
        <w:r>
          <w:rPr>
            <w:color w:val="0000EE"/>
            <w:u w:val="single"/>
          </w:rPr>
          <w:t>https://beta.creativecirclecdn.com/lascruces/files/20231013-095041-10.13.23_LCB_eEDITION.pdf</w:t>
        </w:r>
      </w:hyperlink>
      <w:r>
        <w:t xml:space="preserve"> - This 2023 Las Cruces Bulletin edition reports on Southern New Mexico Pride and the first Las Cruces Pride Parade. Organisers estimated that between 1,000 and 1,500 people attended Pride on the Plaza, while hundreds gathered along Main Street for the parade. The article includes an organiser’s positive reflections on the celebration, noting favourable feedback from vendors and attendees and enthusiasm for future events. Its account documents public participation, visibility and a festive atmosphere in downtown Las Cruces. This provides local reporting relevant to claims about the size, reach and community spirit of October Pride activities in the city.</w:t>
      </w:r>
      <w:r/>
    </w:p>
    <w:p>
      <w:pPr>
        <w:pStyle w:val="ListNumber"/>
        <w:spacing w:line="240" w:lineRule="auto"/>
        <w:ind w:left="720"/>
      </w:pPr>
      <w:r/>
      <w:hyperlink r:id="rId10">
        <w:r>
          <w:rPr>
            <w:color w:val="0000EE"/>
            <w:u w:val="single"/>
          </w:rPr>
          <w:t>https://www.visitlascruces.com/things-to-do/lgbtqia/</w:t>
        </w:r>
      </w:hyperlink>
      <w:r>
        <w:t xml:space="preserve"> - Visit Las Cruces presents the city as a destination with LGBTQIA+-owned and operated businesses, restaurants, bars and entertainment venues. It describes Southern New Mexico Pride as an organisation that offers events and activities intended to bring the community together and provide information and fellowship across Las Cruces and the wider region. The page identifies the annual Pride celebration as an October event, linking the festival to the city’s LGBTQIA+ community life. This official visitor resource provides context on local organisations and the recurring celebration, although it is promotional information rather than independent news coverage of one particular Pride gathering.</w:t>
      </w:r>
      <w:r/>
    </w:p>
    <w:p>
      <w:pPr>
        <w:pStyle w:val="ListNumber"/>
        <w:spacing w:line="240" w:lineRule="auto"/>
        <w:ind w:left="720"/>
      </w:pPr>
      <w:r/>
      <w:hyperlink r:id="rId11">
        <w:r>
          <w:rPr>
            <w:color w:val="0000EE"/>
            <w:u w:val="single"/>
          </w:rPr>
          <w:t>https://www.inclusivecruces.com/living-in-las-cruces</w:t>
        </w:r>
      </w:hyperlink>
      <w:r>
        <w:t xml:space="preserve"> - Inclusive Cruces describes LGBTQ+ life in Las Cruces as active, connected and growing, with opportunities for residents and allies to meet and build relationships. The page mentions social gatherings, meet-ups, community celebrations and pop-up events at local businesses, while noting that the city does not currently have a dedicated LGBTQ+ bar. It specifically says that Pride is celebrated each October and presents this annual event as a meaningful, visible community gathering. This information supports broader claims about local LGBTQ+ visibility and year-round community connections, though it reflects the organisation’s perspective rather than a reported account of a specific parade.</w:t>
      </w:r>
      <w:r/>
    </w:p>
    <w:p>
      <w:pPr>
        <w:pStyle w:val="ListNumber"/>
        <w:spacing w:line="240" w:lineRule="auto"/>
        <w:ind w:left="720"/>
      </w:pPr>
      <w:r/>
      <w:hyperlink r:id="rId12">
        <w:r>
          <w:rPr>
            <w:color w:val="0000EE"/>
            <w:u w:val="single"/>
          </w:rPr>
          <w:t>https://lascrucesdigest.com/2026/09/17/here-to-stay-southern-new-mexico-pride-returns-to-downtown-las-cruces-oct-3/</w:t>
        </w:r>
      </w:hyperlink>
      <w:r>
        <w:t xml:space="preserve"> - This Las Cruces Digest report previews Southern New Mexico Pride’s return to downtown, with a parade followed by activities at Plaza de Las Cruces. It says the parade will include community organisations, businesses, performers and other participants, and describes the 2026 theme, “Here to Stay”, as affirming the continuing presence of LGBTQ+ people, families, businesses and organisations in Southern New Mexico. The report also gives background on the volunteer-run Pride organisation and its community work. As a preview of a later celebration, it offers useful context about the event’s format and visibility, but does not document the earlier event described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antafenewmexican.com/las_cruces/local_news/las-cruces-lgbtq-community-visible-and-seen-at-october-pride/article_db86a8b5-c5f1-4b9d-abe2-94d2095d817d.html" TargetMode="External"/><Relationship Id="rId10" Type="http://schemas.openxmlformats.org/officeDocument/2006/relationships/hyperlink" Target="https://www.visitlascruces.com/things-to-do/lgbtqia/" TargetMode="External"/><Relationship Id="rId11" Type="http://schemas.openxmlformats.org/officeDocument/2006/relationships/hyperlink" Target="https://www.inclusivecruces.com/living-in-las-cruces" TargetMode="External"/><Relationship Id="rId12" Type="http://schemas.openxmlformats.org/officeDocument/2006/relationships/hyperlink" Target="https://lascrucesdigest.com/2026/09/17/here-to-stay-southern-new-mexico-pride-returns-to-downtown-las-cruces-oct-3/" TargetMode="External"/><Relationship Id="rId13" Type="http://schemas.openxmlformats.org/officeDocument/2006/relationships/hyperlink" Target="https://beta.creativecirclecdn.com/lascruces/files/20250604-134653-192-LCB%2006-06-25%20eEDITION.pdf" TargetMode="External"/><Relationship Id="rId14" Type="http://schemas.openxmlformats.org/officeDocument/2006/relationships/hyperlink" Target="https://beta.creativecirclecdn.com/lascruces/files/20231013-095041-10.13.23_LCB_eEDI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