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Washington DC Weekend Events: Oktoberfest and Fall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season is in full swing across Washington, DC, and the surrounding area, with Oktoberfest, street fairs, live music and family-friendly autumn outings on the calendar. From dachshund races at the Wharf to community celebrations in Vienna and Takoma Park, there’s plenty to make a crisp October weekend feel special.</w:t>
      </w:r>
      <w:r/>
    </w:p>
    <w:p>
      <w:pPr>
        <w:pStyle w:val="Heading2"/>
      </w:pPr>
      <w:r>
        <w:t>Essential takeaways</w:t>
      </w:r>
      <w:r/>
      <w:r/>
    </w:p>
    <w:p>
      <w:pPr>
        <w:pStyle w:val="ListBullet"/>
        <w:spacing w:line="240" w:lineRule="auto"/>
        <w:ind w:left="720"/>
      </w:pPr>
      <w:r/>
      <w:r>
        <w:rPr>
          <w:b/>
        </w:rPr>
        <w:t>Dachshunds take centre stage:</w:t>
      </w:r>
      <w:r>
        <w:t xml:space="preserve"> The Wharf’s Wiener 500 features racing dogs, a beer garden and activities for the whole family.</w:t>
      </w:r>
      <w:r/>
    </w:p>
    <w:p>
      <w:pPr>
        <w:pStyle w:val="ListBullet"/>
        <w:spacing w:line="240" w:lineRule="auto"/>
        <w:ind w:left="720"/>
      </w:pPr>
      <w:r/>
      <w:r>
        <w:rPr>
          <w:b/>
        </w:rPr>
        <w:t>Oktoberfest goes local:</w:t>
      </w:r>
      <w:r>
        <w:t xml:space="preserve"> Vienna’s free street festival brings music, food, local makers and family activities to the Town Green.</w:t>
      </w:r>
      <w:r/>
    </w:p>
    <w:p>
      <w:pPr>
        <w:pStyle w:val="ListBullet"/>
        <w:spacing w:line="240" w:lineRule="auto"/>
        <w:ind w:left="720"/>
      </w:pPr>
      <w:r/>
      <w:r>
        <w:rPr>
          <w:b/>
        </w:rPr>
        <w:t>Music fills the weekend:</w:t>
      </w:r>
      <w:r>
        <w:t xml:space="preserve"> Home Rule Music Festival offers a free day of go-go, jazz and other sounds in NoMa.</w:t>
      </w:r>
      <w:r/>
    </w:p>
    <w:p>
      <w:pPr>
        <w:pStyle w:val="ListBullet"/>
        <w:spacing w:line="240" w:lineRule="auto"/>
        <w:ind w:left="720"/>
      </w:pPr>
      <w:r/>
      <w:r>
        <w:rPr>
          <w:b/>
        </w:rPr>
        <w:t>Pride continues in October:</w:t>
      </w:r>
      <w:r>
        <w:t xml:space="preserve"> Annapolis marks LGBTQ+ History Month with a parade, live entertainment and a festival.</w:t>
      </w:r>
      <w:r/>
    </w:p>
    <w:p>
      <w:pPr>
        <w:pStyle w:val="ListBullet"/>
        <w:spacing w:line="240" w:lineRule="auto"/>
        <w:ind w:left="720"/>
      </w:pPr>
      <w:r/>
      <w:r>
        <w:rPr>
          <w:b/>
        </w:rPr>
        <w:t>Street-festival season is thriving:</w:t>
      </w:r>
      <w:r>
        <w:t xml:space="preserve"> Takoma Park’s annual event includes artists, community groups, food and live bands.</w:t>
      </w:r>
      <w:r/>
      <w:r/>
    </w:p>
    <w:p>
      <w:pPr>
        <w:pStyle w:val="Heading2"/>
      </w:pPr>
      <w:r>
        <w:t>Oktoberfest, with a dachshund-sized twist</w:t>
      </w:r>
      <w:r/>
    </w:p>
    <w:p>
      <w:r/>
      <w:r>
        <w:t>The most charming race in town may also be the hardest to watch without smiling. At the Wharf’s Wiener 500, dachshunds take to a 70-foot track in heats of six, while spectators peer down from the sidelines or follow the action on large screens. The event is free, and the wider Oktoberfest celebration adds a beer garden, contests and adoptable dogs. (The Washington Post)</w:t>
      </w:r>
      <w:r/>
    </w:p>
    <w:p>
      <w:r/>
      <w:r>
        <w:t>Vienna’s Oktoberfest offers a different kind of spectacle, with three stages, German music, local brews, food vendors and a market of local makers. Families can find bouncy houses, crafts and children’s entertainment, making it an easy option for a full afternoon out. The Town of Vienna lists the festival as a community event on its official calendar. (Town of Vienna)</w:t>
      </w:r>
      <w:r/>
    </w:p>
    <w:p>
      <w:pPr>
        <w:pStyle w:val="Heading2"/>
      </w:pPr>
      <w:r>
        <w:t>Street festivals bring neighbourhoods together</w:t>
      </w:r>
      <w:r/>
    </w:p>
    <w:p>
      <w:r/>
      <w:r>
        <w:t>For a broad mix of art, food and live music, Takoma Park’s street festival transforms Carroll Avenue into a bustling pedestrian route. The programme includes booths from artists, businesses and community organisations, alongside multiple stages and food trucks. Main Street Takoma’s event calendar confirms the festival is part of the weekend’s local line-up. (Main Street Takoma)</w:t>
      </w:r>
      <w:r/>
    </w:p>
    <w:p>
      <w:r/>
      <w:r>
        <w:t>Meanwhile, Alexandria’s Del Rey Art on the Avenue offers a chance to browse handmade pottery, paintings, jewellery and other work from hundreds of artists. In NoMa, the free Home Rule Music Festival brings local and visiting performers to Alethia Tanner Park, with food vendors, a record fair and activities for children. The festival’s organisers describe it as a celebration of D.C. music and community. (Home Rule Music Festival; The Washington Post)</w:t>
      </w:r>
      <w:r/>
    </w:p>
    <w:p>
      <w:pPr>
        <w:pStyle w:val="Heading2"/>
      </w:pPr>
      <w:r>
        <w:t>Fall flavours, family activities and a little Halloween spirit</w:t>
      </w:r>
      <w:r/>
    </w:p>
    <w:p>
      <w:r/>
      <w:r>
        <w:t>If your ideal autumn outing involves pumpkins, farm animals and a haywagon, the Montgomery County Harvest Festival is an appealing pick. The programme mixes historic farm demonstrations with hands-on seasonal activities, though some attractions may cost extra. Rosslyn Fall Fest, by contrast, pairs live music and food trucks with pumpkin decorating, lawn games and seasonal drinks. (The Washington Post)</w:t>
      </w:r>
      <w:r/>
    </w:p>
    <w:p>
      <w:r/>
      <w:r>
        <w:t xml:space="preserve">Families can also swap last year’s Halloween costumes at a community exchange in Petworth, then stay for outdoor screenings of </w:t>
      </w:r>
      <w:r>
        <w:rPr>
          <w:i/>
        </w:rPr>
        <w:t>It’s the Great Pumpkin, Charlie Brown</w:t>
      </w:r>
      <w:r>
        <w:t xml:space="preserve"> and </w:t>
      </w:r>
      <w:r>
        <w:rPr>
          <w:i/>
        </w:rPr>
        <w:t>Hotel Transylvania</w:t>
      </w:r>
      <w:r>
        <w:t>. It’s a practical way to give a costume another outing, and potentially find something fresh without buying new. The event also invites donations of cold-weather clothing. (The Washington Post)</w:t>
      </w:r>
      <w:r/>
    </w:p>
    <w:p>
      <w:pPr>
        <w:pStyle w:val="Heading2"/>
      </w:pPr>
      <w:r>
        <w:t>Pride and Hispanic Heritage Month take the stage</w:t>
      </w:r>
      <w:r/>
    </w:p>
    <w:p>
      <w:r/>
      <w:r>
        <w:t>Annapolis Pride brings a parade and festival to the October calendar, with entertainment, vendors, food trucks and a family area. The organisers’ event listing confirms the celebration, which gives the city’s LGBTQ+ community a gathering point during LGBTQ+ History Month. (Annapolis Pride)</w:t>
      </w:r>
      <w:r/>
    </w:p>
    <w:p>
      <w:r/>
      <w:r>
        <w:t>Fiesta Fairfax and Arlington County’s Festival Latinoamericano add music, dance, food and community activities to the weekend’s Hispanic Heritage Month celebrations. At Union Market, La Mesa brings together live performances and special food offerings from guest chefs. These events offer more than a day out: they make space for local communities to share culture, creativity and good food. (The Washington Post)</w:t>
      </w:r>
      <w:r/>
    </w:p>
    <w:p>
      <w:pPr>
        <w:pStyle w:val="Heading2"/>
      </w:pPr>
      <w:r>
        <w:t>How to plan a smooth weekend</w:t>
      </w:r>
      <w:r/>
    </w:p>
    <w:p>
      <w:r/>
      <w:r>
        <w:t>With so many events packed into a few days, it’s worth checking official listings before setting off, especially for timings, ticket prices and any changes to the programme. For popular outdoor events, arriving early can help with parking, seating and the all-important view of a low-to-the-ground dachshund race. (Town of Vienna; The Wharf)</w:t>
      </w:r>
      <w:r/>
    </w:p>
    <w:p>
      <w:r/>
      <w:r>
        <w:t>Think about what suits your group, too. A street festival is ideal for dipping in and out, while a ticketed race or concert usually rewards a little advance planning. Comfortable shoes and a light layer are sensible bets for an October day spent wandering between food stalls, music stages and market booths. (Main Street Takoma; The Washington Post)</w:t>
      </w:r>
      <w:r/>
    </w:p>
    <w:p>
      <w:r/>
      <w:r>
        <w:t>October’s best plans may be the ones that leave room for an unexpected stop, whether that’s a band you haven’t heard before or a pumpkin treat you didn’t know you needed.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[2]</w:t>
        </w:r>
      </w:hyperlink>
      <w:r>
        <w:t xml:space="preserve">- Paragraph 9: </w:t>
      </w:r>
      <w:hyperlink r:id="rId10">
        <w:r>
          <w:rPr>
            <w:color w:val="0000EE"/>
            <w:u w:val="single"/>
          </w:rPr>
          <w:t>[3]</w:t>
        </w:r>
      </w:hyperlink>
      <w:r>
        <w:t xml:space="preserve">, </w:t>
      </w:r>
      <w:hyperlink r:id="rId13">
        <w:r>
          <w:rPr>
            <w:color w:val="0000EE"/>
            <w:u w:val="single"/>
          </w:rPr>
          <w:t>[4]</w:t>
        </w:r>
      </w:hyperlink>
      <w:r>
        <w:t xml:space="preserve">- Paragraph 10: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https://www.washingtonpost.com/dc-md-va/2026/10/01/40-best-things-do-dc-this-weekend-next-week/</w:t>
        </w:r>
      </w:hyperlink>
      <w:r>
        <w:t xml:space="preserve"> - Please view link - unable to able to access data</w:t>
      </w:r>
      <w:r/>
    </w:p>
    <w:p>
      <w:pPr>
        <w:pStyle w:val="ListNumber"/>
        <w:spacing w:line="240" w:lineRule="auto"/>
        <w:ind w:left="720"/>
      </w:pPr>
      <w:r/>
      <w:hyperlink r:id="rId9">
        <w:r>
          <w:rPr>
            <w:color w:val="0000EE"/>
            <w:u w:val="single"/>
          </w:rPr>
          <w:t>https://www.washingtonpost.com/dc-md-va/2026/10/01/40-best-things-do-dc-this-weekend-next-week/</w:t>
        </w:r>
      </w:hyperlink>
      <w:r>
        <w:t xml:space="preserve"> - This guide highlights 40 things to do in Washington, D.C., and the surrounding area from Thursday, October 1, through Tuesday, October 6, 2026. Its recommendations range from Oktoberfest celebrations, neighbourhood street festivals and harvest activities to concerts, book events, museum talks, film screenings and family-friendly Halloween activities. Featured gatherings include the Wharf’s dachshund races, Vienna Oktoberfest, Annapolis Pride, the Home Rule Music Festival and Takoma Park’s street festival. The guide also lists practical details such as dates, times, prices and locations, helping readers choose events. Its coverage spans the District, Maryland and Northern Virginia, with many free activities alongside ticketed events.</w:t>
      </w:r>
      <w:r/>
    </w:p>
    <w:p>
      <w:pPr>
        <w:pStyle w:val="ListNumber"/>
        <w:spacing w:line="240" w:lineRule="auto"/>
        <w:ind w:left="720"/>
      </w:pPr>
      <w:r/>
      <w:hyperlink r:id="rId10">
        <w:r>
          <w:rPr>
            <w:color w:val="0000EE"/>
            <w:u w:val="single"/>
          </w:rPr>
          <w:t>https://www.viennava.gov/Events-directory/Oktoberfest</w:t>
        </w:r>
      </w:hyperlink>
      <w:r>
        <w:t xml:space="preserve"> - The Town of Vienna’s event listing announces its 2026 Oktoberfest for Saturday, October 3, from 11 a.m. to 7 p.m. The festival is presented by the Vienna Business Association in partnership with the town and takes place at 131 Church Street NE. The listing describes a traditional Oktoberfest with beer, wine, food, entertainment, craft vendors, and games and activities for children and families. Admission is free. This official municipal page supports the guide’s details about the festival’s date, location, hours and broad family-friendly offering. It also directs visitors to the event’s dedicated website for additional information about planning and activities.</w:t>
      </w:r>
      <w:r/>
    </w:p>
    <w:p>
      <w:pPr>
        <w:pStyle w:val="ListNumber"/>
        <w:spacing w:line="240" w:lineRule="auto"/>
        <w:ind w:left="720"/>
      </w:pPr>
      <w:r/>
      <w:hyperlink r:id="rId13">
        <w:r>
          <w:rPr>
            <w:color w:val="0000EE"/>
            <w:u w:val="single"/>
          </w:rPr>
          <w:t>https://www.wharfdc.com/upcoming-events/?date=20200615</w:t>
        </w:r>
      </w:hyperlink>
      <w:r>
        <w:t xml:space="preserve"> - The Wharf’s official events calendar lists Oktoberfest among its seasonal waterfront celebrations, including the Wiener 500 Dachshund Dash and a Sam Adams stein-hoisting competition. The event listing supports the guide’s central description of an Oktoberfest built around dachshund racing and German-inspired activities at The Wharf. The calendar is a venue source, making it useful for checking event information directly with the organiser rather than relying solely on a third-party roundup. It also provides a broader view of the Wharf’s scheduled public events. Readers should consult the calendar for current programme details, since timings and activities may be updated as the event approaches.</w:t>
      </w:r>
      <w:r/>
    </w:p>
    <w:p>
      <w:pPr>
        <w:pStyle w:val="ListNumber"/>
        <w:spacing w:line="240" w:lineRule="auto"/>
        <w:ind w:left="720"/>
      </w:pPr>
      <w:r/>
      <w:hyperlink r:id="rId11">
        <w:r>
          <w:rPr>
            <w:color w:val="0000EE"/>
            <w:u w:val="single"/>
          </w:rPr>
          <w:t>https://www.hrmfdc.org/homerulemusicfest</w:t>
        </w:r>
      </w:hyperlink>
      <w:r>
        <w:t xml:space="preserve"> - The Home Rule Music and Film Preservation Foundation describes its festival as an all-day, outdoor celebration of Washington, D.C., music and culture. The programme includes live jazz and go-go, a Youth Village with activities for children, a record fair, local vendors, community organisations, food trucks and drinks. The foundation’s 2026 listing schedules a second festival date for Saturday, October 3, at Alethia Tanner Park, following a June event at The Parks at Walter Reed. This source supports the guide’s description of the festival’s location, date and community-focused activities. It also offers organiser information for people interested in volunteering, vending or sponsoring.</w:t>
      </w:r>
      <w:r/>
    </w:p>
    <w:p>
      <w:pPr>
        <w:pStyle w:val="ListNumber"/>
        <w:spacing w:line="240" w:lineRule="auto"/>
        <w:ind w:left="720"/>
      </w:pPr>
      <w:r/>
      <w:hyperlink r:id="rId12">
        <w:r>
          <w:rPr>
            <w:color w:val="0000EE"/>
            <w:u w:val="single"/>
          </w:rPr>
          <w:t>https://www.annapolispride.org/event/annapolis-pride-parade-and-festival-3/</w:t>
        </w:r>
      </w:hyperlink>
      <w:r>
        <w:t xml:space="preserve"> - Annapolis Pride’s official event page gives details for its 2026 Parade and Festival on Saturday, October 3. The parade begins at 11 a.m., with the festival running from 11 a.m. to 6 p.m. at Bates Athletic Complex. The programme includes two entertainment stages, with Grand Marshal Ryan Cassata among the musical performers, alongside a children’s area with a bouncy house, face painting and art activities. The organisers also describe food vendors, more than 150 vendor stalls, shuttle arrangements and accessibility provisions, including a sensory tent. This source supports the guide’s coverage of the October Pride celebration and its community activities.</w:t>
      </w:r>
      <w:r/>
    </w:p>
    <w:p>
      <w:pPr>
        <w:pStyle w:val="ListNumber"/>
        <w:spacing w:line="240" w:lineRule="auto"/>
        <w:ind w:left="720"/>
      </w:pPr>
      <w:r/>
      <w:hyperlink r:id="rId14">
        <w:r>
          <w:rPr>
            <w:color w:val="0000EE"/>
            <w:u w:val="single"/>
          </w:rPr>
          <w:t>https://mainstreettakoma.org/events/week/2026-10-04/</w:t>
        </w:r>
      </w:hyperlink>
      <w:r>
        <w:t xml:space="preserve"> - Main Street Takoma’s events calendar lists the Takoma Park Street Festival on Sunday, October 4, 2026, from 10 a.m. to 5 p.m. The listing places the festival on Carroll Avenue and confirms its date and hours. The street festival is a community gathering organised by Main Street Takoma, alongside other neighbourhood events shown on the calendar. This page supports the guide’s basic scheduling information for the festival and provides an organiser-side calendar entry that readers can use to verify the event. For fuller details about the bands, vendors, food and activities, visitors can follow the festival information linked from Main Street Takoma’s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post.com/dc-md-va/2026/10/01/40-best-things-do-dc-this-weekend-next-week/" TargetMode="External"/><Relationship Id="rId10" Type="http://schemas.openxmlformats.org/officeDocument/2006/relationships/hyperlink" Target="https://www.viennava.gov/Events-directory/Oktoberfest" TargetMode="External"/><Relationship Id="rId11" Type="http://schemas.openxmlformats.org/officeDocument/2006/relationships/hyperlink" Target="https://www.hrmfdc.org/homerulemusicfest" TargetMode="External"/><Relationship Id="rId12" Type="http://schemas.openxmlformats.org/officeDocument/2006/relationships/hyperlink" Target="https://www.annapolispride.org/event/annapolis-pride-parade-and-festival-3/" TargetMode="External"/><Relationship Id="rId13" Type="http://schemas.openxmlformats.org/officeDocument/2006/relationships/hyperlink" Target="https://www.wharfdc.com/upcoming-events/?date=20200615" TargetMode="External"/><Relationship Id="rId14" Type="http://schemas.openxmlformats.org/officeDocument/2006/relationships/hyperlink" Target="https://mainstreettakoma.org/events/week/2026-10-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