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November Events in Palm Springs for Food and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swaps summer heat for open-window weather and a lively November calendar, with Pride celebrations, food and wine tastings, and a free Filipino festival. Whether you're visiting for a long weekend or live nearby, the mix offers an easy way to enjoy the city's welcoming spirit and a few very good bites.</w:t>
      </w:r>
      <w:r/>
    </w:p>
    <w:p>
      <w:pPr>
        <w:pStyle w:val="Heading2"/>
      </w:pPr>
      <w:r>
        <w:t>Essential Takeaways</w:t>
      </w:r>
      <w:r/>
      <w:r/>
    </w:p>
    <w:p>
      <w:pPr>
        <w:pStyle w:val="ListBullet"/>
        <w:spacing w:line="240" w:lineRule="auto"/>
        <w:ind w:left="720"/>
      </w:pPr>
      <w:r/>
      <w:r>
        <w:rPr>
          <w:b/>
        </w:rPr>
        <w:t>Pride takes centre stage:</w:t>
      </w:r>
      <w:r>
        <w:t xml:space="preserve"> Greater Palm Springs Pride runs from 5 to 8 November, with a street party and parade.</w:t>
      </w:r>
      <w:r/>
    </w:p>
    <w:p>
      <w:pPr>
        <w:pStyle w:val="ListBullet"/>
        <w:spacing w:line="240" w:lineRule="auto"/>
        <w:ind w:left="720"/>
      </w:pPr>
      <w:r/>
      <w:r>
        <w:rPr>
          <w:b/>
        </w:rPr>
        <w:t>Food and wine move downtown:</w:t>
      </w:r>
      <w:r>
        <w:t xml:space="preserve"> The Palm Springs Food and Wine Festival is scheduled for 13 to 15 November at Downtown Park.</w:t>
      </w:r>
      <w:r/>
    </w:p>
    <w:p>
      <w:pPr>
        <w:pStyle w:val="ListBullet"/>
        <w:spacing w:line="240" w:lineRule="auto"/>
        <w:ind w:left="720"/>
      </w:pPr>
      <w:r/>
      <w:r>
        <w:rPr>
          <w:b/>
        </w:rPr>
        <w:t>A free festival brings Filipino flavours:</w:t>
      </w:r>
      <w:r>
        <w:t xml:space="preserve"> The Coachella Valley Filipino Festival takes place on 21 November, with food, performances and more than 60 vendors listed in the event information.</w:t>
      </w:r>
      <w:r/>
    </w:p>
    <w:p>
      <w:pPr>
        <w:pStyle w:val="ListBullet"/>
        <w:spacing w:line="240" w:lineRule="auto"/>
        <w:ind w:left="720"/>
      </w:pPr>
      <w:r/>
      <w:r>
        <w:rPr>
          <w:b/>
        </w:rPr>
        <w:t>Book Thanksgiving dinner early:</w:t>
      </w:r>
      <w:r>
        <w:t xml:space="preserve"> Several Palm Springs restaurants are planning holiday meals, so reservations are worth arranging ahead of time.</w:t>
      </w:r>
      <w:r/>
      <w:r/>
    </w:p>
    <w:p>
      <w:pPr>
        <w:pStyle w:val="Heading2"/>
      </w:pPr>
      <w:r>
        <w:t>November in Palm Springs means Pride outdoors</w:t>
      </w:r>
      <w:r/>
    </w:p>
    <w:p>
      <w:r/>
      <w:r>
        <w:t>Cooler weather makes November a fine time to explore Palm Springs on foot, and the calendar starts with a burst of colour. Greater Palm Springs Pride is scheduled for 5 to 8 November, beginning with a street party on Arenas Road before the parade on 8 November. The festival's official site is the best place to check current event details and updates.</w:t>
      </w:r>
      <w:r/>
    </w:p>
    <w:p>
      <w:r/>
      <w:r>
        <w:t>The parade's theme is "Be Included", a fitting note for a weekend built around community and celebration. The original event listing also names comedian Fortune Feimster and actor Cheyenne Jackson among the scheduled guests. For visitors, the appeal is not just the main event: the surrounding performances and gatherings give the weekend a festive, easy-to-join feel.</w:t>
      </w:r>
      <w:r/>
    </w:p>
    <w:p>
      <w:r/>
      <w:r>
        <w:t>Pride continues beyond the parade, too. Pride on the Page is listed for 14 November at the Palm Springs Cultural Center, celebrating LGBTQIA+ writers and allies. It offers a quieter counterpoint to the street party, with stories rather than floats taking centre stage.</w:t>
      </w:r>
      <w:r/>
    </w:p>
    <w:p>
      <w:pPr>
        <w:pStyle w:val="Heading2"/>
      </w:pPr>
      <w:r>
        <w:t>Palm Springs Food and Wine Festival brings the tastings</w:t>
      </w:r>
      <w:r/>
    </w:p>
    <w:p>
      <w:r/>
      <w:r>
        <w:t>From 13 to 15 November, Downtown Park is set to host the Palm Springs Food and Wine Festival. The organisers' website has event information, while the November listing describes a programme of chef demonstrations, tastings and local food and drink. It's a tempting prospect for anyone who likes browsing a festival at their own pace, plate in hand.</w:t>
      </w:r>
      <w:r/>
    </w:p>
    <w:p>
      <w:r/>
      <w:r>
        <w:t>The listed line-up spans California and international wines, restaurant dishes and sweet treats. That variety matters: food festivals are most enjoyable when there's room to sample rather than commit to one big meal. Check the official event details before setting off, particularly for timings, tickets and any changes.</w:t>
      </w:r>
      <w:r/>
    </w:p>
    <w:p>
      <w:r/>
      <w:r>
        <w:t>Desert sunshine isn't guaranteed, even in Palm Springs. The event listing says the festival is planned to go ahead rain or shine, so a light layer or compact umbrella could be a sensible addition to your bag. A little weather preparation is less glamorous than a tasting menu, but it can save the day.</w:t>
      </w:r>
      <w:r/>
    </w:p>
    <w:p>
      <w:pPr>
        <w:pStyle w:val="Heading2"/>
      </w:pPr>
      <w:r>
        <w:t>A free Filipino festival serves up local culture</w:t>
      </w:r>
      <w:r/>
    </w:p>
    <w:p>
      <w:r/>
      <w:r>
        <w:t>On 21 November, the Coachella Valley Filipino Festival is scheduled for Downtown Park, with free admission according to its event website. The listing promises live music and dance alongside food and marketplace vendors, making it a good option for a relaxed day out rather than a formal dining plan.</w:t>
      </w:r>
      <w:r/>
    </w:p>
    <w:p>
      <w:r/>
      <w:r>
        <w:t>Lumpia and lechon are among the traditional dishes highlighted in the November events guide. With more than 60 vendors expected, there should be plenty to explore, from food stalls to handmade goods by Southern California makers. Come hungry, take your time, and leave room for a second look around.</w:t>
      </w:r>
      <w:r/>
    </w:p>
    <w:p>
      <w:pPr>
        <w:pStyle w:val="Heading2"/>
      </w:pPr>
      <w:r>
        <w:t>Make room for cooking classes and Thanksgiving dinner</w:t>
      </w:r>
      <w:r/>
    </w:p>
    <w:p>
      <w:r/>
      <w:r>
        <w:t>November's food calendar isn't limited to major festivals. The event guide also points to a Japanese cooking demonstration and a cooking class, while restaurants across Palm Springs are preparing Thanksgiving menus. Visit Palm Springs has published a guide to seasonal dining options, which can help you compare what's on offer.</w:t>
      </w:r>
      <w:r/>
    </w:p>
    <w:p>
      <w:r/>
      <w:r>
        <w:t>If you're planning a Thanksgiving meal out, book early, especially for a larger group. Popular tables can disappear quickly, and checking menus directly with the restaurant is the simplest way to confirm prices, timings and dietary options. For cooking enthusiasts, meanwhile, a class could be a refreshing alternative to another dinner reservation.</w:t>
      </w:r>
      <w:r/>
    </w:p>
    <w:p>
      <w:pPr>
        <w:pStyle w:val="Heading2"/>
      </w:pPr>
      <w:r>
        <w:t>Plan a November visit around your appetite</w:t>
      </w:r>
      <w:r/>
    </w:p>
    <w:p>
      <w:r/>
      <w:r>
        <w:t>The best part of Palm Springs in November may be the balance: Pride events bring energy and community, while the food festivals offer a more leisurely way to discover local flavours. Check official event pages before travelling, as schedules and practical details can change.</w:t>
      </w:r>
      <w:r/>
    </w:p>
    <w:p>
      <w:r/>
      <w:r>
        <w:t>Whether you're here for the parade, a Filipino feast or a glass of wine in the park, there are plenty of ways to make the month your own.</w:t>
      </w:r>
      <w:r/>
    </w:p>
    <w:p>
      <w:r/>
      <w:r>
        <w:t>Explore the official listings, then pick the events that suit your appetite and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Paragraph 6: </w:t>
      </w:r>
      <w:hyperlink r:id="rId9">
        <w:r>
          <w:rPr>
            <w:color w:val="0000EE"/>
            <w:u w:val="single"/>
          </w:rPr>
          <w:t>[2]</w:t>
        </w:r>
      </w:hyperlink>
      <w:r>
        <w:t xml:space="preserve">- Paragraph 7: </w:t>
      </w:r>
      <w:hyperlink r:id="rId13">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https://palmspringspreferredsmallhotels.com/events/a-november-filled-with-food-and-pride/</w:t>
        </w:r>
      </w:hyperlink>
      <w:r>
        <w:t xml:space="preserve"> - Please view link - unable to able to access data</w:t>
      </w:r>
      <w:r/>
    </w:p>
    <w:p>
      <w:pPr>
        <w:pStyle w:val="ListNumber"/>
        <w:spacing w:line="240" w:lineRule="auto"/>
        <w:ind w:left="720"/>
      </w:pPr>
      <w:r/>
      <w:hyperlink r:id="rId9">
        <w:r>
          <w:rPr>
            <w:color w:val="0000EE"/>
            <w:u w:val="single"/>
          </w:rPr>
          <w:t>https://palmspringspreferredsmallhotels.com/events/a-november-filled-with-food-and-pride/</w:t>
        </w:r>
      </w:hyperlink>
      <w:r>
        <w:t xml:space="preserve"> - This article previews Palm Springs events for November 2026, combining Pride celebrations, food festivals and seasonal dining. It highlights Greater Palm Springs Pride from 5 to 8 November, including the Arenas Road street party, the parade, performances by Fortune Feimster and Cheyenne Jackson, and Pride on the Page. The Palm Springs Food and Wine Festival runs from 13 to 15 November at Downtown Park, with chefs, tastings and local eateries. The Coachella Valley Filipino Festival follows on 21 November, featuring cultural performances and Filipino food. The article also notes cooking demonstrations, Thanksgiving restaurant meals and an admission discount for eligible festival visitors.</w:t>
      </w:r>
      <w:r/>
    </w:p>
    <w:p>
      <w:pPr>
        <w:pStyle w:val="ListNumber"/>
        <w:spacing w:line="240" w:lineRule="auto"/>
        <w:ind w:left="720"/>
      </w:pPr>
      <w:r/>
      <w:hyperlink r:id="rId10">
        <w:r>
          <w:rPr>
            <w:color w:val="0000EE"/>
            <w:u w:val="single"/>
          </w:rPr>
          <w:t>https://www.pspride.org/</w:t>
        </w:r>
      </w:hyperlink>
      <w:r>
        <w:t xml:space="preserve"> - The official Greater Palm Springs Pride website provides information about its annual festival, parade and associated events. Its 2026 event listings show the Pride festival running from 5 to 8 November and the parade on 8 November at 10 a.m., supporting key dates in the article. The site offers visitor information, entertainment details, event registration, volunteer opportunities and background on the organisation’s community work. It describes Palm Springs Pride as a non-profit that celebrates diversity, supports equal rights and fosters respect for LGBTQ communities. The website is a direct source for checking official Pride programming, although specific performers and parade marshals may be listed elsewhere.</w:t>
      </w:r>
      <w:r/>
    </w:p>
    <w:p>
      <w:pPr>
        <w:pStyle w:val="ListNumber"/>
        <w:spacing w:line="240" w:lineRule="auto"/>
        <w:ind w:left="720"/>
      </w:pPr>
      <w:r/>
      <w:hyperlink r:id="rId12">
        <w:r>
          <w:rPr>
            <w:color w:val="0000EE"/>
            <w:u w:val="single"/>
          </w:rPr>
          <w:t>https://palmspringsfoodandwine.org/</w:t>
        </w:r>
      </w:hyperlink>
      <w:r>
        <w:t xml:space="preserve"> - The Palm Springs International Food and Wine Festival website announces the 2026 festival at Downtown Park, scheduled for 13–15 November. It describes an event centred on wine tasting, celebrity chefs, live cooking demonstrations and gourmet food from restaurants and vendors. Visitors can browse festival details, ticket information, participating chefs, wineries and food providers. The site characterises the event as an international culinary experience, with wines from boutique wineries and cuisine from recognised food purveyors and chef-owned restaurants. These details support the article’s description of the festival’s dates, new venue, demonstrations and tasting opportunities. The official site is the best place to confirm event information.</w:t>
      </w:r>
      <w:r/>
    </w:p>
    <w:p>
      <w:pPr>
        <w:pStyle w:val="ListNumber"/>
        <w:spacing w:line="240" w:lineRule="auto"/>
        <w:ind w:left="720"/>
      </w:pPr>
      <w:r/>
      <w:hyperlink r:id="rId13">
        <w:r>
          <w:rPr>
            <w:color w:val="0000EE"/>
            <w:u w:val="single"/>
          </w:rPr>
          <w:t>https://cvfilipinofest.org/</w:t>
        </w:r>
      </w:hyperlink>
      <w:r>
        <w:t xml:space="preserve"> - The Coachella Valley Filipino Festival’s website introduces a community celebration of Filipino culture in the Palm Springs region. Its event information is relevant to the article’s description of a festival featuring food, music, dance and marketplace vendors. The festival welcomes attendees to experience Filipino traditions and enjoy dishes associated with Filipino cuisine, alongside entertainment and cultural activities. It is presented as a community event rather than a specialised trade gathering, making it suitable for families and visitors interested in local culture. The site is the organiser’s primary source for festival announcements and practical details, including any changes to schedules, location, admission arrangements or participating vendors.</w:t>
      </w:r>
      <w:r/>
    </w:p>
    <w:p>
      <w:pPr>
        <w:pStyle w:val="ListNumber"/>
        <w:spacing w:line="240" w:lineRule="auto"/>
        <w:ind w:left="720"/>
      </w:pPr>
      <w:r/>
      <w:hyperlink r:id="rId11">
        <w:r>
          <w:rPr>
            <w:color w:val="0000EE"/>
            <w:u w:val="single"/>
          </w:rPr>
          <w:t>https://www.pslibraryfoundation.org/pride-on-the-page-2026</w:t>
        </w:r>
      </w:hyperlink>
      <w:r>
        <w:t xml:space="preserve"> - The Palm Springs Public Library Foundation page promotes Pride on the Page, a 2026 event celebrating LGBTQIA+ authors and allies. It provides a direct source for the literary gathering mentioned in the article and gives readers information about the programme and participation. The event broadens the city’s Pride calendar beyond the parade and festival, focusing on books, writers and community conversation. The Foundation’s page is useful for checking the date, venue and any event updates before attending. Its focus on LGBTQIA+ literature makes it distinct from the larger street celebrations and entertainment events taking place during Greater Palm Springs Pride week.</w:t>
      </w:r>
      <w:r/>
    </w:p>
    <w:p>
      <w:pPr>
        <w:pStyle w:val="ListNumber"/>
        <w:spacing w:line="240" w:lineRule="auto"/>
        <w:ind w:left="720"/>
      </w:pPr>
      <w:r/>
      <w:hyperlink r:id="rId14">
        <w:r>
          <w:rPr>
            <w:color w:val="0000EE"/>
            <w:u w:val="single"/>
          </w:rPr>
          <w:t>https://visitpalmsprings.com/blog/post/make-your-reservation-special-thanksgiving-menus-to-enjoy/</w:t>
        </w:r>
      </w:hyperlink>
      <w:r>
        <w:t xml:space="preserve"> - Visit Palm Springs’ Thanksgiving dining guide highlights local restaurants offering special holiday menus and meals. It supports the article’s suggestion that visitors can make Thanksgiving reservations at Palm Springs restaurants, and helps readers find venues and menu information. The guide presents dining as part of the area’s seasonal visitor experience, alongside attractions and events. Because holiday menus, prices and availability can change, the page is best used as a starting point: diners should check directly with restaurants for current details and book ahead, especially for larger parties. The listing complements the November event round-up by covering another way to celebrate the season in Palm Springs.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lmspringspreferredsmallhotels.com/events/a-november-filled-with-food-and-pride/" TargetMode="External"/><Relationship Id="rId10" Type="http://schemas.openxmlformats.org/officeDocument/2006/relationships/hyperlink" Target="https://www.pspride.org/" TargetMode="External"/><Relationship Id="rId11" Type="http://schemas.openxmlformats.org/officeDocument/2006/relationships/hyperlink" Target="https://www.pslibraryfoundation.org/pride-on-the-page-2026" TargetMode="External"/><Relationship Id="rId12" Type="http://schemas.openxmlformats.org/officeDocument/2006/relationships/hyperlink" Target="https://palmspringsfoodandwine.org/" TargetMode="External"/><Relationship Id="rId13" Type="http://schemas.openxmlformats.org/officeDocument/2006/relationships/hyperlink" Target="https://cvfilipinofest.org/" TargetMode="External"/><Relationship Id="rId14" Type="http://schemas.openxmlformats.org/officeDocument/2006/relationships/hyperlink" Target="https://visitpalmsprings.com/blog/post/make-your-reservation-special-thanksgiving-menus-to-enjo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