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Halloween Costumes Are Going Mainstream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Halloween's niche, reference-heavy costumes are turning up in mainstream coverage, from social media to national news. The appeal isn't simply dressing up: it's the pleasure of recognising an obscure cultural moment, and the fun of explaining it to everyone else. But as the joke spreads, its original spirit of queer visibility matters more than ever.</w:t>
      </w:r>
      <w:r/>
    </w:p>
    <w:p>
      <w:pPr>
        <w:pStyle w:val="Heading2"/>
      </w:pPr>
      <w:r>
        <w:t>Gay Halloween is all about the reference</w:t>
      </w:r>
      <w:r/>
    </w:p>
    <w:p>
      <w:r/>
      <w:r>
        <w:t xml:space="preserve">A Scream mask is easy to place. A costume based on a particular celebrity moment, a tiny pop-culture detail or a scene from a beloved series? That may need a photo and a patient explanation. That's the charm of Gay Halloween: the best outfits can look wonderfully baffling until the reference clicks. (Sources: Queerty; The Tab.) </w:t>
      </w:r>
      <w:hyperlink r:id="rId9">
        <w:r>
          <w:rPr>
            <w:color w:val="0000EE"/>
            <w:u w:val="single"/>
          </w:rPr>
          <w:t>[2]</w:t>
        </w:r>
      </w:hyperlink>
      <w:hyperlink r:id="rId10">
        <w:r>
          <w:rPr>
            <w:color w:val="0000EE"/>
            <w:u w:val="single"/>
          </w:rPr>
          <w:t>[5]</w:t>
        </w:r>
      </w:hyperlink>
      <w:r/>
    </w:p>
    <w:p>
      <w:r/>
      <w:r>
        <w:t xml:space="preserve">The phrase is often used for costumes built around niche queer cultural touchstones rather than standard horror-film characters. Think less off-the-shelf vampire, more lovingly reconstructed internet moment. And yes, the joke often depends on someone asking, "What are you meant to be?" (Sources: Vanity Fair; The Guardian.) </w:t>
      </w:r>
      <w:hyperlink r:id="rId11">
        <w:r>
          <w:rPr>
            <w:color w:val="0000EE"/>
            <w:u w:val="single"/>
          </w:rPr>
          <w:t>[3]</w:t>
        </w:r>
      </w:hyperlink>
      <w:hyperlink r:id="rId12">
        <w:r>
          <w:rPr>
            <w:color w:val="0000EE"/>
            <w:u w:val="single"/>
          </w:rPr>
          <w:t>[4]</w:t>
        </w:r>
      </w:hyperlink>
      <w:r/>
    </w:p>
    <w:p>
      <w:pPr>
        <w:pStyle w:val="Heading2"/>
      </w:pPr>
      <w:r>
        <w:t>The inside joke has escaped the internet</w:t>
      </w:r>
      <w:r/>
    </w:p>
    <w:p>
      <w:r/>
      <w:r>
        <w:t xml:space="preserve">The meme has travelled well beyond its original online circles. Vanity Fair, The Guardian, The Tab and Yahoo have all covered the trend, while CNN has also featured an explainer, a sign that a once-in-group joke is now drawing broader attention. (Sources: Vanity Fair; The Guardian; The Tab; Yahoo; Queerty.) </w:t>
      </w:r>
      <w:hyperlink r:id="rId9">
        <w:r>
          <w:rPr>
            <w:color w:val="0000EE"/>
            <w:u w:val="single"/>
          </w:rPr>
          <w:t>[2]</w:t>
        </w:r>
      </w:hyperlink>
      <w:hyperlink r:id="rId11">
        <w:r>
          <w:rPr>
            <w:color w:val="0000EE"/>
            <w:u w:val="single"/>
          </w:rPr>
          <w:t>[3]</w:t>
        </w:r>
      </w:hyperlink>
      <w:hyperlink r:id="rId12">
        <w:r>
          <w:rPr>
            <w:color w:val="0000EE"/>
            <w:u w:val="single"/>
          </w:rPr>
          <w:t>[4]</w:t>
        </w:r>
      </w:hyperlink>
      <w:hyperlink r:id="rId10">
        <w:r>
          <w:rPr>
            <w:color w:val="0000EE"/>
            <w:u w:val="single"/>
          </w:rPr>
          <w:t>[5]</w:t>
        </w:r>
      </w:hyperlink>
      <w:hyperlink r:id="rId13">
        <w:r>
          <w:rPr>
            <w:color w:val="0000EE"/>
            <w:u w:val="single"/>
          </w:rPr>
          <w:t>[6]</w:t>
        </w:r>
      </w:hyperlink>
      <w:r/>
    </w:p>
    <w:p>
      <w:r/>
      <w:r>
        <w:t xml:space="preserve">That wider attention can be funny in its own right, but it changes the joke. Queerty's report notes that people unfamiliar with a costume's reference are part of the experience; the bewildered reaction isn't necessarily a failure of the outfit. Sometimes it's the whole point. (Sources: Queerty; Yahoo.) </w:t>
      </w:r>
      <w:hyperlink r:id="rId9">
        <w:r>
          <w:rPr>
            <w:color w:val="0000EE"/>
            <w:u w:val="single"/>
          </w:rPr>
          <w:t>[2]</w:t>
        </w:r>
      </w:hyperlink>
      <w:hyperlink r:id="rId13">
        <w:r>
          <w:rPr>
            <w:color w:val="0000EE"/>
            <w:u w:val="single"/>
          </w:rPr>
          <w:t>[6]</w:t>
        </w:r>
      </w:hyperlink>
      <w:r/>
    </w:p>
    <w:p>
      <w:pPr>
        <w:pStyle w:val="Heading2"/>
      </w:pPr>
      <w:r>
        <w:t>Why obscure costumes feel so satisfying</w:t>
      </w:r>
      <w:r/>
    </w:p>
    <w:p>
      <w:r/>
      <w:r>
        <w:t xml:space="preserve">A niche costume is a little act of recognition: you make something for the people who will get it, even if most of the room won't. That makes the look feel more personal than a ready-made outfit, and it gives the wearer a chance to celebrate the films, performers and online moments that mean something to them. (Sources: Vanity Fair; The Tab.) </w:t>
      </w:r>
      <w:hyperlink r:id="rId11">
        <w:r>
          <w:rPr>
            <w:color w:val="0000EE"/>
            <w:u w:val="single"/>
          </w:rPr>
          <w:t>[3]</w:t>
        </w:r>
      </w:hyperlink>
      <w:hyperlink r:id="rId10">
        <w:r>
          <w:rPr>
            <w:color w:val="0000EE"/>
            <w:u w:val="single"/>
          </w:rPr>
          <w:t>[5]</w:t>
        </w:r>
      </w:hyperlink>
      <w:r/>
    </w:p>
    <w:p>
      <w:r/>
      <w:r>
        <w:t xml:space="preserve">Queerty frames the meme as more than an invitation to show off obscure knowledge. At its heart, it can also be about wanting to be seen and appreciated. That distinction matters: the costume may be silly, but the sense of belonging behind it is real. (Sources: Queerty; The Tab.) </w:t>
      </w:r>
      <w:hyperlink r:id="rId9">
        <w:r>
          <w:rPr>
            <w:color w:val="0000EE"/>
            <w:u w:val="single"/>
          </w:rPr>
          <w:t>[2]</w:t>
        </w:r>
      </w:hyperlink>
      <w:hyperlink r:id="rId10">
        <w:r>
          <w:rPr>
            <w:color w:val="0000EE"/>
            <w:u w:val="single"/>
          </w:rPr>
          <w:t>[5]</w:t>
        </w:r>
      </w:hyperlink>
      <w:r/>
    </w:p>
    <w:p>
      <w:pPr>
        <w:pStyle w:val="Heading2"/>
      </w:pPr>
      <w:r>
        <w:t>How to make a niche Halloween costume work</w:t>
      </w:r>
      <w:r/>
    </w:p>
    <w:p>
      <w:r/>
      <w:r>
        <w:t xml:space="preserve">Start with a reference you genuinely love, not one you think will earn the most knowing nods. Pick a detail people can recognise in a photograph, then build the costume around one or two strong visual clues. The Guardian's costume coverage and The Tab's account of the meme both show how a specific reference can become the entire idea. (Sources: The Guardian; The Tab.) </w:t>
      </w:r>
      <w:hyperlink r:id="rId12">
        <w:r>
          <w:rPr>
            <w:color w:val="0000EE"/>
            <w:u w:val="single"/>
          </w:rPr>
          <w:t>[4]</w:t>
        </w:r>
      </w:hyperlink>
      <w:hyperlink r:id="rId10">
        <w:r>
          <w:rPr>
            <w:color w:val="0000EE"/>
            <w:u w:val="single"/>
          </w:rPr>
          <w:t>[5]</w:t>
        </w:r>
      </w:hyperlink>
      <w:r/>
    </w:p>
    <w:p>
      <w:r/>
      <w:r>
        <w:t xml:space="preserve">And don't worry if everyone doesn't get it immediately. A picture on your phone can help, but a short explanation is often more fun than a costume that needs a full presentation. If the outfit makes one person laugh and another ask a curious question, it's doing its job. (Sources: Queerty; Yahoo.) </w:t>
      </w:r>
      <w:hyperlink r:id="rId9">
        <w:r>
          <w:rPr>
            <w:color w:val="0000EE"/>
            <w:u w:val="single"/>
          </w:rPr>
          <w:t>[2]</w:t>
        </w:r>
      </w:hyperlink>
      <w:hyperlink r:id="rId13">
        <w:r>
          <w:rPr>
            <w:color w:val="0000EE"/>
            <w:u w:val="single"/>
          </w:rPr>
          <w:t>[6]</w:t>
        </w:r>
      </w:hyperlink>
      <w:r/>
    </w:p>
    <w:p>
      <w:pPr>
        <w:pStyle w:val="Heading2"/>
      </w:pPr>
      <w:r>
        <w:t>Going mainstream doesn't have to spoil the fun</w:t>
      </w:r>
      <w:r/>
    </w:p>
    <w:p>
      <w:r/>
      <w:r>
        <w:t xml:space="preserve">There's a familiar tension when an internet in-joke becomes popular: more people can join in, but the original community can feel as if its language has been borrowed without its context. Vanity Fair's coverage describes Gay Halloween as having moved beyond its online bubble, while Queerty's reporting reflects on why the meme resonated in the first place. (Sources: Vanity Fair; Queerty.) </w:t>
      </w:r>
      <w:hyperlink r:id="rId9">
        <w:r>
          <w:rPr>
            <w:color w:val="0000EE"/>
            <w:u w:val="single"/>
          </w:rPr>
          <w:t>[2]</w:t>
        </w:r>
      </w:hyperlink>
      <w:hyperlink r:id="rId11">
        <w:r>
          <w:rPr>
            <w:color w:val="0000EE"/>
            <w:u w:val="single"/>
          </w:rPr>
          <w:t>[3]</w:t>
        </w:r>
      </w:hyperlink>
      <w:r/>
    </w:p>
    <w:p>
      <w:r/>
      <w:r>
        <w:t xml:space="preserve">Still, a bigger audience doesn't have to mean the party is over. The most interesting costumes aren't just obscure for obscurity's sake; they're personal, inventive and rooted in a shared love of culture. And if your outfit needs a little explanation, that's a conversation starter, not a costume emergency. (Sources: Queerty; Vanity Fair.) </w:t>
      </w:r>
      <w:hyperlink r:id="rId9">
        <w:r>
          <w:rPr>
            <w:color w:val="0000EE"/>
            <w:u w:val="single"/>
          </w:rPr>
          <w:t>[2]</w:t>
        </w:r>
      </w:hyperlink>
      <w:hyperlink r:id="rId11">
        <w:r>
          <w:rPr>
            <w:color w:val="0000EE"/>
            <w:u w:val="single"/>
          </w:rPr>
          <w:t>[3]</w:t>
        </w:r>
      </w:hyperlink>
      <w:r/>
    </w:p>
    <w:p>
      <w:r/>
      <w:r>
        <w:t>Make the costume for the reference you love, and let the right people find their way to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0">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0">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12">
        <w:r>
          <w:rPr>
            <w:color w:val="0000EE"/>
            <w:u w:val="single"/>
          </w:rPr>
          <w:t>[4]</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https://meaws.com/news/straight-people-catch-onto-gay-halloween-of/105920</w:t>
        </w:r>
      </w:hyperlink>
      <w:r>
        <w:t xml:space="preserve"> - Please view link - unable to able to access data</w:t>
      </w:r>
      <w:r/>
    </w:p>
    <w:p>
      <w:pPr>
        <w:pStyle w:val="ListNumber"/>
        <w:spacing w:line="240" w:lineRule="auto"/>
        <w:ind w:left="720"/>
      </w:pPr>
      <w:r/>
      <w:hyperlink r:id="rId9">
        <w:r>
          <w:rPr>
            <w:color w:val="0000EE"/>
            <w:u w:val="single"/>
          </w:rPr>
          <w:t>https://www.queerty.com/straight-people-catch-onto-gay-halloween-of-course-they-dont-get-it-20261031/</w:t>
        </w:r>
      </w:hyperlink>
      <w:r>
        <w:t xml:space="preserve"> - Queerty reports that the “I hate Gay Halloween” meme, once a niche LGBTQ+ joke, has entered mainstream coverage. It explains the costume trend as DIY outfits built around highly specific pop-culture moments, rather than familiar spooky characters or partywear. Examples include Nicole Scherzinger in Sunset Boulevard, Cynthia Erivo’s acrylic nail and the Sex and the City breakup note. The article discusses coverage by Yahoo, The Tab, The Guardian, CNN and Vanity Fair, including Ari Shapiro’s explanation that not understanding a reference is part of the fun. It concludes that broader attention need not end the community’s enjoyment of the tradition.</w:t>
      </w:r>
      <w:r/>
    </w:p>
    <w:p>
      <w:pPr>
        <w:pStyle w:val="ListNumber"/>
        <w:spacing w:line="240" w:lineRule="auto"/>
        <w:ind w:left="720"/>
      </w:pPr>
      <w:r/>
      <w:hyperlink r:id="rId11">
        <w:r>
          <w:rPr>
            <w:color w:val="0000EE"/>
            <w:u w:val="single"/>
          </w:rPr>
          <w:t>https://www.vanityfair.com/story/gay-halloween-explainer</w:t>
        </w:r>
      </w:hyperlink>
      <w:r>
        <w:t xml:space="preserve"> - Vanity Fair explains Gay Halloween as a costume tradition centred on obscure pop-culture references, often chosen for their humour and recognisability within particular online or queer communities. It contrasts these looks with elaborate celebrity Halloween costumes and notes how social media encourages people to dress for followers as well as partygoers. A stylist describes the appeal of finding a reference that may elude people outside the relevant circles. The article also argues that the trend has moved beyond its original internet bubble, as celebrities and straight participants adopt its reference-driven style. Examples include costumes inspired by Dakota Johnson, Ellen DeGeneres and niche fashion moments.</w:t>
      </w:r>
      <w:r/>
    </w:p>
    <w:p>
      <w:pPr>
        <w:pStyle w:val="ListNumber"/>
        <w:spacing w:line="240" w:lineRule="auto"/>
        <w:ind w:left="720"/>
      </w:pPr>
      <w:r/>
      <w:hyperlink r:id="rId12">
        <w:r>
          <w:rPr>
            <w:color w:val="0000EE"/>
            <w:u w:val="single"/>
          </w:rPr>
          <w:t>https://www.theguardian.com/lifeandstyle/2026/oct/30/gay-halloween-ms-director-kathryn-turner-is-the-ultimate-costume-idea</w:t>
        </w:r>
      </w:hyperlink>
      <w:r>
        <w:t xml:space="preserve"> - The Guardian profiles the emergence of M&amp;S product-development director Kathryn Turner as an unexpected Gay Halloween costume idea, following the popularity of her social-media videos about food launches and product tastings. It describes the wider trend as outfits based on viral stories, personalities and references that may be recognisable only to people who follow particular online conversations. The article discusses the meme’s origins and its spread beyond queer communities, while noting Halloween’s longstanding appeal to queer people as a chance to dress up without judgement. It also gives examples of possible costumes, including a Chappell Roan security guard and a viral iced-coffee story.</w:t>
      </w:r>
      <w:r/>
    </w:p>
    <w:p>
      <w:pPr>
        <w:pStyle w:val="ListNumber"/>
        <w:spacing w:line="240" w:lineRule="auto"/>
        <w:ind w:left="720"/>
      </w:pPr>
      <w:r/>
      <w:hyperlink r:id="rId10">
        <w:r>
          <w:rPr>
            <w:color w:val="0000EE"/>
            <w:u w:val="single"/>
          </w:rPr>
          <w:t>https://thetab.com/2026/10/28/the-origins-of-the-i-hate-gay-halloween-meme-as-queer-people-dress-up-in-stupidly-niche-costumes</w:t>
        </w:r>
      </w:hyperlink>
      <w:r>
        <w:t xml:space="preserve"> - The Tab traces the “I hate Gay Halloween” meme and explains its format: a deliberately exasperated caption followed by an unusually specific costume reference. It lists examples drawn from queer-popular culture, including Dakota Johnson and limes, Cynthia Erivo’s acrylic nail, Cher Lloyd’s X Factor audition and Zendaya’s hat. The article says earlier jokes about obscure Gay Halloween costumes appeared in 2022, while the familiar meme format emerged in 2023 and spread widely by 2024. It also notes a more positive “I love Gay Halloween” variation and reproduces examples of costumes and social-media posts that show the trend’s specificity.</w:t>
      </w:r>
      <w:r/>
    </w:p>
    <w:p>
      <w:pPr>
        <w:pStyle w:val="ListNumber"/>
        <w:spacing w:line="240" w:lineRule="auto"/>
        <w:ind w:left="720"/>
      </w:pPr>
      <w:r/>
      <w:hyperlink r:id="rId13">
        <w:r>
          <w:rPr>
            <w:color w:val="0000EE"/>
            <w:u w:val="single"/>
          </w:rPr>
          <w:t>https://www.yahoo.com/lifestyle/hate-gay-halloween-explained-queer-020414093.html</w:t>
        </w:r>
      </w:hyperlink>
      <w:r>
        <w:t xml:space="preserve"> - Yahoo’s feature describes how queer creators turn niche internet and pop-culture references into Halloween costumes, treating the holiday as an opportunity for inventive, humorous outfits. It profiles comedian and editor Gabe Bergado, whose past costumes drew on a Survivor challenge, a social-media post and a moment from a Chris Pine press tour. The article also covers a couple who coordinated Chappell Roan and a passenger seat, inspired by the singer’s song “Casual”. Their example illustrates how participants build costumes around references that may be obscure to outsiders. The piece presents the trend as creative expression and online community-making, rather than simply conventional dressing-up.</w:t>
      </w:r>
      <w:r/>
    </w:p>
    <w:p>
      <w:pPr>
        <w:pStyle w:val="ListNumber"/>
        <w:spacing w:line="240" w:lineRule="auto"/>
        <w:ind w:left="720"/>
      </w:pPr>
      <w:r/>
      <w:hyperlink r:id="rId15">
        <w:r>
          <w:rPr>
            <w:color w:val="0000EE"/>
            <w:u w:val="single"/>
          </w:rPr>
          <w:t>https://www.queerty.com/in-a-costume-crunch-let-these-creative-gays-be-your-halloween-inspo-20251025/</w:t>
        </w:r>
      </w:hyperlink>
      <w:r>
        <w:t xml:space="preserve"> - Queerty rounds up examples of the “I hate Gay Halloween” meme and explains how it celebrates costumes based on highly specific cultural references. The article recounts the meme’s growing popularity and gives examples from 2024 and 2025, including references to Survivor, Zendaya’s oversized hat, a viral Charli XCX concert incident and the Fifth Harmony “Work from Home” choreography. Its collection demonstrates the range of source material, from television and music to online jokes and unusual news moments. The article’s playful tone presents obscure references as the point: the best costumes reward people who recognise the moment while leaving others puzzled.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straight-people-catch-onto-gay-halloween-of-course-they-dont-get-it-20261031/" TargetMode="External"/><Relationship Id="rId10" Type="http://schemas.openxmlformats.org/officeDocument/2006/relationships/hyperlink" Target="https://thetab.com/2026/10/28/the-origins-of-the-i-hate-gay-halloween-meme-as-queer-people-dress-up-in-stupidly-niche-costumes" TargetMode="External"/><Relationship Id="rId11" Type="http://schemas.openxmlformats.org/officeDocument/2006/relationships/hyperlink" Target="https://www.vanityfair.com/story/gay-halloween-explainer" TargetMode="External"/><Relationship Id="rId12" Type="http://schemas.openxmlformats.org/officeDocument/2006/relationships/hyperlink" Target="https://www.theguardian.com/lifeandstyle/2026/oct/30/gay-halloween-ms-director-kathryn-turner-is-the-ultimate-costume-idea" TargetMode="External"/><Relationship Id="rId13" Type="http://schemas.openxmlformats.org/officeDocument/2006/relationships/hyperlink" Target="https://www.yahoo.com/lifestyle/hate-gay-halloween-explained-queer-020414093.html" TargetMode="External"/><Relationship Id="rId14" Type="http://schemas.openxmlformats.org/officeDocument/2006/relationships/hyperlink" Target="https://meaws.com/news/straight-people-catch-onto-gay-halloween-of/105920" TargetMode="External"/><Relationship Id="rId15" Type="http://schemas.openxmlformats.org/officeDocument/2006/relationships/hyperlink" Target="https://www.queerty.com/in-a-costume-crunch-let-these-creative-gays-be-your-halloween-inspo-20251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