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Draws 170,000 to Taipei Streets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Taiwan Pride parade brought an estimated 170,000 people into the streets, with costumes, flags and a bright autumn afternoon giving the city a celebratory feel. Organisers said more than 180 groups signed up for the event, which urged people to listen across differences as debate over diversity and inclusion grows more polarised.</w:t>
      </w:r>
      <w:r/>
    </w:p>
    <w:p>
      <w:pPr>
        <w:pStyle w:val="Heading2"/>
      </w:pPr>
      <w:r>
        <w:t>Essential Takeaways</w:t>
      </w:r>
      <w:r/>
      <w:r/>
    </w:p>
    <w:p>
      <w:pPr>
        <w:pStyle w:val="ListBullet"/>
        <w:spacing w:line="240" w:lineRule="auto"/>
        <w:ind w:left="720"/>
      </w:pPr>
      <w:r/>
      <w:r>
        <w:rPr>
          <w:b/>
        </w:rPr>
        <w:t>A huge turnout:</w:t>
      </w:r>
      <w:r>
        <w:t xml:space="preserve"> Organisers estimated that more than 170,000 people joined the parade.</w:t>
      </w:r>
      <w:r/>
    </w:p>
    <w:p>
      <w:pPr>
        <w:pStyle w:val="ListBullet"/>
        <w:spacing w:line="240" w:lineRule="auto"/>
        <w:ind w:left="720"/>
      </w:pPr>
      <w:r/>
      <w:r>
        <w:rPr>
          <w:b/>
        </w:rPr>
        <w:t>A colourful crowd:</w:t>
      </w:r>
      <w:r>
        <w:t xml:space="preserve"> Participants wore character costumes, carried rainbow flags and added Halloween touches.</w:t>
      </w:r>
      <w:r/>
    </w:p>
    <w:p>
      <w:pPr>
        <w:pStyle w:val="ListBullet"/>
        <w:spacing w:line="240" w:lineRule="auto"/>
        <w:ind w:left="720"/>
      </w:pPr>
      <w:r/>
      <w:r>
        <w:rPr>
          <w:b/>
        </w:rPr>
        <w:t>A message of listening:</w:t>
      </w:r>
      <w:r>
        <w:t xml:space="preserve"> This year’s theme called on people to hear one another and share the road.</w:t>
      </w:r>
      <w:r/>
    </w:p>
    <w:p>
      <w:pPr>
        <w:pStyle w:val="ListBullet"/>
        <w:spacing w:line="240" w:lineRule="auto"/>
        <w:ind w:left="720"/>
      </w:pPr>
      <w:r/>
      <w:r>
        <w:rPr>
          <w:b/>
        </w:rPr>
        <w:t>Broad participation:</w:t>
      </w:r>
      <w:r>
        <w:t xml:space="preserve"> More than 180 groups registered, including eight political parties.</w:t>
      </w:r>
      <w:r/>
      <w:r/>
    </w:p>
    <w:p>
      <w:pPr>
        <w:pStyle w:val="Heading2"/>
      </w:pPr>
      <w:r>
        <w:t>Taipei Pride filled the streets with colour</w:t>
      </w:r>
      <w:r/>
    </w:p>
    <w:p>
      <w:r/>
      <w:r>
        <w:t>A warm afternoon breeze offered welcome relief as Taipei’s annual Pride parade brought an estimated 170,000 people together. The crowd was a vivid mix of rainbow flags, playful costumes and Halloween decorations, with characters including Pikachu and Pikmin making appearances.</w:t>
      </w:r>
      <w:r/>
    </w:p>
    <w:p>
      <w:r/>
      <w:r>
        <w:t>The parade set off at about 2.30pm, led by drag performers, before splitting into northern and southern routes. Both groups returned to the plaza in front of Taipei City Hall later in the afternoon, turning the march into a city-wide gathering rather than a single stretch of street.</w:t>
      </w:r>
      <w:r/>
    </w:p>
    <w:p>
      <w:pPr>
        <w:pStyle w:val="Heading2"/>
      </w:pPr>
      <w:r>
        <w:t>This year’s message puts listening first</w:t>
      </w:r>
      <w:r/>
    </w:p>
    <w:p>
      <w:r/>
      <w:r>
        <w:t>The event’s theme, “Hear together, walk together”, focused on listening across differences. Organisers said they wanted the parade to bring attention to gender issues amid increasingly polarised public debate and international opposition to diversity, equity and inclusion initiatives.</w:t>
      </w:r>
      <w:r/>
    </w:p>
    <w:p>
      <w:r/>
      <w:r>
        <w:t>That message gives the day a purpose beyond celebration. A lively costume can draw the eye, but the harder work is making space for people whose experiences and views may be unfamiliar.</w:t>
      </w:r>
      <w:r/>
    </w:p>
    <w:p>
      <w:pPr>
        <w:pStyle w:val="Heading2"/>
      </w:pPr>
      <w:r>
        <w:t>Parties and public figures joined the march</w:t>
      </w:r>
      <w:r/>
    </w:p>
    <w:p>
      <w:r/>
      <w:r>
        <w:t>More than 180 groups registered, including eight political parties from across Taiwan’s political spectrum. Their presence reflected Pride’s role as both a public celebration and a visible space for political engagement.</w:t>
      </w:r>
      <w:r/>
    </w:p>
    <w:p>
      <w:r/>
      <w:r>
        <w:t>Taipei Mayor Chiang Wan-an and Democratic Progressive Party candidate Shen Po-yung also appeared at the event after a televised debate. Shen joined the march in a specially made outfit featuring the parade mascots and handed out rainbow-themed ribbons.</w:t>
      </w:r>
      <w:r/>
    </w:p>
    <w:p>
      <w:pPr>
        <w:pStyle w:val="Heading2"/>
      </w:pPr>
      <w:r>
        <w:t>A parade for first-timers and regulars alike</w:t>
      </w:r>
      <w:r/>
    </w:p>
    <w:p>
      <w:r/>
      <w:r>
        <w:t>For visitors, the event’s split routes and return to the City Hall plaza offer useful landmarks when planning where to watch or meet friends. With a large crowd expected, comfortable shoes, water and a clear meeting point are sensible basics, especially if you’re hoping to explore more than one part of the route.</w:t>
      </w:r>
      <w:r/>
    </w:p>
    <w:p>
      <w:r/>
      <w:r>
        <w:t>The easy-going atmosphere and exuberant outfits make the parade welcoming to watch, even if you’re not marching. Still, its central invitation is simple: show up, pay attention and listen.</w:t>
      </w:r>
      <w:r/>
    </w:p>
    <w:p>
      <w:r/>
      <w:r>
        <w:t>Taipei Pride showed how celebration and conversation can share the same street.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https://www.cdns.com.tw/articles/1483331</w:t>
        </w:r>
      </w:hyperlink>
      <w:r>
        <w:t xml:space="preserve"> - Please view link - unable to able to access data</w:t>
      </w:r>
      <w:r/>
    </w:p>
    <w:p>
      <w:pPr>
        <w:pStyle w:val="ListNumber"/>
        <w:spacing w:line="240" w:lineRule="auto"/>
        <w:ind w:left="720"/>
      </w:pPr>
      <w:r/>
      <w:hyperlink r:id="rId10">
        <w:r>
          <w:rPr>
            <w:color w:val="0000EE"/>
            <w:u w:val="single"/>
          </w:rPr>
          <w:t>https://news.pts.org.tw/article/833730</w:t>
        </w:r>
      </w:hyperlink>
      <w:r>
        <w:t xml:space="preserve"> - The report covers Taiwan’s 2026 Pride parade in Taipei, which organisers said attracted 170,000 people. Its theme, “Listen together, walk the road together”, called for listening across social differences amid polarised debate and opposition to diversity, equality and inclusion. Participants set off from Taipei City Hall in northern and southern routes, carrying rainbow flags and messages about LGBTQ+ rights. The article describes visitors’ colourful outfits and includes voices discussing the need for greater understanding, school-based gender equality education and dialogue between generations. Organisers said that listening to different experiences and concerns could help communities find common ground.</w:t>
      </w:r>
      <w:r/>
    </w:p>
    <w:p>
      <w:pPr>
        <w:pStyle w:val="ListNumber"/>
        <w:spacing w:line="240" w:lineRule="auto"/>
        <w:ind w:left="720"/>
      </w:pPr>
      <w:r/>
      <w:hyperlink r:id="rId11">
        <w:r>
          <w:rPr>
            <w:color w:val="0000EE"/>
            <w:u w:val="single"/>
          </w:rPr>
          <w:t>https://apnews.com/article/taiwan-pride-parade-lgbtq-taipei-eae2485a29bf4030adfe70b2968dc5ad</w:t>
        </w:r>
      </w:hyperlink>
      <w:r>
        <w:t xml:space="preserve"> - The Associated Press reports on Taiwan’s Pride parade in Taipei on 31 October 2026. Thousands joined the annual event, waving rainbow flags and wearing colourful costumes; some had travelled from elsewhere in Asia and beyond. The article describes Taiwan’s place as a leading LGBTQ+ rights destination in Asia, noting its 2019 legalisation of same-sex marriage. It also reports continuing social challenges, including a recent police raid on a Taipei gay bar that prompted protests and an apology from the city’s mayor. Organisers estimated attendance at around 150,000 and called for further efforts to foster inclusion and challenge stigma.</w:t>
      </w:r>
      <w:r/>
    </w:p>
    <w:p>
      <w:pPr>
        <w:pStyle w:val="ListNumber"/>
        <w:spacing w:line="240" w:lineRule="auto"/>
        <w:ind w:left="720"/>
      </w:pPr>
      <w:r/>
      <w:hyperlink r:id="rId12">
        <w:r>
          <w:rPr>
            <w:color w:val="0000EE"/>
            <w:u w:val="single"/>
          </w:rPr>
          <w:t>https://focustaiwan.tw/society/202610310009</w:t>
        </w:r>
      </w:hyperlink>
      <w:r>
        <w:t xml:space="preserve"> - Focus Taiwan reports that an estimated 150,000 people from Taiwan and abroad attended the 24th Taiwan Pride parade in Taipei on 31 October 2026. Participants celebrated self-expression while calling for understanding and an end to discrimination. Parade organiser Tai Yu-hsun said the theme encouraged people to listen, move beyond labels and recognise others’ differences. The article also covers the effect of a recent police search of a gay bar, calls for transparent investigation and clear policing guidance, and concerns about HIV-related stigma. It describes attendees supporting LGBTQ+ rights, including first-time participants, returning visitors and people wearing distinctive costumes.</w:t>
      </w:r>
      <w:r/>
    </w:p>
    <w:p>
      <w:pPr>
        <w:pStyle w:val="ListNumber"/>
        <w:spacing w:line="240" w:lineRule="auto"/>
        <w:ind w:left="720"/>
      </w:pPr>
      <w:r/>
      <w:hyperlink r:id="rId13">
        <w:r>
          <w:rPr>
            <w:color w:val="0000EE"/>
            <w:u w:val="single"/>
          </w:rPr>
          <w:t>https://news.tvbs.com.tw/politics/4043989</w:t>
        </w:r>
      </w:hyperlink>
      <w:r>
        <w:t xml:space="preserve"> - TVBS reports that Taipei Mayor Chiang Wan-an visited the city’s Gender Equality Office stall at the Pride parade after a televised debate on 31 October 2026. Some attendees criticised him over a controversial police search of a gay bar, while others called for mayoral candidate Shen Po-yang. The report says Chiang stayed for about ten minutes and reiterated his apology over the policing controversy, saying he had requested an investigation and disciplinary action. It also describes the tense exchanges between demonstrators and supporters, and notes that the matter had entered the judicial investigation process.</w:t>
      </w:r>
      <w:r/>
    </w:p>
    <w:p>
      <w:pPr>
        <w:pStyle w:val="ListNumber"/>
        <w:spacing w:line="240" w:lineRule="auto"/>
        <w:ind w:left="720"/>
      </w:pPr>
      <w:r/>
      <w:hyperlink r:id="rId14">
        <w:r>
          <w:rPr>
            <w:color w:val="0000EE"/>
            <w:u w:val="single"/>
          </w:rPr>
          <w:t>https://udn.com/vote2026/story/7266/9849147</w:t>
        </w:r>
      </w:hyperlink>
      <w:r>
        <w:t xml:space="preserve"> - United Daily News describes the contrasting receptions for Taipei mayor Chiang Wan-an and mayoral candidate Shen Po-yang at the 2026 Pride parade. Chiang visited a city gender-equality stall at about 4.30pm and faced criticism linked to the disputed search of a gay bar. Some people carried flags supporting Shen and chanted slogans, while Chiang’s supporters responded. Shen arrived at about 3.30pm and was warmly greeted by attendees, some wearing his campaign ribbons. He called for consistent policing and policies that actively create a welcoming environment, saying the parade’s principles of equality and freedom should be reflected in everyday life.</w:t>
      </w:r>
      <w:r/>
    </w:p>
    <w:p>
      <w:pPr>
        <w:pStyle w:val="ListNumber"/>
        <w:spacing w:line="240" w:lineRule="auto"/>
        <w:ind w:left="720"/>
      </w:pPr>
      <w:r/>
      <w:hyperlink r:id="rId15">
        <w:r>
          <w:rPr>
            <w:color w:val="0000EE"/>
            <w:u w:val="single"/>
          </w:rPr>
          <w:t>https://www.nexttv.com.tw/NextTV/News/Home/Politics/2026-10-31/2512119.html</w:t>
        </w:r>
      </w:hyperlink>
      <w:r>
        <w:t xml:space="preserve"> - Next TV reports that Taiwan’s annual Pride parade took place at Taipei City Hall Plaza on 31 October 2026, with the city’s mayoral contest becoming visible at the event. Democratic Progressive Party candidate Shen Po-yang handed out special rainbow ribbons to supporters along the route. Kuomintang candidate and incumbent mayor Chiang Wan-an also appeared, while attendees called on the city government to address controversy over a police search of a gay bar. The report says the candidates expressed themselves differently on gender equality issues, bringing LGBTQ+ policy into focus as an issue in the local election campaign.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ns.com.tw/articles/1483331" TargetMode="External"/><Relationship Id="rId10" Type="http://schemas.openxmlformats.org/officeDocument/2006/relationships/hyperlink" Target="https://news.pts.org.tw/article/833730" TargetMode="External"/><Relationship Id="rId11" Type="http://schemas.openxmlformats.org/officeDocument/2006/relationships/hyperlink" Target="https://apnews.com/article/taiwan-pride-parade-lgbtq-taipei-eae2485a29bf4030adfe70b2968dc5ad" TargetMode="External"/><Relationship Id="rId12" Type="http://schemas.openxmlformats.org/officeDocument/2006/relationships/hyperlink" Target="https://focustaiwan.tw/society/202610310009" TargetMode="External"/><Relationship Id="rId13" Type="http://schemas.openxmlformats.org/officeDocument/2006/relationships/hyperlink" Target="https://news.tvbs.com.tw/politics/4043989" TargetMode="External"/><Relationship Id="rId14" Type="http://schemas.openxmlformats.org/officeDocument/2006/relationships/hyperlink" Target="https://udn.com/vote2026/story/7266/9849147" TargetMode="External"/><Relationship Id="rId15" Type="http://schemas.openxmlformats.org/officeDocument/2006/relationships/hyperlink" Target="https://www.nexttv.com.tw/NextTV/News/Home/Politics/2026-10-31/251211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