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Taiwan Pride Parade 2026: Voices, Solidarity and a Call for Respect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Taipei's Taiwan Pride parade brought more than 170,000 people together under the theme "Our Voices, Our Journey". Alongside rainbow flags and joyful costumes, participants called for understanding and safer treatment of LGBTQ+ people, as recent concerns about a police search of a gay bar gave this year's celebration a sharper edge.</w:t>
      </w:r>
      <w:r/>
    </w:p>
    <w:p>
      <w:pPr>
        <w:pStyle w:val="Heading2"/>
      </w:pPr>
      <w:r>
        <w:t>Taiwan Pride brought a crowd and a clear message</w:t>
      </w:r>
      <w:r/>
    </w:p>
    <w:p>
      <w:r/>
      <w:r>
        <w:t>The streets of Taipei filled with rainbow colour as more than 170,000 people from Taiwan and abroad joined the annual Pride parade, according to organisers. The event is widely described as East Asia's largest Pride gathering, but this year's message reached beyond celebration: listen to one another, and stand together against discrimination.</w:t>
      </w:r>
      <w:r/>
    </w:p>
    <w:p>
      <w:r/>
      <w:r>
        <w:t>The theme, "Our Voices, Our Journey", put personal experience at the heart of the day. There was plenty of exuberance in the costumes and flags, but also a serious point beneath the sparkle: visibility matters most when people can be themselves without fear.</w:t>
      </w:r>
      <w:r/>
    </w:p>
    <w:p>
      <w:pPr>
        <w:pStyle w:val="Heading2"/>
      </w:pPr>
      <w:r>
        <w:t>Why this year's parade carried extra weight</w:t>
      </w:r>
      <w:r/>
    </w:p>
    <w:p>
      <w:r/>
      <w:r>
        <w:t>Taiwan's president, William Lai, used the occasion to reaffirm the importance of equality, dignity and respect. Taiwan legalised same-sex marriage in 2019, becoming the first place in Asia to do so, but Lai said more work is needed to protect people's everyday security and ensure progress isn't undone.</w:t>
      </w:r>
      <w:r/>
    </w:p>
    <w:p>
      <w:r/>
      <w:r>
        <w:t>That concern felt especially immediate after a police search of a Taipei gay bar earlier in October. The Taiwan Rainbow Civil Action Association called for a transparent investigation and clear, binding policing guidelines, while the city government apologised and said it would investigate the incident.</w:t>
      </w:r>
      <w:r/>
    </w:p>
    <w:p>
      <w:pPr>
        <w:pStyle w:val="Heading2"/>
      </w:pPr>
      <w:r>
        <w:t>Family stories made the theme personal</w:t>
      </w:r>
      <w:r/>
    </w:p>
    <w:p>
      <w:r/>
      <w:r>
        <w:t>For one long-time participant, this year's parade marked a first: joining with his mother after a decade of attending. He said he wanted to show her the journey he'd taken and introduce her to the people who had supported him. It's a quietly powerful image of what the theme asks for: not just speaking, but making space for someone else to understand.</w:t>
      </w:r>
      <w:r/>
    </w:p>
    <w:p>
      <w:r/>
      <w:r>
        <w:t>Another participant said the parade offered a rare chance to feel completely free to be himself. He also pointed to the judgement transgender people and people who cross-dress can face elsewhere. The contrast is hard to miss: one day of openness can feel liberating, but it doesn't erase the pressures people encounter the rest of the year.</w:t>
      </w:r>
      <w:r/>
    </w:p>
    <w:p>
      <w:pPr>
        <w:pStyle w:val="Heading2"/>
      </w:pPr>
      <w:r>
        <w:t>Taiwan Pride drew visitors and political voices</w:t>
      </w:r>
      <w:r/>
    </w:p>
    <w:p>
      <w:r/>
      <w:r>
        <w:t>The crowd included visitors from overseas, including a bisexual woman who travelled from the Netherlands with her aunt. She said she was concerned about growing conservatism at home and hoped her visit would offer lessons for her own country. Pride may be rooted in local lives, but its appeal clearly travels.</w:t>
      </w:r>
      <w:r/>
    </w:p>
    <w:p>
      <w:r/>
      <w:r>
        <w:t>Politicians from several parties also joined the event, including Vice President Hsiao Bi-khim. Taipei Mayor Chiang Wan-an arrived near the end and apologised for the impact of the bar search, saying the city would carry out a rigorous investigation and discipline those responsible. Their presence showed how Pride has become part of Taiwan's public conversation, not simply a celebration outside politics.</w:t>
      </w:r>
      <w:r/>
    </w:p>
    <w:p>
      <w:pPr>
        <w:pStyle w:val="Heading2"/>
      </w:pPr>
      <w:r>
        <w:t>What the parade asks of people beyond Taipei</w:t>
      </w:r>
      <w:r/>
    </w:p>
    <w:p>
      <w:r/>
      <w:r>
        <w:t>The most useful response to the theme isn't complicated: listen without assuming you already know someone's story. For visitors and supporters, that means respecting people's privacy, using the names and pronouns they ask for, and challenging discriminatory behaviour when it's safe to do so.</w:t>
      </w:r>
      <w:r/>
    </w:p>
    <w:p>
      <w:r/>
      <w:r>
        <w:t>A parade can make solidarity visible, but public authorities also have a practical responsibility to protect people's rights and privacy. That is why calls for clear policing rules matter alongside the music and celebration. The warmest moments of Pride are often personal; the lasting test is whether that sense of dignity carries into ordinary life.</w:t>
      </w:r>
      <w:r/>
    </w:p>
    <w:p>
      <w:r/>
      <w:r>
        <w:t>Taiwan Pride's message is simple: make room for every voice, and keep listening.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0">
        <w:r>
          <w:rPr>
            <w:color w:val="0000EE"/>
            <w:u w:val="single"/>
          </w:rPr>
          <w:t>[2]</w:t>
        </w:r>
      </w:hyperlink>
      <w:r>
        <w:t xml:space="preserve">, </w:t>
      </w:r>
      <w:hyperlink r:id="rId13">
        <w:r>
          <w:rPr>
            <w:color w:val="0000EE"/>
            <w:u w:val="single"/>
          </w:rPr>
          <w:t>[4]</w:t>
        </w:r>
      </w:hyperlink>
      <w:r>
        <w:t xml:space="preserve">- Paragraph 4: </w:t>
      </w:r>
      <w:hyperlink r:id="rId14">
        <w:r>
          <w:rPr>
            <w:color w:val="0000EE"/>
            <w:u w:val="single"/>
          </w:rPr>
          <w:t>[3]</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[7]</w:t>
        </w:r>
      </w:hyperlink>
      <w:r>
        <w:t xml:space="preserve">- Paragraph 9: </w:t>
      </w:r>
      <w:hyperlink r:id="rId14">
        <w:r>
          <w:rPr>
            <w:color w:val="0000EE"/>
            <w:u w:val="single"/>
          </w:rPr>
          <w:t>[3]</w:t>
        </w:r>
      </w:hyperlink>
      <w:r>
        <w:t xml:space="preserve">, </w:t>
      </w:r>
      <w:hyperlink r:id="rId12">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[7]</w:t>
        </w:r>
      </w:hyperlink>
      <w:r>
        <w:t xml:space="preserve">- Paragraph 11: </w:t>
      </w:r>
      <w:hyperlink r:id="rId14">
        <w:r>
          <w:rPr>
            <w:color w:val="0000EE"/>
            <w:u w:val="single"/>
          </w:rPr>
          <w:t>[3]</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https://news.ltn.com.tw/news/focus/breakingnews/5625326</w:t>
        </w:r>
      </w:hyperlink>
      <w:r>
        <w:t xml:space="preserve"> - Please view link - unable to able to access data</w:t>
      </w:r>
      <w:r/>
    </w:p>
    <w:p>
      <w:pPr>
        <w:pStyle w:val="ListNumber"/>
        <w:spacing w:line="240" w:lineRule="auto"/>
        <w:ind w:left="720"/>
      </w:pPr>
      <w:r/>
      <w:hyperlink r:id="rId10">
        <w:r>
          <w:rPr>
            <w:color w:val="0000EE"/>
            <w:u w:val="single"/>
          </w:rPr>
          <w:t>https://apnews.com/article/taiwan-pride-parade-lgbtq-taipei-eae2485a29bf4030adfe70b2968dc5ad</w:t>
        </w:r>
      </w:hyperlink>
      <w:r>
        <w:t xml:space="preserve"> - The Associated Press reports that tens of thousands of people joined Taipei’s Taiwan Pride parade on 31 October 2026, waving rainbow flags and displaying messages of support. Participants included residents and visitors from across Asia and beyond. The article describes Taiwan’s reputation for gender inclusion and notes that it became the first place in Asia to legalise same-sex marriage in 2019. It also covers a recent police raid on a Taipei gay bar, the detention of 51 patrons, public protests and the mayor’s apology. Organisers estimated that about 150,000 people attended, calling for further inclusion and action against stigma and discrimination.</w:t>
      </w:r>
      <w:r/>
    </w:p>
    <w:p>
      <w:pPr>
        <w:pStyle w:val="ListNumber"/>
        <w:spacing w:line="240" w:lineRule="auto"/>
        <w:ind w:left="720"/>
      </w:pPr>
      <w:r/>
      <w:hyperlink r:id="rId14">
        <w:r>
          <w:rPr>
            <w:color w:val="0000EE"/>
            <w:u w:val="single"/>
          </w:rPr>
          <w:t>https://www.theguardian.com/world/2026/oct/31/taiwan-gay-bar-police-raid-lgbt-pride-parade</w:t>
        </w:r>
      </w:hyperlink>
      <w:r>
        <w:t xml:space="preserve"> - The Guardian examines the impact of a 3 October police raid on Commander D, a Taipei gay bar, shortly before Taiwan’s Pride parade. It reports that 51 customers were taken for questioning and describes concerns among LGBTQ+ people about safety, dignity and persistent stigma. The article says officers acknowledged inappropriate language, while the city mayor apologised and six officers were disciplined; rights groups called for an independent investigation. It contrasts the raid with Taiwan’s reputation for LGBTQ+ inclusion and growing support for same-sex marriage. Campaigners argue that equality depends not only on legal rights and public celebrations, but also on how authorities treat people in everyday life.</w:t>
      </w:r>
      <w:r/>
    </w:p>
    <w:p>
      <w:pPr>
        <w:pStyle w:val="ListNumber"/>
        <w:spacing w:line="240" w:lineRule="auto"/>
        <w:ind w:left="720"/>
      </w:pPr>
      <w:r/>
      <w:hyperlink r:id="rId13">
        <w:r>
          <w:rPr>
            <w:color w:val="0000EE"/>
            <w:u w:val="single"/>
          </w:rPr>
          <w:t>https://www.taipeitimes.com/News/taiwan/archives/2026/09/30/2003865152</w:t>
        </w:r>
      </w:hyperlink>
      <w:r>
        <w:t xml:space="preserve"> - This Taipei Times report previews Taiwan’s 2026 LGBTQ+ Pride parade, scheduled for 31 October in Taipei under the theme “Our Voices, Our Journey”. Organisers planned routes north and south from Taipei City Hall Square and invited local and international participants to show solidarity with diverse communities. The article explains that the theme encourages people to listen to others’ experiences, overcome prejudice associated with identity labels and move forward together. It also mentions a reported decline in public support for LGBTQ+ rights and a wider backlash against diversity, equity and inclusion. Organisers urged voters to support candidates committed to equality and gender-inclusive policies.</w:t>
      </w:r>
      <w:r/>
    </w:p>
    <w:p>
      <w:pPr>
        <w:pStyle w:val="ListNumber"/>
        <w:spacing w:line="240" w:lineRule="auto"/>
        <w:ind w:left="720"/>
      </w:pPr>
      <w:r/>
      <w:hyperlink r:id="rId15">
        <w:r>
          <w:rPr>
            <w:color w:val="0000EE"/>
            <w:u w:val="single"/>
          </w:rPr>
          <w:t>https://www.cna.com.tw/news/ahel/202609300044.aspx</w:t>
        </w:r>
      </w:hyperlink>
      <w:r>
        <w:t xml:space="preserve"> - Central News Agency reports on preparations for Taiwan’s annual Pride parade, planned for 31 October 2026 at Taipei City Hall Square. The organisers announced the theme “Our Voices, Our Journey” and said the event would keep its two-route format. They encouraged participants to listen to one another, challenge misunderstandings based on identity labels and stand alongside marginalised communities. The report also notes the international backlash against diversity, equity and inclusion and concerns about declining support for LGBTQ+ and transgender rights in a government opinion survey. With local elections approaching, organisers called on voters to back candidates who support sexual diversity and gender-equality policies.</w:t>
      </w:r>
      <w:r/>
    </w:p>
    <w:p>
      <w:pPr>
        <w:pStyle w:val="ListNumber"/>
        <w:spacing w:line="240" w:lineRule="auto"/>
        <w:ind w:left="720"/>
      </w:pPr>
      <w:r/>
      <w:hyperlink r:id="rId12">
        <w:r>
          <w:rPr>
            <w:color w:val="0000EE"/>
            <w:u w:val="single"/>
          </w:rPr>
          <w:t>https://www.taiwanplus.com/news/taiwan-news/lgbtq/261031008/taipei-hosts-annual-pride-parade-just-weeks-after-police-raid-on-gay-bar</w:t>
        </w:r>
      </w:hyperlink>
      <w:r>
        <w:t xml:space="preserve"> - TaiwanPlus covers Taipei’s 24th annual Pride parade, held on 31 October 2026 under the theme “Our Voices, Our Journey”. The report describes tens of thousands of participants and international allies, with the event combining festive Halloween costumes and calls for accountability after police raided a gay bar earlier in the month. Mayor Chiang Wan-an apologised following public criticism of police conduct. Vice-President Hsiao Bi-khim joined the procession to show support for LGBTQ+ rights. The report also recalls that Taiwan became the first place in Asia to legalise same-sex marriage in 2019 and explains that this year’s theme emphasised unity and amplifying queer voices.</w:t>
      </w:r>
      <w:r/>
    </w:p>
    <w:p>
      <w:pPr>
        <w:pStyle w:val="ListNumber"/>
        <w:spacing w:line="240" w:lineRule="auto"/>
        <w:ind w:left="720"/>
      </w:pPr>
      <w:r/>
      <w:hyperlink r:id="rId11">
        <w:r>
          <w:rPr>
            <w:color w:val="0000EE"/>
            <w:u w:val="single"/>
          </w:rPr>
          <w:t>https://focustaiwan.tw/society/202610310009</w:t>
        </w:r>
      </w:hyperlink>
      <w:r>
        <w:t xml:space="preserve"> - Focus Taiwan reports that an estimated 150,000 people from Taiwan and abroad attended the 2026 Pride parade in Taipei. Participants called for visibility, freedom, understanding and an end to discrimination. Organiser Tai Yu-hsun said legalising same-sex marriage had not by itself ensured fair treatment in daily life, and urged people to listen across differences. The article connects the parade to an October police search of a gay bar, which revived memories of state oppression of LGBTQ+ spaces. Although the city apologised and disciplined personnel, Tai called for a transparent investigation and binding policing guidelines. The report also shares experiences of first-time participants and international visitors.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focus/breakingnews/5625326" TargetMode="External"/><Relationship Id="rId10" Type="http://schemas.openxmlformats.org/officeDocument/2006/relationships/hyperlink" Target="https://apnews.com/article/taiwan-pride-parade-lgbtq-taipei-eae2485a29bf4030adfe70b2968dc5ad" TargetMode="External"/><Relationship Id="rId11" Type="http://schemas.openxmlformats.org/officeDocument/2006/relationships/hyperlink" Target="https://focustaiwan.tw/society/202610310009" TargetMode="External"/><Relationship Id="rId12" Type="http://schemas.openxmlformats.org/officeDocument/2006/relationships/hyperlink" Target="https://www.taiwanplus.com/news/taiwan-news/lgbtq/261031008/taipei-hosts-annual-pride-parade-just-weeks-after-police-raid-on-gay-bar" TargetMode="External"/><Relationship Id="rId13" Type="http://schemas.openxmlformats.org/officeDocument/2006/relationships/hyperlink" Target="https://www.taipeitimes.com/News/taiwan/archives/2026/09/30/2003865152" TargetMode="External"/><Relationship Id="rId14" Type="http://schemas.openxmlformats.org/officeDocument/2006/relationships/hyperlink" Target="https://www.theguardian.com/world/2026/oct/31/taiwan-gay-bar-police-raid-lgbt-pride-parade" TargetMode="External"/><Relationship Id="rId15" Type="http://schemas.openxmlformats.org/officeDocument/2006/relationships/hyperlink" Target="https://www.cna.com.tw/news/ahel/202609300044.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