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2026: Taipei Mayor Faces Calls for Answers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Taiwan's 24th annual Pride parade brought a charged political backdrop to Taipei on 31 October, as Mayor Chiang Wan-an visited a city equality office stall amid protests over a police search of a well-known LGBTQ+ bar. The timing, alongside the city's first televised mayoral debate, put questions about police conduct and LGBTQ+ rights firmly in the spotlight.</w:t>
      </w:r>
      <w:r/>
    </w:p>
    <w:p>
      <w:pPr>
        <w:pStyle w:val="Heading2"/>
      </w:pPr>
      <w:r>
        <w:t>Essential Takeaways</w:t>
      </w:r>
      <w:r/>
      <w:r/>
    </w:p>
    <w:p>
      <w:pPr>
        <w:pStyle w:val="ListBullet"/>
        <w:spacing w:line="240" w:lineRule="auto"/>
        <w:ind w:left="720"/>
      </w:pPr>
      <w:r/>
      <w:r>
        <w:rPr>
          <w:b/>
        </w:rPr>
        <w:t>A tense parade day:</w:t>
      </w:r>
      <w:r>
        <w:t xml:space="preserve"> Taipei's Pride march coincided with the city's first televised mayoral debate.</w:t>
      </w:r>
      <w:r/>
    </w:p>
    <w:p>
      <w:pPr>
        <w:pStyle w:val="ListBullet"/>
        <w:spacing w:line="240" w:lineRule="auto"/>
        <w:ind w:left="720"/>
      </w:pPr>
      <w:r/>
      <w:r>
        <w:rPr>
          <w:b/>
        </w:rPr>
        <w:t>A disputed police search:</w:t>
      </w:r>
      <w:r>
        <w:t xml:space="preserve"> The search of a prominent LGBTQ+ bar had prompted concerns about equality and alleged excessive force.</w:t>
      </w:r>
      <w:r/>
    </w:p>
    <w:p>
      <w:pPr>
        <w:pStyle w:val="ListBullet"/>
        <w:spacing w:line="240" w:lineRule="auto"/>
        <w:ind w:left="720"/>
      </w:pPr>
      <w:r/>
      <w:r>
        <w:rPr>
          <w:b/>
        </w:rPr>
        <w:t>The mayor's response:</w:t>
      </w:r>
      <w:r>
        <w:t xml:space="preserve"> Chiang said he had apologised to those affected and ordered an investigation and disciplinary action over officers' conduct.</w:t>
      </w:r>
      <w:r/>
    </w:p>
    <w:p>
      <w:pPr>
        <w:pStyle w:val="ListBullet"/>
        <w:spacing w:line="240" w:lineRule="auto"/>
        <w:ind w:left="720"/>
      </w:pPr>
      <w:r/>
      <w:r>
        <w:rPr>
          <w:b/>
        </w:rPr>
        <w:t>Promises on transparency:</w:t>
      </w:r>
      <w:r>
        <w:t xml:space="preserve"> He said the city would disclose as much as possible, while respecting the limits of the ongoing judicial process.</w:t>
      </w:r>
      <w:r/>
      <w:r/>
    </w:p>
    <w:p>
      <w:pPr>
        <w:pStyle w:val="Heading2"/>
      </w:pPr>
      <w:r>
        <w:t>Pride parade meets a difficult political moment</w:t>
      </w:r>
      <w:r/>
    </w:p>
    <w:p>
      <w:r/>
      <w:r>
        <w:t>The Taiwan Pride parade arrived with the atmosphere already charged. On the same day as Taipei's first televised mayoral debate, a recent police search of a well-known LGBTQ+ bar was fuelling scrutiny over equality, enforcement and the treatment of people at the scene.</w:t>
      </w:r>
      <w:r/>
    </w:p>
    <w:p>
      <w:r/>
      <w:r>
        <w:t>After the debate, Democratic Progressive Party candidate Shen Po-yang went to the parade to hand out ribbons. Chiang, the incumbent mayor, visited a stall run by the Taipei City Office for Gender Equality in an official capacity during the afternoon. Protest signs followed him in, and rival supporters shouted competing campaign slogans as he left.</w:t>
      </w:r>
      <w:r/>
    </w:p>
    <w:p>
      <w:pPr>
        <w:pStyle w:val="Heading2"/>
      </w:pPr>
      <w:r>
        <w:t>Mayor says officers' conduct is under investigation</w:t>
      </w:r>
      <w:r/>
    </w:p>
    <w:p>
      <w:r/>
      <w:r>
        <w:t>Asked about the bar search, Chiang said he had already taken a firm position on what he described as inappropriate conduct by officers. He said he had ordered an immediate investigation and disciplinary action, and apologised to the people affected.</w:t>
      </w:r>
      <w:r/>
    </w:p>
    <w:p>
      <w:r/>
      <w:r>
        <w:t>The questions did not stop there. Reporters challenged the police account that people taken from the scene had gone voluntarily, citing video shared by people present that appeared to show them being threatened with handcuffs if they did not go along. Chiang said he had directed the police department to explain its actions and clarify its standards.</w:t>
      </w:r>
      <w:r/>
    </w:p>
    <w:p>
      <w:pPr>
        <w:pStyle w:val="Heading2"/>
      </w:pPr>
      <w:r>
        <w:t>What the city says it can make public</w:t>
      </w:r>
      <w:r/>
    </w:p>
    <w:p>
      <w:r/>
      <w:r>
        <w:t>Chiang said he wanted the administration to release as much information as possible about its investigation before the judicial process proceeded. He also stressed that disclosure would need to respect protections around an active legal investigation.</w:t>
      </w:r>
      <w:r/>
    </w:p>
    <w:p>
      <w:r/>
      <w:r>
        <w:t>That leaves a familiar tension: the public wants a clear account, while officials say some details may be restricted. For people affected by the search, a prompt explanation of what officers were authorised to do could matter as much as a promise of transparency later.</w:t>
      </w:r>
      <w:r/>
    </w:p>
    <w:p>
      <w:pPr>
        <w:pStyle w:val="Heading2"/>
      </w:pPr>
      <w:r>
        <w:t>Equality policy faces a real-world test</w:t>
      </w:r>
      <w:r/>
    </w:p>
    <w:p>
      <w:r/>
      <w:r>
        <w:t>The mayor's visit was framed around the work of the city's gender equality office, which presented policies developed in recent years. But the protest signs and pointed questions showed how quickly a policy display can become a test of whether those commitments are being felt on the ground.</w:t>
      </w:r>
      <w:r/>
    </w:p>
    <w:p>
      <w:r/>
      <w:r>
        <w:t>For LGBTQ+ residents, trust depends not only on stated support for equality but also on how complaints are investigated and communicated. The city's next steps, including what it publishes and how it addresses the police conduct allegations, will be watched closely.</w:t>
      </w:r>
      <w:r/>
    </w:p>
    <w:p>
      <w:pPr>
        <w:pStyle w:val="Heading2"/>
      </w:pPr>
      <w:r>
        <w:t>A short walk that captured the day's mood</w:t>
      </w:r>
      <w:r/>
    </w:p>
    <w:p>
      <w:r/>
      <w:r>
        <w:t>The competing chants turned Chiang's departure into a slow, tense scene: a route of less than 100 metres reportedly took around five minutes. It was a small stretch of pavement, but it carried the day's larger argument about politics, policing and who feels heard.</w:t>
      </w:r>
      <w:r/>
    </w:p>
    <w:p>
      <w:r/>
      <w:r>
        <w:t>Pride is a celebration, but it can also make public accountability impossible to ignore. For Taipei, the important measure now will be whether the investigation produces clear answers.</w:t>
      </w:r>
      <w:r/>
    </w:p>
    <w:p>
      <w:r/>
      <w:r>
        <w:t>A transparent account could be the first step towards rebuilding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https://newtalk.tw/news/view/2026-10-31/1068521</w:t>
        </w:r>
      </w:hyperlink>
      <w:r>
        <w:t xml:space="preserve"> - Please view link - unable to able to access data</w:t>
      </w:r>
      <w:r/>
    </w:p>
    <w:p>
      <w:pPr>
        <w:pStyle w:val="ListNumber"/>
        <w:spacing w:line="240" w:lineRule="auto"/>
        <w:ind w:left="720"/>
      </w:pPr>
      <w:r/>
      <w:hyperlink r:id="rId9">
        <w:r>
          <w:rPr>
            <w:color w:val="0000EE"/>
            <w:u w:val="single"/>
          </w:rPr>
          <w:t>https://newtalk.tw/news/view/2026-10-31/1068521</w:t>
        </w:r>
      </w:hyperlink>
      <w:r>
        <w:t xml:space="preserve"> - The report describes Taiwan’s 24th Pride parade in Taipei on 31 October 2026, held on the same day as the first televised Taipei mayoral debate. After the debate, Democratic Progressive Party candidate Shen Po-yang went to the parade and handed out campaign ribbons. Mayor Chiang Wan-an visited the city’s gender equality office stall in an official capacity. Demonstrators protested the police search of a gay bar, while supporters of both candidates shouted election slogans as Chiang departed. Asked about the incident, Chiang apologised to affected people, called for immediate investigation and discipline, and said officials should disclose as much of the administrative inquiry as possible, subject to judicial confidentiality.</w:t>
      </w:r>
      <w:r/>
    </w:p>
    <w:p>
      <w:pPr>
        <w:pStyle w:val="ListNumber"/>
        <w:spacing w:line="240" w:lineRule="auto"/>
        <w:ind w:left="720"/>
      </w:pPr>
      <w:r/>
      <w:hyperlink r:id="rId11">
        <w:r>
          <w:rPr>
            <w:color w:val="0000EE"/>
            <w:u w:val="single"/>
          </w:rPr>
          <w:t>https://udn.com/news/story/6656/9849134</w:t>
        </w:r>
      </w:hyperlink>
      <w:r>
        <w:t xml:space="preserve"> - United Daily News reports that Taipei mayor Chiang Wan-an visited the 2026 Pride parade after a televised debate and inspected the city’s gender equality office stall. Some attendees raised signs criticising his presence and the recent police search of a gay bar, while others shouted support for Shen Po-yang. Asked about the police conduct, Chiang said he had taken a serious position, ordered an immediate investigation and discipline, and apologised to those affected. He said the city would continue its equality policies and seek to disclose the administrative investigation as far as possible while respecting the judicial investigation. The report also mentions municipal inclusion initiatives.</w:t>
      </w:r>
      <w:r/>
    </w:p>
    <w:p>
      <w:pPr>
        <w:pStyle w:val="ListNumber"/>
        <w:spacing w:line="240" w:lineRule="auto"/>
        <w:ind w:left="720"/>
      </w:pPr>
      <w:r/>
      <w:hyperlink r:id="rId10">
        <w:r>
          <w:rPr>
            <w:color w:val="0000EE"/>
            <w:u w:val="single"/>
          </w:rPr>
          <w:t>https://news.tvbs.com.tw/politics/4043960</w:t>
        </w:r>
      </w:hyperlink>
      <w:r>
        <w:t xml:space="preserve"> - TVBS reports that Taipei mayoral candidate Shen Po-yang went directly to the Pride parade after the first televised debate with incumbent Chiang Wan-an on 31 October 2026. The report says he distributed specially made campaign ribbons and spoke with attendees. The recent search of a gay bar in Taipei had become a prominent subject of concern. Asked about it, Shen said law enforcement should apply consistent standards, protect the rights of LGBTQ people and be accompanied by active public policies that create a welcoming environment. People at the parade greeted his arrival enthusiastically, chanting that he was their mayor. The article focuses on Shen’s appearance and remarks.</w:t>
      </w:r>
      <w:r/>
    </w:p>
    <w:p>
      <w:pPr>
        <w:pStyle w:val="ListNumber"/>
        <w:spacing w:line="240" w:lineRule="auto"/>
        <w:ind w:left="720"/>
      </w:pPr>
      <w:r/>
      <w:hyperlink r:id="rId12">
        <w:r>
          <w:rPr>
            <w:color w:val="0000EE"/>
            <w:u w:val="single"/>
          </w:rPr>
          <w:t>https://www.mirrordaily.news/story/94921</w:t>
        </w:r>
      </w:hyperlink>
      <w:r>
        <w:t xml:space="preserve"> - Mirror Daily reports that Chiang Wan-an and Shen Po-yang both attended Taipei’s Pride event after their mayoral debate. Chiang arrived at about 4.30 pm and visited the gender equality office stall. Asked about the disputed search of a gay bar, he said he had condemned improper police conduct, ordered an immediate investigation and discipline, and apologised to those affected. He also said the city would publish as much of its findings as possible while respecting restrictions related to the judicial inquiry. As Chiang left, some attendees chanted against searching gay bars and voiced support for Shen, while Chiang’s supporters answered with election slogans.</w:t>
      </w:r>
      <w:r/>
    </w:p>
    <w:p>
      <w:pPr>
        <w:pStyle w:val="ListNumber"/>
        <w:spacing w:line="240" w:lineRule="auto"/>
        <w:ind w:left="720"/>
      </w:pPr>
      <w:r/>
      <w:hyperlink r:id="rId13">
        <w:r>
          <w:rPr>
            <w:color w:val="0000EE"/>
            <w:u w:val="single"/>
          </w:rPr>
          <w:t>https://www.ftvnews.com.tw/news/detail/2026A31W0189</w:t>
        </w:r>
      </w:hyperlink>
      <w:r>
        <w:t xml:space="preserve"> - Formosa Television News previews and reports on Taiwan’s 24th Pride parade, held outside Taipei City Hall on 31 October 2026. It notes that both Taipei mayoral contenders, Shen Po-yang and incumbent Chiang Wan-an, planned to attend after their televised debate. The coverage connects the event’s heightened attention to the police search of the gay bar Commander D earlier that month and allegations of excessive enforcement and discriminatory remarks. It outlines the parade’s theme, “Our Voices, Our Journey”, and its emphasis on listening and reducing misunderstanding. The article also records public criticism, political responses and calls for lawful policing, privacy and equal treatment.</w:t>
      </w:r>
      <w:r/>
    </w:p>
    <w:p>
      <w:pPr>
        <w:pStyle w:val="ListNumber"/>
        <w:spacing w:line="240" w:lineRule="auto"/>
        <w:ind w:left="720"/>
      </w:pPr>
      <w:r/>
      <w:hyperlink r:id="rId14">
        <w:r>
          <w:rPr>
            <w:color w:val="0000EE"/>
            <w:u w:val="single"/>
          </w:rPr>
          <w:t>https://www.cna.com.tw/news/aloc/202610040123.aspx</w:t>
        </w:r>
      </w:hyperlink>
      <w:r>
        <w:t xml:space="preserve"> - Central News Agency reports on the Taipei police search of a bar in Wanhua and the ensuing allegations of inappropriate remarks during enforcement. Mayor Chiang Wan-an said police had a search warrant and that he had ordered the department to review the operation, clarify what happened and explain matters publicly. Police said the search followed a complaint and evidence-gathering, and that officers who behaved improperly had been disciplined. The report says 52 people were taken in for questioning. It provides background to the controversy that later prompted protests at the Pride parade and public questions about police conduct, accountability and the rights of people affected.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31/1068521" TargetMode="External"/><Relationship Id="rId10" Type="http://schemas.openxmlformats.org/officeDocument/2006/relationships/hyperlink" Target="https://news.tvbs.com.tw/politics/4043960" TargetMode="External"/><Relationship Id="rId11" Type="http://schemas.openxmlformats.org/officeDocument/2006/relationships/hyperlink" Target="https://udn.com/news/story/6656/9849134" TargetMode="External"/><Relationship Id="rId12" Type="http://schemas.openxmlformats.org/officeDocument/2006/relationships/hyperlink" Target="https://www.mirrordaily.news/story/94921" TargetMode="External"/><Relationship Id="rId13" Type="http://schemas.openxmlformats.org/officeDocument/2006/relationships/hyperlink" Target="https://www.ftvnews.com.tw/news/detail/2026A31W0189" TargetMode="External"/><Relationship Id="rId14" Type="http://schemas.openxmlformats.org/officeDocument/2006/relationships/hyperlink" Target="https://www.cna.com.tw/news/aloc/202610040123.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