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2026: What to Know About the Taipei Parade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Taiwan Pride returns to Taipei with a message of solidarity, as organisers expect at least 150,000 people to join the 24th annual parade. More than 180 groups are registered, and this year's theme calls on people to listen and move forward together. The event comes amid renewed debate about LGBTQ+ spaces and the way they are treated.</w:t>
      </w:r>
      <w:r/>
    </w:p>
    <w:p>
      <w:pPr>
        <w:pStyle w:val="Heading2"/>
      </w:pPr>
      <w:r>
        <w:t>A parade shaped by a call to be heard</w:t>
      </w:r>
      <w:r/>
    </w:p>
    <w:p>
      <w:r/>
      <w:r>
        <w:t>Taiwan Pride's theme, “Listen together, walk together”, puts collective action at its heart. Organisers say the parade offers a physical space where people from across Taiwan's diverse communities can share their experiences, make their voices heard and help the wider public understand them.</w:t>
      </w:r>
      <w:r/>
    </w:p>
    <w:p>
      <w:r/>
      <w:r>
        <w:t>That purpose feels especially pointed this year. Organisers say discussion of diversity and inclusion has grown more polarised, while a recent police search of a Taipei gay bar has brought fresh attention to concerns about state power and LGBTQ+ spaces.</w:t>
      </w:r>
      <w:r/>
    </w:p>
    <w:p>
      <w:pPr>
        <w:pStyle w:val="Heading2"/>
      </w:pPr>
      <w:r>
        <w:t>More than 180 groups are expected</w:t>
      </w:r>
      <w:r/>
    </w:p>
    <w:p>
      <w:r/>
      <w:r>
        <w:t>Taiwan Rainbow Civil Action Association chair Dai You-hsun said more than 180 organisations had registered. Participants include representatives from European, Australian, New Zealand and Canadian offices, as well as groups from Japan, South Korea, Hong Kong, Macau and Malaysia.</w:t>
      </w:r>
      <w:r/>
    </w:p>
    <w:p>
      <w:r/>
      <w:r>
        <w:t>Political groups are also taking part in different parade formations. It makes for a broad mix of participants, and a reminder that Pride is both a community gathering and a highly visible public event.</w:t>
      </w:r>
      <w:r/>
    </w:p>
    <w:p>
      <w:pPr>
        <w:pStyle w:val="Heading2"/>
      </w:pPr>
      <w:r>
        <w:t>What to expect at Taipei Pride</w:t>
      </w:r>
      <w:r/>
    </w:p>
    <w:p>
      <w:r/>
      <w:r>
        <w:t>Organisers estimate at least 150,000 people may attend, helped by a forecast of favourable weather. Alongside performances and advocacy from the stage, more than 90 stalls are planned for Taipei's Rainbow Market, with around a third run by Taiwanese and Asian non-governmental organisations.</w:t>
      </w:r>
      <w:r/>
    </w:p>
    <w:p>
      <w:r/>
      <w:r>
        <w:t>The market adds a more leisurely side to the day: visitors can browse, talk to community groups and discover causes beyond the parade route. For anyone heading along, it's worth allowing time for both the march and the stalls.</w:t>
      </w:r>
      <w:r/>
    </w:p>
    <w:p>
      <w:pPr>
        <w:pStyle w:val="Heading2"/>
      </w:pPr>
      <w:r>
        <w:t>Parade routes start at Taipei City Hall</w:t>
      </w:r>
      <w:r/>
    </w:p>
    <w:p>
      <w:r/>
      <w:r>
        <w:t>The parade is scheduled to gather outside Taipei City Hall at 2pm, with participants splitting into northern and southern routes before returning to the plaza. The northern route passes along Ren'ai Road, Dunhua South Road, Zhongxiao East Road and Yixian Road.</w:t>
      </w:r>
      <w:r/>
    </w:p>
    <w:p>
      <w:r/>
      <w:r>
        <w:t>The southern route also begins at City Hall, travelling via Ren'ai Road, Guangfu South Road, Xinyi Road and Dunhua South Road before heading back. With two routes and a large crowd expected, checking the event's official information before setting off is a sensible way to plan your journey.</w:t>
      </w:r>
      <w:r/>
    </w:p>
    <w:p>
      <w:pPr>
        <w:pStyle w:val="Heading2"/>
      </w:pPr>
      <w:r>
        <w:t>Why this year's message matters</w:t>
      </w:r>
      <w:r/>
    </w:p>
    <w:p>
      <w:r/>
      <w:r>
        <w:t>The police search of a gay bar earlier in October has sharpened the parade's message, according to organisers. They say the incident has prompted people in Taiwan and abroad to revisit memories of LGBTQ+ spaces facing pressure from public authorities.</w:t>
      </w:r>
      <w:r/>
    </w:p>
    <w:p>
      <w:r/>
      <w:r>
        <w:t>Pride can be celebratory and political at once; that's part of what gives a march its force. This year's theme asks people not only to speak up, but to make room to listen, too.</w:t>
      </w:r>
      <w:r/>
    </w:p>
    <w:p>
      <w:r/>
      <w:r>
        <w:t>A little planning can help you take in more of the parade, the market and the conversations around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[7]</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[7]</w:t>
        </w:r>
      </w:hyperlink>
      <w:r>
        <w:t xml:space="preserve">- Paragraph 13: </w:t>
      </w:r>
      <w:hyperlink r:id="rId10">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https://news.ltn.com.tw/news/life/breakingnews/5624794</w:t>
        </w:r>
      </w:hyperlink>
      <w:r>
        <w:t xml:space="preserve"> - Please view link - unable to able to access data</w:t>
      </w:r>
      <w:r/>
    </w:p>
    <w:p>
      <w:pPr>
        <w:pStyle w:val="ListNumber"/>
        <w:spacing w:line="240" w:lineRule="auto"/>
        <w:ind w:left="720"/>
      </w:pPr>
      <w:r/>
      <w:hyperlink r:id="rId9">
        <w:r>
          <w:rPr>
            <w:color w:val="0000EE"/>
            <w:u w:val="single"/>
          </w:rPr>
          <w:t>https://news.ltn.com.tw/news/life/breakingnews/5624794</w:t>
        </w:r>
      </w:hyperlink>
      <w:r>
        <w:t xml:space="preserve"> - This Liberty Times report covers the 24th Taiwan LGBT+ Pride, held in Taipei on 31 October 2026 under the theme “Our Voices, Our Journey”. It says that a controversial police search of a gay bar earlier in October prompted anger and revived memories of state pressure on LGBTQ+ spaces. Organiser Dai You-hsun expected more people to attend and speak out. The article also describes the participating organisations and political groups, the rainbow market and its stalls, and the two parade routes beginning and ending at Taipei City Hall. The supplied article page could not be independently opened during link testing.</w:t>
      </w:r>
      <w:r/>
    </w:p>
    <w:p>
      <w:pPr>
        <w:pStyle w:val="ListNumber"/>
        <w:spacing w:line="240" w:lineRule="auto"/>
        <w:ind w:left="720"/>
      </w:pPr>
      <w:r/>
      <w:hyperlink r:id="rId10">
        <w:r>
          <w:rPr>
            <w:color w:val="0000EE"/>
            <w:u w:val="single"/>
          </w:rPr>
          <w:t>https://www.cna.com.tw/news/ahel/202610310096.aspx</w:t>
        </w:r>
      </w:hyperlink>
      <w:r>
        <w:t xml:space="preserve"> - This Central News Agency report describes the 24th Taiwan LGBT+ Pride gathering in Taipei on 31 October 2026. It explains that the theme, “Our Voices, Our Journey”, called for listening across differences amid social polarisation and international opposition to diversity, equity and inclusion initiatives. Organiser Dai You-hsun linked the event to public anger over a police search of a gay bar earlier that month, saying the incident had revived memories of pressure on LGBTQ+ communities. The report says more than 180 groups registered, eight political parties took part, and organisers expected attendance to exceed 150,000. It also notes that the march was due to follow two routes.</w:t>
      </w:r>
      <w:r/>
    </w:p>
    <w:p>
      <w:pPr>
        <w:pStyle w:val="ListNumber"/>
        <w:spacing w:line="240" w:lineRule="auto"/>
        <w:ind w:left="720"/>
      </w:pPr>
      <w:r/>
      <w:hyperlink r:id="rId12">
        <w:r>
          <w:rPr>
            <w:color w:val="0000EE"/>
            <w:u w:val="single"/>
          </w:rPr>
          <w:t>https://www.cna.com.tw/news/ahel/202609300044.aspx</w:t>
        </w:r>
      </w:hyperlink>
      <w:r>
        <w:t xml:space="preserve"> - Published before the parade, this Central News Agency article previews the 2026 Taiwan LGBT+ Pride event scheduled for 31 October in Taipei. It identifies the theme as “Our Voices, Our Journey” and says the organisers planned to retain the north and south routes around the city centre. The report places the event amid international opposition to diversity, equity and inclusion initiatives and an election year, describing the organisers’ appeal for voters to support a diverse and inclusive society. It also presents the parade as a public gathering intended to bring local participants and international partners together in support of sexual and gender diversity.</w:t>
      </w:r>
      <w:r/>
    </w:p>
    <w:p>
      <w:pPr>
        <w:pStyle w:val="ListNumber"/>
        <w:spacing w:line="240" w:lineRule="auto"/>
        <w:ind w:left="720"/>
      </w:pPr>
      <w:r/>
      <w:hyperlink r:id="rId13">
        <w:r>
          <w:rPr>
            <w:color w:val="0000EE"/>
            <w:u w:val="single"/>
          </w:rPr>
          <w:t>https://www.cna.com.tw/news/asoc/202610040116.aspx</w:t>
        </w:r>
      </w:hyperlink>
      <w:r>
        <w:t xml:space="preserve"> - This Central News Agency report gives the police account of a search at a bar in Taipei’s Wanhua District on 3 October 2026. Police said they acted after receiving complaints, conducting an investigation and obtaining a court-issued search warrant. The operation resulted in 52 people being taken in for questioning, including the bar’s operator. The article also reports criticism from LGBTQ+ and equality organisations, which called for a thorough investigation into allegations of excessive enforcement and inappropriate remarks. Police acknowledged that an officer’s words were inappropriate and said disciplinary action had been taken. The dispute became an important context for the Pride parade later that month.</w:t>
      </w:r>
      <w:r/>
    </w:p>
    <w:p>
      <w:pPr>
        <w:pStyle w:val="ListNumber"/>
        <w:spacing w:line="240" w:lineRule="auto"/>
        <w:ind w:left="720"/>
      </w:pPr>
      <w:r/>
      <w:hyperlink r:id="rId14">
        <w:r>
          <w:rPr>
            <w:color w:val="0000EE"/>
            <w:u w:val="single"/>
          </w:rPr>
          <w:t>https://focustaiwan.tw/society/202610040014</w:t>
        </w:r>
      </w:hyperlink>
      <w:r>
        <w:t xml:space="preserve"> - Focus Taiwan reports that several gender-equality organisations demanded an investigation into the police search of a gay bar in Taipei on 3 October 2026. The groups alleged excessive enforcement, procedural violations and discriminatory or degrading remarks towards patrons, including people with disabilities. Their account said officers allegedly restricted movement and communication and took people to a police station against their will. Ten non-governmental organisations signed a joint statement calling for an independent inquiry, public disclosure of relevant records, disciplinary action where warranted and an apology. They also called for practical rules governing police operations in LGBTQ+ spaces and stronger protections for gender-diverse people and people with disabilities.</w:t>
      </w:r>
      <w:r/>
    </w:p>
    <w:p>
      <w:pPr>
        <w:pStyle w:val="ListNumber"/>
        <w:spacing w:line="240" w:lineRule="auto"/>
        <w:ind w:left="720"/>
      </w:pPr>
      <w:r/>
      <w:hyperlink r:id="rId11">
        <w:r>
          <w:rPr>
            <w:color w:val="0000EE"/>
            <w:u w:val="single"/>
          </w:rPr>
          <w:t>https://www.taiwanpride.lgbt/2026-info-1</w:t>
        </w:r>
      </w:hyperlink>
      <w:r>
        <w:t xml:space="preserve"> - The official Taiwan LGBT+ Pride website sets out the 2026 event information and parade routes. It confirms that the 24th parade took place on 31 October at Taipei City Hall Square, with the rainbow market opening at noon and the parade scheduled to depart at 14:05. The page describes north and south routes that both begin and finish at the City Hall square, listing the principal streets each follows. It also identifies the colour-coded parade groups. This source supports the event’s date, venue, schedule and route details, providing a direct reference for key logistical information reported in the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breakingnews/5624794" TargetMode="External"/><Relationship Id="rId10" Type="http://schemas.openxmlformats.org/officeDocument/2006/relationships/hyperlink" Target="https://www.cna.com.tw/news/ahel/202610310096.aspx" TargetMode="External"/><Relationship Id="rId11" Type="http://schemas.openxmlformats.org/officeDocument/2006/relationships/hyperlink" Target="https://www.taiwanpride.lgbt/2026-info-1" TargetMode="External"/><Relationship Id="rId12" Type="http://schemas.openxmlformats.org/officeDocument/2006/relationships/hyperlink" Target="https://www.cna.com.tw/news/ahel/202609300044.aspx" TargetMode="External"/><Relationship Id="rId13" Type="http://schemas.openxmlformats.org/officeDocument/2006/relationships/hyperlink" Target="https://www.cna.com.tw/news/asoc/202610040116.aspx" TargetMode="External"/><Relationship Id="rId14" Type="http://schemas.openxmlformats.org/officeDocument/2006/relationships/hyperlink" Target="https://focustaiwan.tw/society/2026100400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