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Parade Highlights Taiwan's Ongoing Equality Fight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annual Pride parade brought colour and calls for equal rights to the city streets, as political figures joined marchers and a recent police raid on a gay bar remained in focus. Vice-President Hsiao Bi-khim said progress has taken time, but Taiwan's LGBTQ+ community and its supporters still have work to do together.</w:t>
      </w:r>
      <w:r/>
    </w:p>
    <w:p>
      <w:pPr>
        <w:pStyle w:val="Heading2"/>
      </w:pPr>
      <w:r>
        <w:t>Key takeaways</w:t>
      </w:r>
      <w:r/>
      <w:r/>
    </w:p>
    <w:p>
      <w:pPr>
        <w:pStyle w:val="ListBullet"/>
        <w:spacing w:line="240" w:lineRule="auto"/>
        <w:ind w:left="720"/>
      </w:pPr>
      <w:r/>
      <w:r>
        <w:rPr>
          <w:b/>
        </w:rPr>
        <w:t>A colourful show of support:</w:t>
      </w:r>
      <w:r>
        <w:t xml:space="preserve"> The parade took place outside Taipei City Hall under the theme "Hear our voices together, walk the road together".</w:t>
      </w:r>
      <w:r/>
    </w:p>
    <w:p>
      <w:pPr>
        <w:pStyle w:val="ListBullet"/>
        <w:spacing w:line="240" w:lineRule="auto"/>
        <w:ind w:left="720"/>
      </w:pPr>
      <w:r/>
      <w:r>
        <w:rPr>
          <w:b/>
        </w:rPr>
        <w:t>A message about lasting progress:</w:t>
      </w:r>
      <w:r>
        <w:t xml:space="preserve"> Vice-President Hsiao Bi-khim said equality has advanced over two decades, while stressing that the path is not finished.</w:t>
      </w:r>
      <w:r/>
    </w:p>
    <w:p>
      <w:pPr>
        <w:pStyle w:val="ListBullet"/>
        <w:spacing w:line="240" w:lineRule="auto"/>
        <w:ind w:left="720"/>
      </w:pPr>
      <w:r/>
      <w:r>
        <w:rPr>
          <w:b/>
        </w:rPr>
        <w:t>A police conduct issue followed the event:</w:t>
      </w:r>
      <w:r>
        <w:t xml:space="preserve"> Taipei Mayor Chiang Wan-an apologised to those affected by officers' conduct during a search at a gay bar.</w:t>
      </w:r>
      <w:r/>
    </w:p>
    <w:p>
      <w:pPr>
        <w:pStyle w:val="ListBullet"/>
        <w:spacing w:line="240" w:lineRule="auto"/>
        <w:ind w:left="720"/>
      </w:pPr>
      <w:r/>
      <w:r>
        <w:rPr>
          <w:b/>
        </w:rPr>
        <w:t>Transparency remains a question:</w:t>
      </w:r>
      <w:r>
        <w:t xml:space="preserve"> Chiang said the city would disclose as much as possible about its administrative investigation, while respecting the judicial process.</w:t>
      </w:r>
      <w:r/>
      <w:r/>
    </w:p>
    <w:p>
      <w:pPr>
        <w:pStyle w:val="Heading2"/>
      </w:pPr>
      <w:r>
        <w:t>Taipei Pride puts equality back in the spotlight</w:t>
      </w:r>
      <w:r/>
    </w:p>
    <w:p>
      <w:r/>
      <w:r>
        <w:t>Rainbow colours filled the area outside Taipei City Hall as marchers gathered for Taipei's annual Pride parade. The upbeat scene carried a serious message too: supporters said equality needs defending beyond a single day of celebration.</w:t>
      </w:r>
      <w:r/>
    </w:p>
    <w:p>
      <w:r/>
      <w:r>
        <w:t>Vice-President Hsiao Bi-khim joined the event and reflected on the long campaign for equal rights. She said efforts that began about two decades ago had eventually led to meaningful change, even after an early legislative proposal was rejected.</w:t>
      </w:r>
      <w:r/>
    </w:p>
    <w:p>
      <w:pPr>
        <w:pStyle w:val="Heading2"/>
      </w:pPr>
      <w:r>
        <w:t>Why the march's theme matters</w:t>
      </w:r>
      <w:r/>
    </w:p>
    <w:p>
      <w:r/>
      <w:r>
        <w:t>This year's theme, translated as "Hear our voices together, walk the road together", framed the parade as a shared effort. Hsiao said more people have joined the march over the years, helping make Taiwan's public life feel more colourful and welcoming.</w:t>
      </w:r>
      <w:r/>
    </w:p>
    <w:p>
      <w:r/>
      <w:r>
        <w:t>But visibility alone doesn't guarantee lasting progress. New Taipei mayoral candidate Su Chiao-hui said rights and democratic freedoms cannot simply be won once and then taken for granted. That's a reminder that social change needs both public support and follow-through.</w:t>
      </w:r>
      <w:r/>
    </w:p>
    <w:p>
      <w:pPr>
        <w:pStyle w:val="Heading2"/>
      </w:pPr>
      <w:r>
        <w:t>A police raid casts a shadow</w:t>
      </w:r>
      <w:r/>
    </w:p>
    <w:p>
      <w:r/>
      <w:r>
        <w:t>The parade came weeks after reports that Taipei police had conducted an improper search at a gay bar. Mayor Chiang Wan-an attended the event and said he had made clear his position on officers' conduct, apologising to people affected.</w:t>
      </w:r>
      <w:r/>
    </w:p>
    <w:p>
      <w:r/>
      <w:r>
        <w:t>Asked about the city's administrative investigation, Chiang said it would be made as transparent as possible while the judicial process continued. His appearance was brief, with reports saying he left after spending less than ten minutes at the venue.</w:t>
      </w:r>
      <w:r/>
    </w:p>
    <w:p>
      <w:pPr>
        <w:pStyle w:val="Heading2"/>
      </w:pPr>
      <w:r>
        <w:t>Political appearances, and what they signal</w:t>
      </w:r>
      <w:r/>
    </w:p>
    <w:p>
      <w:r/>
      <w:r>
        <w:t>Several Democratic Progressive Party figures attended, including Hsiao and Su. Taipei mayoral candidate Shen Po-yang wore a rainbow-themed shirt designed for the parade and handed out colourful streamers, saying a supportive environment should be part of everyday life, not limited to Pride.</w:t>
      </w:r>
      <w:r/>
    </w:p>
    <w:p>
      <w:r/>
      <w:r>
        <w:t>The mix of celebration and scrutiny is part of what makes Pride politically significant. Public figures can show support by appearing, but people affected by discrimination are likely to judge that support by what happens afterwards.</w:t>
      </w:r>
      <w:r/>
    </w:p>
    <w:p>
      <w:pPr>
        <w:pStyle w:val="Heading2"/>
      </w:pPr>
      <w:r>
        <w:t>What comes after Pride?</w:t>
      </w:r>
      <w:r/>
    </w:p>
    <w:p>
      <w:r/>
      <w:r>
        <w:t>For visitors, the parade offered a vivid display of community and solidarity. For city officials, the police investigation leaves a more practical test: whether concerns are addressed openly and whether people feel safer as a result.</w:t>
      </w:r>
      <w:r/>
    </w:p>
    <w:p>
      <w:r/>
      <w:r>
        <w:t>That gap between a joyful march and the work of changing institutions may be the clearest message of the day. Pride can bring people together, but lasting equality takes effort long after the flags are put away.</w:t>
      </w:r>
      <w:r/>
    </w:p>
    <w:p>
      <w:r/>
      <w:r>
        <w:t>A colourful day matters; the everyday protections that follow matter even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[3]</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4">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https://news.ltn.com.tw/news/life/paper/1776745</w:t>
        </w:r>
      </w:hyperlink>
      <w:r>
        <w:t xml:space="preserve"> - Please view link - unable to able to access data</w:t>
      </w:r>
      <w:r/>
    </w:p>
    <w:p>
      <w:pPr>
        <w:pStyle w:val="ListNumber"/>
        <w:spacing w:line="240" w:lineRule="auto"/>
        <w:ind w:left="720"/>
      </w:pPr>
      <w:r/>
      <w:hyperlink r:id="rId10">
        <w:r>
          <w:rPr>
            <w:color w:val="0000EE"/>
            <w:u w:val="single"/>
          </w:rPr>
          <w:t>https://apnews.com/article/eae2485a29bf4030adfe70b2968dc5ad</w:t>
        </w:r>
      </w:hyperlink>
      <w:r>
        <w:t xml:space="preserve"> - The Associated Press reports on Taiwan’s Pride parade in Taipei on Saturday, 31 October 2026. Tens of thousands of people joined the annual event, celebrating inclusion and LGBTQ+ rights. The article describes the parade as one of Asia’s largest and notes the participation of Vice-President Bi-khim Hsiao, who joined the procession to express support for LGBTQ+ rights. It provides international context for the event’s scale and significance, while noting Taiwan’s place in the region’s history of marriage equality. The report supports the article’s account of the parade and Hsiao’s involvement, although it does not verify every quoted statement or individual detail.</w:t>
      </w:r>
      <w:r/>
    </w:p>
    <w:p>
      <w:pPr>
        <w:pStyle w:val="ListNumber"/>
        <w:spacing w:line="240" w:lineRule="auto"/>
        <w:ind w:left="720"/>
      </w:pPr>
      <w:r/>
      <w:hyperlink r:id="rId14">
        <w:r>
          <w:rPr>
            <w:color w:val="0000EE"/>
            <w:u w:val="single"/>
          </w:rPr>
          <w:t>https://www.gov.taipei/News_Content.aspx?n=F0DDAF49B89E9413&amp;s=3147FF5DBF26B5B2&amp;sms=72544237BBE4C5F6</w:t>
        </w:r>
      </w:hyperlink>
      <w:r>
        <w:t xml:space="preserve"> - The Taipei City Government’s news release says Mayor Chiang Wan-an attended the 24th Taiwan LGBT+ Pride parade on 31 October 2026. It describes the event as an annual celebration held in Taipei and outlines the mayor’s stated commitment to continuing work towards a gender-friendly city. The page offers an official account of the mayor’s participation and the city government’s public position. It is relevant to the article’s report that Chiang appeared at the event, but it presents the government’s own description and does not independently establish how long he stayed, what he wore, or how attendees reacted.</w:t>
      </w:r>
      <w:r/>
    </w:p>
    <w:p>
      <w:pPr>
        <w:pStyle w:val="ListNumber"/>
        <w:spacing w:line="240" w:lineRule="auto"/>
        <w:ind w:left="720"/>
      </w:pPr>
      <w:r/>
      <w:hyperlink r:id="rId11">
        <w:r>
          <w:rPr>
            <w:color w:val="0000EE"/>
            <w:u w:val="single"/>
          </w:rPr>
          <w:t>https://www.taiwanplus.com/news/taiwan-news/lgbtq/261031008/taipei-hosts-annual-pride-parade-just-weeks-after-police-raid-on-gay-bar</w:t>
        </w:r>
      </w:hyperlink>
      <w:r>
        <w:t xml:space="preserve"> - TaiwanPlus reports that Taipei hosted its 24th annual Taiwan LGBT+ Pride parade on 31 October 2026, shortly after controversy over a police raid on a gay bar. The article says tens of thousands attended and identifies the event’s theme as “Our Voices, Our Journey”. It also reports that Vice-President Bi-khim Hsiao joined the procession in support of LGBTQ+ rights. The coverage connects the parade with the recent dispute over police conduct, providing context for the article’s references to the bar search. It supports key event details, while not confirming all campaign-party participants or statements quoted in the supplied article.</w:t>
      </w:r>
      <w:r/>
    </w:p>
    <w:p>
      <w:pPr>
        <w:pStyle w:val="ListNumber"/>
        <w:spacing w:line="240" w:lineRule="auto"/>
        <w:ind w:left="720"/>
      </w:pPr>
      <w:r/>
      <w:hyperlink r:id="rId12">
        <w:r>
          <w:rPr>
            <w:color w:val="0000EE"/>
            <w:u w:val="single"/>
          </w:rPr>
          <w:t>https://www.cna.com.tw/news/aloc/202610050074.aspx</w:t>
        </w:r>
      </w:hyperlink>
      <w:r>
        <w:t xml:space="preserve"> - Central News Agency reports on criticism of police conduct during a search of a Taipei gay bar on 3 October 2026. LGBTQ+ groups questioned whether the enforcement action was excessive and called for an investigation. Taipei Mayor Chiang Wan-an expressed regret, apologised to those affected and said he had asked the police department to review the case and take appropriate action. The report provides background to the apology mentioned in the supplied article and documents concerns raised by advocacy groups. It covers the earlier response to the incident, rather than the mayor’s later appearance at the Pride parade or the final outcome of the administrative investigation.</w:t>
      </w:r>
      <w:r/>
    </w:p>
    <w:p>
      <w:pPr>
        <w:pStyle w:val="ListNumber"/>
        <w:spacing w:line="240" w:lineRule="auto"/>
        <w:ind w:left="720"/>
      </w:pPr>
      <w:r/>
      <w:hyperlink r:id="rId13">
        <w:r>
          <w:rPr>
            <w:color w:val="0000EE"/>
            <w:u w:val="single"/>
          </w:rPr>
          <w:t>https://www.cna.com.tw/news/aloc/202610290237.aspx</w:t>
        </w:r>
      </w:hyperlink>
      <w:r>
        <w:t xml:space="preserve"> - Central News Agency reports that Taipei authorities completed an administrative investigation into a police search of a gay bar. The search took place on 3 October 2026, and the case drew criticism over alleged excessive enforcement and discriminatory remarks. The report says the city government stated that officers and supervisors had faced disciplinary action and that the investigation report had been sent to the National Police Agency, which had responded. It offers a later update on the case mentioned in the supplied article, including the status of the administrative review. It does not establish whether the full report was publicly released or confirm every statement attributed to Chiang at the parade.</w:t>
      </w:r>
      <w:r/>
    </w:p>
    <w:p>
      <w:pPr>
        <w:pStyle w:val="ListNumber"/>
        <w:spacing w:line="240" w:lineRule="auto"/>
        <w:ind w:left="720"/>
      </w:pPr>
      <w:r/>
      <w:hyperlink r:id="rId15">
        <w:r>
          <w:rPr>
            <w:color w:val="0000EE"/>
            <w:u w:val="single"/>
          </w:rPr>
          <w:t>https://newtalk.tw/news/view/2026-10-30/1068408</w:t>
        </w:r>
      </w:hyperlink>
      <w:r>
        <w:t xml:space="preserve"> - Newtalk’s report, published on 30 October 2026, previews political attendance at the following day’s Taiwan Pride parade. It says Vice-President Bi-khim Hsiao was expected to take part, while Mayor Chiang Wan-an’s announced appearance was described as an official visit to a city gender-equality stall. It also states that Democratic Progressive Party Taipei mayoral candidate Puma Shen had no parade-related event arranged at that point. This provides a contemporaneous account of plans immediately before the event. Because it was published before the parade, it does not establish what each person ultimately did, or verify the supplied article’s account of the candidates’ attendance.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paper/1776745" TargetMode="External"/><Relationship Id="rId10" Type="http://schemas.openxmlformats.org/officeDocument/2006/relationships/hyperlink" Target="https://apnews.com/article/eae2485a29bf4030adfe70b2968dc5ad" TargetMode="External"/><Relationship Id="rId11" Type="http://schemas.openxmlformats.org/officeDocument/2006/relationships/hyperlink" Target="https://www.taiwanplus.com/news/taiwan-news/lgbtq/261031008/taipei-hosts-annual-pride-parade-just-weeks-after-police-raid-on-gay-bar" TargetMode="External"/><Relationship Id="rId12" Type="http://schemas.openxmlformats.org/officeDocument/2006/relationships/hyperlink" Target="https://www.cna.com.tw/news/aloc/202610050074.aspx" TargetMode="External"/><Relationship Id="rId13" Type="http://schemas.openxmlformats.org/officeDocument/2006/relationships/hyperlink" Target="https://www.cna.com.tw/news/aloc/202610290237.aspx" TargetMode="External"/><Relationship Id="rId14" Type="http://schemas.openxmlformats.org/officeDocument/2006/relationships/hyperlink" Target="https://www.gov.taipei/News_Content.aspx?n=F0DDAF49B89E9413&amp;s=3147FF5DBF26B5B2&amp;sms=72544237BBE4C5F6" TargetMode="External"/><Relationship Id="rId15" Type="http://schemas.openxmlformats.org/officeDocument/2006/relationships/hyperlink" Target="https://newtalk.tw/news/view/2026-10-30/10684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