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Rainbow Games Auckland: Kickball Finals and Free Closing Party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Auckland’s Rainbow Games reach their final day with kickball finals at the University of Auckland and a free closing party on Ponsonby Road. After four days of sport and new connections, Sunday offers one last chance to cheer on LGBTQ+ teams, try a friendly game and celebrate with the wider community.</w:t>
      </w:r>
      <w:r/>
    </w:p>
    <w:p>
      <w:pPr>
        <w:pStyle w:val="Heading2"/>
      </w:pPr>
      <w:r>
        <w:t>Essential Takeaways</w:t>
      </w:r>
      <w:r/>
      <w:r/>
    </w:p>
    <w:p>
      <w:pPr>
        <w:pStyle w:val="ListBullet"/>
        <w:spacing w:line="240" w:lineRule="auto"/>
        <w:ind w:left="720"/>
      </w:pPr>
      <w:r/>
      <w:r>
        <w:rPr>
          <w:b/>
        </w:rPr>
        <w:t>Final-day action:</w:t>
      </w:r>
      <w:r>
        <w:t xml:space="preserve"> Emerald City Kickball’s programme wraps up with tournament finals at the University of Auckland’s HIWA Recreation Centre.</w:t>
      </w:r>
      <w:r/>
    </w:p>
    <w:p>
      <w:pPr>
        <w:pStyle w:val="ListBullet"/>
        <w:spacing w:line="240" w:lineRule="auto"/>
        <w:ind w:left="720"/>
      </w:pPr>
      <w:r/>
      <w:r>
        <w:rPr>
          <w:b/>
        </w:rPr>
        <w:t>Beginner-friendly play:</w:t>
      </w:r>
      <w:r>
        <w:t xml:space="preserve"> The event includes Give-It-A-Go sessions and social games alongside competitive matches.</w:t>
      </w:r>
      <w:r/>
    </w:p>
    <w:p>
      <w:pPr>
        <w:pStyle w:val="ListBullet"/>
        <w:spacing w:line="240" w:lineRule="auto"/>
        <w:ind w:left="720"/>
      </w:pPr>
      <w:r/>
      <w:r>
        <w:rPr>
          <w:b/>
        </w:rPr>
        <w:t>Free celebration:</w:t>
      </w:r>
      <w:r>
        <w:t xml:space="preserve"> The closing party is at Longroom, 114 Ponsonby Road, from 5pm to 9pm, with formalities beginning at 6pm.</w:t>
      </w:r>
      <w:r/>
    </w:p>
    <w:p>
      <w:pPr>
        <w:pStyle w:val="ListBullet"/>
        <w:spacing w:line="240" w:lineRule="auto"/>
        <w:ind w:left="720"/>
      </w:pPr>
      <w:r/>
      <w:r>
        <w:rPr>
          <w:b/>
        </w:rPr>
        <w:t>Register before you go:</w:t>
      </w:r>
      <w:r>
        <w:t xml:space="preserve"> Entry to the party is free, but organisers ask attendees to book a ticket.</w:t>
      </w:r>
      <w:r/>
    </w:p>
    <w:p>
      <w:pPr>
        <w:pStyle w:val="ListBullet"/>
        <w:spacing w:line="240" w:lineRule="auto"/>
        <w:ind w:left="720"/>
      </w:pPr>
      <w:r/>
      <w:r>
        <w:rPr>
          <w:b/>
        </w:rPr>
        <w:t>A wider welcome:</w:t>
      </w:r>
      <w:r>
        <w:t xml:space="preserve"> Players, supporters, team managers and the public are invited to join the celebrations.</w:t>
      </w:r>
      <w:r/>
      <w:r/>
    </w:p>
    <w:p>
      <w:pPr>
        <w:pStyle w:val="Heading2"/>
      </w:pPr>
      <w:r>
        <w:t>One last day of sport, then a party</w:t>
      </w:r>
      <w:r/>
    </w:p>
    <w:p>
      <w:r/>
      <w:r>
        <w:t>The Rainbow Games’ final day brings a satisfying mix of competition and community: kickball finals first, then a closing celebration on Ponsonby Road. The tournament’s accessible format makes room for first-timers as well as experienced players, so the atmosphere needn’t feel intimidating if you’re new to the sport. (The Rainbow Games; Sporty NZ)</w:t>
      </w:r>
      <w:r/>
    </w:p>
    <w:p>
      <w:r/>
      <w:r>
        <w:t>The Games began on Thursday 29 October and have brought LGBTQ+ athletes together across four days of activity. For many, the appeal is as much about meeting people as it is about the scoreboard. (The Rainbow Games; QNews)</w:t>
      </w:r>
      <w:r/>
    </w:p>
    <w:p>
      <w:pPr>
        <w:pStyle w:val="Heading2"/>
      </w:pPr>
      <w:r>
        <w:t>Kickball finals put the focus on teamwork</w:t>
      </w:r>
      <w:r/>
    </w:p>
    <w:p>
      <w:r/>
      <w:r>
        <w:t>Emerald City Kickball’s two-day programme concludes at the University of Auckland’s HIWA Recreation Centre. Saturday’s matches against visiting Australian teams set the rankings for the final showdown, adding a little extra edge to Sunday’s games. (Emerald City Kickball Australia; Sporty NZ)</w:t>
      </w:r>
      <w:r/>
    </w:p>
    <w:p>
      <w:r/>
      <w:r>
        <w:t>Kickball is easy to grasp at a glance: teams kick a ball and work together to score, with plenty of room for a bit of friendly rivalry. The event combines beginner sessions, social play and tournament competition, giving newcomers a way into the action while seasoned players chase the title. (Sporty NZ; The Pink Times)</w:t>
      </w:r>
      <w:r/>
    </w:p>
    <w:p>
      <w:pPr>
        <w:pStyle w:val="Heading2"/>
      </w:pPr>
      <w:r>
        <w:t>New to kickball? You can still join in</w:t>
      </w:r>
      <w:r/>
    </w:p>
    <w:p>
      <w:r/>
      <w:r>
        <w:t>If your own events are finished, a Give-It-A-Go session offers a low-pressure way to meet fellow rainbow athletes and have a go at something different. You don’t need to arrive as an expert; the social format is part of the point. (The Rainbow Games; Sporty NZ)</w:t>
      </w:r>
      <w:r/>
    </w:p>
    <w:p>
      <w:r/>
      <w:r>
        <w:t>Spectators can also head to HIWA to watch the competition. Check the event details before setting off, especially if you’re planning your day around a particular session or match. (Humanitix; The Rainbow Games)</w:t>
      </w:r>
      <w:r/>
    </w:p>
    <w:p>
      <w:pPr>
        <w:pStyle w:val="Heading2"/>
      </w:pPr>
      <w:r>
        <w:t>Ponsonby hosts the final celebration</w:t>
      </w:r>
      <w:r/>
    </w:p>
    <w:p>
      <w:r/>
      <w:r>
        <w:t>The closing party takes place at Longroom, 114 Ponsonby Road, from 5pm to 9pm, with formalities starting at 6pm. It’s open to competitors, supporters, team managers and the wider public, making it a chance to celebrate beyond the courts. (The Rainbow Games; QNews)</w:t>
      </w:r>
      <w:r/>
    </w:p>
    <w:p>
      <w:r/>
      <w:r>
        <w:t>Entry is free, but organisers ask guests to register for a ticket in advance. If you’re heading along, booking first is the simple way to avoid a last-minute scramble at the door. (The Rainbow Games; Humanitix)</w:t>
      </w:r>
      <w:r/>
    </w:p>
    <w:p>
      <w:pPr>
        <w:pStyle w:val="Heading2"/>
      </w:pPr>
      <w:r>
        <w:t>A final toast to connection</w:t>
      </w:r>
      <w:r/>
    </w:p>
    <w:p>
      <w:r/>
      <w:r>
        <w:t>The Rainbow Games bring sport and social connection together, and the closing event gives both a fitting send-off. Whether you’ve been playing, cheering or simply following the tournament, the invitation is to celebrate the people and teams who made the week what it was. (QNews; The Pink Times)</w:t>
      </w:r>
      <w:r/>
    </w:p>
    <w:p>
      <w:r/>
      <w:r>
        <w:t>With finals still to play and a free gathering ahead, Sunday’s programme offers a cheerful final chapter for the Auckland Games. (The Rainbow Games; Emerald City Kickball Australia)</w:t>
      </w:r>
      <w:r/>
    </w:p>
    <w:p>
      <w:r/>
      <w:r>
        <w:t>It's a small step from the sidelines to the celebration, so book your free ticket and join the crowd.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[3]</w:t>
        </w:r>
      </w:hyperlink>
      <w:r>
        <w:t xml:space="preserve">, </w:t>
      </w:r>
      <w:hyperlink r:id="rId11">
        <w:r>
          <w:rPr>
            <w:color w:val="0000EE"/>
            <w:u w:val="single"/>
          </w:rPr>
          <w:t>[4]</w:t>
        </w:r>
      </w:hyperlink>
      <w:r>
        <w:t xml:space="preserve">- Paragraph 4: </w:t>
      </w:r>
      <w:hyperlink r:id="rId11">
        <w:r>
          <w:rPr>
            <w:color w:val="0000EE"/>
            <w:u w:val="single"/>
          </w:rPr>
          <w:t>[4]</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5">
        <w:r>
          <w:rPr>
            <w:color w:val="0000EE"/>
            <w:u w:val="single"/>
          </w:rPr>
          <w:t>[7]</w:t>
        </w:r>
      </w:hyperlink>
      <w:r>
        <w:t xml:space="preserve">, </w:t>
      </w:r>
      <w:hyperlink r:id="rId10">
        <w:r>
          <w:rPr>
            <w:color w:val="0000EE"/>
            <w:u w:val="single"/>
          </w:rPr>
          <w:t>[2]</w:t>
        </w:r>
      </w:hyperlink>
      <w:r>
        <w:t xml:space="preserve">- Paragraph 7: </w:t>
      </w:r>
      <w:hyperlink r:id="rId10">
        <w:r>
          <w:rPr>
            <w:color w:val="0000EE"/>
            <w:u w:val="single"/>
          </w:rPr>
          <w:t>[2]</w:t>
        </w:r>
      </w:hyperlink>
      <w:r>
        <w:t xml:space="preserve">, </w:t>
      </w:r>
      <w:hyperlink r:id="rId12">
        <w:r>
          <w:rPr>
            <w:color w:val="0000EE"/>
            <w:u w:val="single"/>
          </w:rPr>
          <w:t>[5]</w:t>
        </w:r>
      </w:hyperlink>
      <w:r>
        <w:t xml:space="preserve">- Paragraph 8: </w:t>
      </w:r>
      <w:hyperlink r:id="rId10">
        <w:r>
          <w:rPr>
            <w:color w:val="0000EE"/>
            <w:u w:val="single"/>
          </w:rPr>
          <w:t>[2]</w:t>
        </w:r>
      </w:hyperlink>
      <w:r>
        <w:t xml:space="preserve">, </w:t>
      </w:r>
      <w:hyperlink r:id="rId15">
        <w:r>
          <w:rPr>
            <w:color w:val="0000EE"/>
            <w:u w:val="single"/>
          </w:rPr>
          <w:t>[7]</w:t>
        </w:r>
      </w:hyperlink>
      <w:r>
        <w:t xml:space="preserve">- Paragraph 9: </w:t>
      </w:r>
      <w:hyperlink r:id="rId12">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https://gayexpress.co.nz/2026/11/rainbow-games-final-day-auckland/?utm_source=rss&amp;utm_medium=rss&amp;utm_campaign=rainbow-games-final-day-auckland</w:t>
        </w:r>
      </w:hyperlink>
      <w:r>
        <w:t xml:space="preserve"> - Please view link - unable to able to access data</w:t>
      </w:r>
      <w:r/>
    </w:p>
    <w:p>
      <w:pPr>
        <w:pStyle w:val="ListNumber"/>
        <w:spacing w:line="240" w:lineRule="auto"/>
        <w:ind w:left="720"/>
      </w:pPr>
      <w:r/>
      <w:hyperlink r:id="rId10">
        <w:r>
          <w:rPr>
            <w:color w:val="0000EE"/>
            <w:u w:val="single"/>
          </w:rPr>
          <w:t>https://www.rainbowgames.co.nz/games-day</w:t>
        </w:r>
      </w:hyperlink>
      <w:r>
        <w:t xml:space="preserve"> - The official Rainbow Games schedule sets out the 2026 event’s ceremonies, sports and practical arrangements. It confirms the closing ceremony is on Sunday 1 November, from 5pm to 9pm, at Longroom, 114 Ponsonby Road, with formalities beginning at 6pm. Players, supporters, managers and members of the public are welcome, and attendees are asked to register for a free ticket. The page also describes the wider Games programme and opening ceremony, providing context for the final-day celebration. Its information supports the article’s claims about the closing party’s venue, times, free registration and inclusive invitation to the rainbow community.</w:t>
      </w:r>
      <w:r/>
    </w:p>
    <w:p>
      <w:pPr>
        <w:pStyle w:val="ListNumber"/>
        <w:spacing w:line="240" w:lineRule="auto"/>
        <w:ind w:left="720"/>
      </w:pPr>
      <w:r/>
      <w:hyperlink r:id="rId13">
        <w:r>
          <w:rPr>
            <w:color w:val="0000EE"/>
            <w:u w:val="single"/>
          </w:rPr>
          <w:t>https://www.kickball.com.au/rainbow-games-auckland</w:t>
        </w:r>
      </w:hyperlink>
      <w:r>
        <w:t xml:space="preserve"> - Emerald City Kickball’s Rainbow Games page outlines the kickball programme in Tāmaki Makaurau Auckland from 29 October to 1 November 2026. It describes the sport as suitable for all identities and experience levels, with opportunities for newcomers to learn, play socially or enter tournament competition. The page lists Sunday 1 November as the day for round-robin games and finals, and names Hiwa Recreation Centre at the University of Auckland as the venue. It also explains the event’s community emphasis, welcoming atmosphere and inclusive divisions. This is a direct source for the article’s claims about kickball finals, venue, accessibility and participation.</w:t>
      </w:r>
      <w:r/>
    </w:p>
    <w:p>
      <w:pPr>
        <w:pStyle w:val="ListNumber"/>
        <w:spacing w:line="240" w:lineRule="auto"/>
        <w:ind w:left="720"/>
      </w:pPr>
      <w:r/>
      <w:hyperlink r:id="rId11">
        <w:r>
          <w:rPr>
            <w:color w:val="0000EE"/>
            <w:u w:val="single"/>
          </w:rPr>
          <w:t>https://www.sporty.co.nz/rainbowgames/kickball</w:t>
        </w:r>
      </w:hyperlink>
      <w:r>
        <w:t xml:space="preserve"> - This Rainbow Games kickball programme explains how Emerald City Kickball combines introductory sessions, social play and tournament competition. It welcomes participants regardless of previous experience and identifies Saturday 31 October for introductory play and Australian seeding, followed by Sunday 1 November for further sessions, social games, tournament finals and the closing event. The information describes how Saturday’s results establish tournament rankings, supporting the article’s account of seeding matches leading into the final day. It names Hiwa Recreation Centre at the University of Auckland as the venue and explains that newcomers can be taught the basics. The page supports key details about format, schedule and inclusion.</w:t>
      </w:r>
      <w:r/>
    </w:p>
    <w:p>
      <w:pPr>
        <w:pStyle w:val="ListNumber"/>
        <w:spacing w:line="240" w:lineRule="auto"/>
        <w:ind w:left="720"/>
      </w:pPr>
      <w:r/>
      <w:hyperlink r:id="rId12">
        <w:r>
          <w:rPr>
            <w:color w:val="0000EE"/>
            <w:u w:val="single"/>
          </w:rPr>
          <w:t>https://qnews.com.au/aussie-emerald-city-kickball-teams-unite-with-pride-at-the-rainbow-games/</w:t>
        </w:r>
      </w:hyperlink>
      <w:r>
        <w:t xml:space="preserve"> - QNews reports on Emerald City Kickball teams travelling from Perth, Sydney, Melbourne and Brisbane to take part in Auckland’s Rainbow Games. The article presents the club as a community focused on inclusion, belonging and creating more supportive sporting networks. It explains kickball in accessible terms and notes that the event’s sessions are intended to welcome newcomers as well as experienced players. The report also describes the tournament’s weekend schedule and the aim of encouraging a local New Zealand kickball community. It provides independent context for the article’s description of the Games as a place for rainbow athletes to compete, connect and make new friends.</w:t>
      </w:r>
      <w:r/>
    </w:p>
    <w:p>
      <w:pPr>
        <w:pStyle w:val="ListNumber"/>
        <w:spacing w:line="240" w:lineRule="auto"/>
        <w:ind w:left="720"/>
      </w:pPr>
      <w:r/>
      <w:hyperlink r:id="rId14">
        <w:r>
          <w:rPr>
            <w:color w:val="0000EE"/>
            <w:u w:val="single"/>
          </w:rPr>
          <w:t>https://thepinktimes.com/article/emerald-city-kickball-teams-bring-pride-play-to-auckland-s-rainbow-games/</w:t>
        </w:r>
      </w:hyperlink>
      <w:r>
        <w:t xml:space="preserve"> - The Pink Times’ report covers Emerald City Kickball teams attending the Rainbow Games in Auckland and the tournament’s arrangements for players of different experience levels. It says the programme includes opportunities to learn the sport and competition on Sunday, with participation designed to be accessible to newcomers. The story also describes the club’s community-first aims, including hopes of helping establish a local kickball group in New Zealand. It records the event’s dates and notes that teams came from several Australian cities. This article offers corroboration for the source article’s claims about inclusive sport, the tournament schedule, visiting teams and the social connections fostered by kickball.</w:t>
      </w:r>
      <w:r/>
    </w:p>
    <w:p>
      <w:pPr>
        <w:pStyle w:val="ListNumber"/>
        <w:spacing w:line="240" w:lineRule="auto"/>
        <w:ind w:left="720"/>
      </w:pPr>
      <w:r/>
      <w:hyperlink r:id="rId15">
        <w:r>
          <w:rPr>
            <w:color w:val="0000EE"/>
            <w:u w:val="single"/>
          </w:rPr>
          <w:t>https://events.humanitix.com/spectator-at-hiwa</w:t>
        </w:r>
      </w:hyperlink>
      <w:r>
        <w:t xml:space="preserve"> - This Humanitix listing provides practical information for spectators attending the Rainbow Games at Hiwa Recreation Centre. It gives the event dates as Saturday 31 October through Sunday 1 November, 2026, and names the venue in Auckland. The listing describes access for supporters and cheer squads across several activities, including kickball, and says each attendee needs a ticket for entry. It also identifies Rainbow Games as the event host and provides the centre’s street address. This source backs the article’s statements about kickball taking place at Hiwa and supports its description of the Games as welcoming supporters alongside competitors.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11/rainbow-games-final-day-auckland/?utm_source=rss&amp;utm_medium=rss&amp;utm_campaign=rainbow-games-final-day-auckland" TargetMode="External"/><Relationship Id="rId10" Type="http://schemas.openxmlformats.org/officeDocument/2006/relationships/hyperlink" Target="https://www.rainbowgames.co.nz/games-day" TargetMode="External"/><Relationship Id="rId11" Type="http://schemas.openxmlformats.org/officeDocument/2006/relationships/hyperlink" Target="https://www.sporty.co.nz/rainbowgames/kickball" TargetMode="External"/><Relationship Id="rId12" Type="http://schemas.openxmlformats.org/officeDocument/2006/relationships/hyperlink" Target="https://qnews.com.au/aussie-emerald-city-kickball-teams-unite-with-pride-at-the-rainbow-games/" TargetMode="External"/><Relationship Id="rId13" Type="http://schemas.openxmlformats.org/officeDocument/2006/relationships/hyperlink" Target="https://www.kickball.com.au/rainbow-games-auckland" TargetMode="External"/><Relationship Id="rId14" Type="http://schemas.openxmlformats.org/officeDocument/2006/relationships/hyperlink" Target="https://thepinktimes.com/article/emerald-city-kickball-teams-bring-pride-play-to-auckland-s-rainbow-games/" TargetMode="External"/><Relationship Id="rId15" Type="http://schemas.openxmlformats.org/officeDocument/2006/relationships/hyperlink" Target="https://events.humanitix.com/spectator-at-hiw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