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Quba documentary explores Cuba's LGBTQ family rights journey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San Diego screening of Quba has brought a filmmaker's account of Cuba's LGBTQ rights journey to a group of local activists. The documentary follows the island's path towards greater family equality, including the 2022 referendum that approved a new Family Code. Its story offers a timely look at how law, culture and public debate can meet.</w:t>
      </w:r>
      <w:r/>
    </w:p>
    <w:p>
      <w:pPr>
        <w:pStyle w:val="Heading2"/>
      </w:pPr>
      <w:r>
        <w:t>A San Diego screening brings the story to local audiences</w:t>
      </w:r>
      <w:r/>
    </w:p>
    <w:p>
      <w:r/>
      <w:r>
        <w:t xml:space="preserve">Around 25 activists gathered in San Diego on 28 October to watch Quba, a documentary about Cuba's progress on LGBTQ equality. Organised by Somos Raza and San Diego City Puente Club, the event also gave attendees a chance to put questions to director Kim Anno over Zoom. </w:t>
      </w:r>
      <w:hyperlink r:id="rId9">
        <w:r>
          <w:rPr>
            <w:color w:val="0000EE"/>
            <w:u w:val="single"/>
          </w:rPr>
          <w:t>[2]</w:t>
        </w:r>
      </w:hyperlink>
      <w:r/>
    </w:p>
    <w:p>
      <w:r/>
      <w:r>
        <w:t xml:space="preserve">The screening connected a local audience with a story that reaches well beyond one film night. Attendees voiced support for LGBTQ rights internationally, as well as for Cuba's Revolution, according to the event report. </w:t>
      </w:r>
      <w:hyperlink r:id="rId9">
        <w:r>
          <w:rPr>
            <w:color w:val="0000EE"/>
            <w:u w:val="single"/>
          </w:rPr>
          <w:t>[2]</w:t>
        </w:r>
      </w:hyperlink>
      <w:r/>
    </w:p>
    <w:p>
      <w:pPr>
        <w:pStyle w:val="Heading2"/>
      </w:pPr>
      <w:r>
        <w:t>What Quba says about Cuba's changing family laws</w:t>
      </w:r>
      <w:r/>
    </w:p>
    <w:p>
      <w:r/>
      <w:r>
        <w:t xml:space="preserve">Anno began researching the subject in 2016, aiming to document the final push towards legalising same-sex marriage in Cuba. The film follows a longer process of social and political change, rather than treating a change in the law as the whole story. </w:t>
      </w:r>
      <w:hyperlink r:id="rId9">
        <w:r>
          <w:rPr>
            <w:color w:val="0000EE"/>
            <w:u w:val="single"/>
          </w:rPr>
          <w:t>[2]</w:t>
        </w:r>
      </w:hyperlink>
      <w:r>
        <w:t xml:space="preserve">, </w:t>
      </w:r>
      <w:hyperlink r:id="rId10">
        <w:r>
          <w:rPr>
            <w:color w:val="0000EE"/>
            <w:u w:val="single"/>
          </w:rPr>
          <w:t>[3]</w:t>
        </w:r>
      </w:hyperlink>
      <w:r/>
    </w:p>
    <w:p>
      <w:r/>
      <w:r>
        <w:t xml:space="preserve">A major milestone came in 2022, when a national referendum approved a new Family Code. The legislation legalised same-sex marriage and opened the way for same-sex couples to adopt, marking a significant change in the legal recognition of families. </w:t>
      </w:r>
      <w:hyperlink r:id="rId9">
        <w:r>
          <w:rPr>
            <w:color w:val="0000EE"/>
            <w:u w:val="single"/>
          </w:rPr>
          <w:t>[2]</w:t>
        </w:r>
      </w:hyperlink>
      <w:r>
        <w:t xml:space="preserve">, </w:t>
      </w:r>
      <w:hyperlink r:id="rId11">
        <w:r>
          <w:rPr>
            <w:color w:val="0000EE"/>
            <w:u w:val="single"/>
          </w:rPr>
          <w:t>[7]</w:t>
        </w:r>
      </w:hyperlink>
      <w:r/>
    </w:p>
    <w:p>
      <w:pPr>
        <w:pStyle w:val="Heading2"/>
      </w:pPr>
      <w:r>
        <w:t>From New York premiere to international festivals</w:t>
      </w:r>
      <w:r/>
    </w:p>
    <w:p>
      <w:r/>
      <w:r>
        <w:t xml:space="preserve">Quba premiered in New York in 2025 and has since had special screenings in Cuban cities, as well as appearances at festivals internationally. The film's official site and festival listings place it within a wider circuit of cultural screenings, where audiences can encounter the story in different settings.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p>
    <w:p>
      <w:r/>
      <w:r>
        <w:t xml:space="preserve">That kind of festival life matters for a documentary about a subject shaped by both policy and personal experience. A screening can prompt questions that a headline about legislation alone might not, especially when viewers have the chance to speak directly with the filmmaker.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Why this documentary's journey matters</w:t>
      </w:r>
      <w:r/>
    </w:p>
    <w:p>
      <w:r/>
      <w:r>
        <w:t xml:space="preserve">The San Diego event took place amid national protests against the US blockade of Cuba, giving the screening a political backdrop as well as a cultural one. The organisers and attendees framed the evening around solidarity, while the film itself centres on LGBTQ rights and family law. </w:t>
      </w:r>
      <w:hyperlink r:id="rId9">
        <w:r>
          <w:rPr>
            <w:color w:val="0000EE"/>
            <w:u w:val="single"/>
          </w:rPr>
          <w:t>[2]</w:t>
        </w:r>
      </w:hyperlink>
      <w:r/>
    </w:p>
    <w:p>
      <w:r/>
      <w:r>
        <w:t xml:space="preserve">For viewers, the most useful way into Quba may be to see it as both a record of a particular legal journey and an invitation to consider how change happens. The referendum was a landmark, but the discussion around equality doesn't end when the voting does.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p>
    <w:p>
      <w:pPr>
        <w:pStyle w:val="Heading2"/>
      </w:pPr>
      <w:r>
        <w:t>A film that keeps the conversation moving</w:t>
      </w:r>
      <w:r/>
    </w:p>
    <w:p>
      <w:r/>
      <w:r>
        <w:t xml:space="preserve">As Quba continues to travel through cinemas and festivals, each screening gives audiences another chance to discuss Cuba's evolving approach to family rights. It's a reminder that social change is made visible not only in new laws, but in the conversations people are willing to have. </w:t>
      </w:r>
      <w:hyperlink r:id="rId10">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https://www.trabajadores.cu/20261030/proyectan-quba-en-san-diego/</w:t>
        </w:r>
      </w:hyperlink>
      <w:r>
        <w:t xml:space="preserve"> - Please view link - unable to able to access data</w:t>
      </w:r>
      <w:r/>
    </w:p>
    <w:p>
      <w:pPr>
        <w:pStyle w:val="ListNumber"/>
        <w:spacing w:line="240" w:lineRule="auto"/>
        <w:ind w:left="720"/>
      </w:pPr>
      <w:r/>
      <w:hyperlink r:id="rId9">
        <w:r>
          <w:rPr>
            <w:color w:val="0000EE"/>
            <w:u w:val="single"/>
          </w:rPr>
          <w:t>https://www.trabajadores.cu/20261030/proyectan-quba-en-san-diego/</w:t>
        </w:r>
      </w:hyperlink>
      <w:r>
        <w:t xml:space="preserve"> - This report describes a 28 October screening of Kim Anno’s documentary ¡Quba! in San Diego, organised by Somos Raza and the San Diego City Puente Club. Around 25 activists attended, expressed support for Cuba and LGBTQ rights, and asked Anno questions via Zoom. The article presents the film as chronicling Cuba’s LGBTQ equality movement and the 2022 Family Code referendum, which approved same-sex marriage and adoption rights. It also notes the film’s 2025 New York premiere, screenings in Cuban cities and international festival appearances. Anno began researching the subject in 2016, focusing on the movement towards marriage equality in Cuba.</w:t>
      </w:r>
      <w:r/>
    </w:p>
    <w:p>
      <w:pPr>
        <w:pStyle w:val="ListNumber"/>
        <w:spacing w:line="240" w:lineRule="auto"/>
        <w:ind w:left="720"/>
      </w:pPr>
      <w:r/>
      <w:hyperlink r:id="rId10">
        <w:r>
          <w:rPr>
            <w:color w:val="0000EE"/>
            <w:u w:val="single"/>
          </w:rPr>
          <w:t>https://www.qubafilm.com/</w:t>
        </w:r>
      </w:hyperlink>
      <w:r>
        <w:t xml:space="preserve"> - The official film website introduces ¡Quba! as a documentary directed by Kim Anno about Cuba’s LGBTQ+ movement. Its synopsis contrasts the revolutionary government’s history of imprisoning queer people with the movement’s current struggle for equality, set against rising evangelical opposition. The site provides a trailer and links to further information about the film, its story, screenings, cast and crew, impact work, and press coverage. It also features screening information and merchandise. As the production’s own website, it is a direct source for the film’s stated subject and director, but it is not an independent review or verification of every reported screening.</w:t>
      </w:r>
      <w:r/>
    </w:p>
    <w:p>
      <w:pPr>
        <w:pStyle w:val="ListNumber"/>
        <w:spacing w:line="240" w:lineRule="auto"/>
        <w:ind w:left="720"/>
      </w:pPr>
      <w:r/>
      <w:hyperlink r:id="rId12">
        <w:r>
          <w:rPr>
            <w:color w:val="0000EE"/>
            <w:u w:val="single"/>
          </w:rPr>
          <w:t>https://www.hffny.com/films-2025/quba</w:t>
        </w:r>
      </w:hyperlink>
      <w:r>
        <w:t xml:space="preserve"> - The Havana Film Festival New York page lists ¡Quba! as a 2025 documentary directed by Kim Anno, with a 70-minute running time and a world premiere. Its description says the film follows Cuba’s LGBTQ rights journey towards the historic 2022 vote, featuring veteran activists and artists Ramón Silverio and Adela Hernández alongside younger activists known as Las Isabellas. It highlights performance, music, dance, humour and art as ways to challenge prejudice and reach sceptical audiences. The page also identifies a New York screening at Quad Cinema, followed by a question-and-answer session with the director.</w:t>
      </w:r>
      <w:r/>
    </w:p>
    <w:p>
      <w:pPr>
        <w:pStyle w:val="ListNumber"/>
        <w:spacing w:line="240" w:lineRule="auto"/>
        <w:ind w:left="720"/>
      </w:pPr>
      <w:r/>
      <w:hyperlink r:id="rId13">
        <w:r>
          <w:rPr>
            <w:color w:val="0000EE"/>
            <w:u w:val="single"/>
          </w:rPr>
          <w:t>https://www.asianculturalcouncil.org/alumni-events/quba</w:t>
        </w:r>
      </w:hyperlink>
      <w:r>
        <w:t xml:space="preserve"> - The Asian Cultural Council event listing records a screening of ¡Quba! at New York’s Quad Cinema on 5 April 2025, presented as the film’s world premiere and followed by a question-and-answer session. It identifies Kim Anno as the filmmaker and describes the 70-minute work as a United States–Cuba documentary. Its brief synopsis concerns Cuban LGBTQ activists seeking marriage equality through art and humour, despite substantial evangelical opposition. The entry supports the report’s statement that the film premiered in New York in 2025 and offers an additional institutional record of the director, format, premiere date and screening details.</w:t>
      </w:r>
      <w:r/>
    </w:p>
    <w:p>
      <w:pPr>
        <w:pStyle w:val="ListNumber"/>
        <w:spacing w:line="240" w:lineRule="auto"/>
        <w:ind w:left="720"/>
      </w:pPr>
      <w:r/>
      <w:hyperlink r:id="rId14">
        <w:r>
          <w:rPr>
            <w:color w:val="0000EE"/>
            <w:u w:val="single"/>
          </w:rPr>
          <w:t>https://ica.art/films/lolaff-quba</w:t>
        </w:r>
      </w:hyperlink>
      <w:r>
        <w:t xml:space="preserve"> - The Institute of Contemporary Arts page describes ¡Quba! as a film by Kim Anno about Cuba’s LGBTQ+ community and its pursuit of visibility and acceptance. It centres on Adela Hernández, described as a pioneering transgender politician, and Ramón Silverio, associated with the LGBTQ+ cultural venue El Mejunje. Archival footage and personal accounts trace generations of activists and artists challenging prejudice, with the story culminating in Cuba’s 2022 marriage equality referendum. The page also gives the film’s language, subtitles, length and a London Latino Film Festival screening date, providing evidence of international festival exhibition.</w:t>
      </w:r>
      <w:r/>
    </w:p>
    <w:p>
      <w:pPr>
        <w:pStyle w:val="ListNumber"/>
        <w:spacing w:line="240" w:lineRule="auto"/>
        <w:ind w:left="720"/>
      </w:pPr>
      <w:r/>
      <w:hyperlink r:id="rId11">
        <w:r>
          <w:rPr>
            <w:color w:val="0000EE"/>
            <w:u w:val="single"/>
          </w:rPr>
          <w:t>https://cpcml.ca/Tmld2022/Articles/D520224.HTM</w:t>
        </w:r>
      </w:hyperlink>
      <w:r>
        <w:t xml:space="preserve"> - This article reports that Cuban voters approved a new Family Code in a national referendum on 25 September 2022. It says the measure received 66.87 per cent support and was signed into law the following day. The account explains that the Code recognises people’s right to marry and form families without requiring a heterosexual union, extending relevant provisions to marriage, adoption and parenthood. It also describes broader protections and responsibilities concerning families, children, older people and people with disabilities. This source supports the referendum and legal-change claims in the supplied article, though it presents an explicitly pro-Cuban-government perspective.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bajadores.cu/20261030/proyectan-quba-en-san-diego/" TargetMode="External"/><Relationship Id="rId10" Type="http://schemas.openxmlformats.org/officeDocument/2006/relationships/hyperlink" Target="https://www.qubafilm.com/" TargetMode="External"/><Relationship Id="rId11" Type="http://schemas.openxmlformats.org/officeDocument/2006/relationships/hyperlink" Target="https://cpcml.ca/Tmld2022/Articles/D520224.HTM" TargetMode="External"/><Relationship Id="rId12" Type="http://schemas.openxmlformats.org/officeDocument/2006/relationships/hyperlink" Target="https://www.hffny.com/films-2025/quba" TargetMode="External"/><Relationship Id="rId13" Type="http://schemas.openxmlformats.org/officeDocument/2006/relationships/hyperlink" Target="https://www.asianculturalcouncil.org/alumni-events/quba" TargetMode="External"/><Relationship Id="rId14" Type="http://schemas.openxmlformats.org/officeDocument/2006/relationships/hyperlink" Target="https://ica.art/films/lolaff-qu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