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Mar Vista Halloween Home Displays: A Westside Walking Tour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Mar Vista’s Halloween home displays turn quiet Westside streets into an open-air gallery of spooky scenes, colourful inflatables and Día de los Muertos art. For LGBTQ+ neighbours and other local visitors, the mix offers a lively way to enjoy the season, discover creative yard decorations and take in the community spirit one block at a time.</w:t>
      </w:r>
      <w:r/>
    </w:p>
    <w:p>
      <w:pPr>
        <w:pStyle w:val="Heading2"/>
      </w:pPr>
      <w:r>
        <w:t>Essential Takeaways</w:t>
      </w:r>
      <w:r/>
      <w:r/>
    </w:p>
    <w:p>
      <w:pPr>
        <w:pStyle w:val="ListBullet"/>
        <w:spacing w:line="240" w:lineRule="auto"/>
        <w:ind w:left="720"/>
      </w:pPr>
      <w:r/>
      <w:r>
        <w:rPr>
          <w:b/>
        </w:rPr>
        <w:t>A varied route:</w:t>
      </w:r>
      <w:r>
        <w:t xml:space="preserve"> The listed homes span several Mar Vista streets, with displays ranging from playful inflatables to theatrical horror scenes.</w:t>
      </w:r>
      <w:r/>
    </w:p>
    <w:p>
      <w:pPr>
        <w:pStyle w:val="ListBullet"/>
        <w:spacing w:line="240" w:lineRule="auto"/>
        <w:ind w:left="720"/>
      </w:pPr>
      <w:r/>
      <w:r>
        <w:rPr>
          <w:b/>
        </w:rPr>
        <w:t>A standout mix:</w:t>
      </w:r>
      <w:r>
        <w:t xml:space="preserve"> Look for a witch diorama, climbing black cats, skeletons, animatronic clowns and Día de los Muertos decorations.</w:t>
      </w:r>
      <w:r/>
    </w:p>
    <w:p>
      <w:pPr>
        <w:pStyle w:val="ListBullet"/>
        <w:spacing w:line="240" w:lineRule="auto"/>
        <w:ind w:left="720"/>
      </w:pPr>
      <w:r/>
      <w:r>
        <w:rPr>
          <w:b/>
        </w:rPr>
        <w:t>Colour as well as scares:</w:t>
      </w:r>
      <w:r>
        <w:t xml:space="preserve"> Sugar skulls, bright tapestries and flower-crowned skeletons bring a celebratory feel to the tour.</w:t>
      </w:r>
      <w:r/>
    </w:p>
    <w:p>
      <w:pPr>
        <w:pStyle w:val="ListBullet"/>
        <w:spacing w:line="240" w:lineRule="auto"/>
        <w:ind w:left="720"/>
      </w:pPr>
      <w:r/>
      <w:r>
        <w:rPr>
          <w:b/>
        </w:rPr>
        <w:t>Take it at your own pace:</w:t>
      </w:r>
      <w:r>
        <w:t xml:space="preserve"> The homes are spread across residential blocks, so plan a route rather than expecting one compact display.</w:t>
      </w:r>
      <w:r/>
      <w:r/>
    </w:p>
    <w:p>
      <w:pPr>
        <w:pStyle w:val="Heading2"/>
      </w:pPr>
      <w:r>
        <w:t>Mar Vista's Halloween displays bring the neighbourhood to life</w:t>
      </w:r>
      <w:r/>
    </w:p>
    <w:p>
      <w:r/>
      <w:r>
        <w:t>A custom hillside shed becomes the stage for a stylised animatronic witch at 3607 Ocean View Avenue. Elsewhere, the mood shifts quickly: at 3547 Barry Avenue, climbing black cats give a pop-art twist to the frontage, while 3449 Barry Avenue goes darker with skeletons along an iron fence and a zombie-themed garage barricade.</w:t>
      </w:r>
      <w:r/>
    </w:p>
    <w:p>
      <w:r/>
      <w:r>
        <w:t>That contrast is part of the appeal. Rather than repeating one Halloween look, the homes create a street-by-street showcase, from polished and playful to full-on theatrical. The Pride LA's neighbourhood guide presents the stops as a seasonal outing for LGBTQ+ Westside community members and other visitors.</w:t>
      </w:r>
      <w:r/>
    </w:p>
    <w:p>
      <w:pPr>
        <w:pStyle w:val="Heading2"/>
      </w:pPr>
      <w:r>
        <w:t>From Día de los Muertos colour to theatrical clowns</w:t>
      </w:r>
      <w:r/>
    </w:p>
    <w:p>
      <w:r/>
      <w:r>
        <w:t>At 3937 Bledsoe Avenue, bright Día de los Muertos tapestries, hand-painted sugar skulls and flower-crowned skeletons offer a vivid change of pace. The display leans into remembrance and celebration, making room for more than the usual ghosts-and-goblins shorthand.</w:t>
      </w:r>
      <w:r/>
    </w:p>
    <w:p>
      <w:r/>
      <w:r>
        <w:t>There are lighter touches, too. Festive inflatables brighten 4052 Albright Avenue, while winged skeletal gargoyles frame garden trees at 3595 Grand View Boulevard. At 11412 Matteson Avenue, floating witch hats and climbing skeletons add a sense of movement, as though the decorations have caught the neighbourhood mid-spell.</w:t>
      </w:r>
      <w:r/>
    </w:p>
    <w:p>
      <w:pPr>
        <w:pStyle w:val="Heading2"/>
      </w:pPr>
      <w:r>
        <w:t>Where to find the biggest Halloween scenes</w:t>
      </w:r>
      <w:r/>
    </w:p>
    <w:p>
      <w:r/>
      <w:r>
        <w:t>The route builds towards some particularly theatrical stops. A giant skeleton party awaits at 35660 Colonial Avenue, while 3547 McLaughlin Avenue features animatronic clowns and interactive lighting. If you're visiting after dusk, those illuminated details are likely to make the displays feel especially atmospheric.</w:t>
      </w:r>
      <w:r/>
    </w:p>
    <w:p>
      <w:r/>
      <w:r>
        <w:t>The stops are scattered across residential streets rather than gathered in one formal attraction. That means it pays to check the addresses before setting off and leave time between locations; the point is to enjoy the neighbourhood, not race through it.</w:t>
      </w:r>
      <w:r/>
    </w:p>
    <w:p>
      <w:pPr>
        <w:pStyle w:val="Heading2"/>
      </w:pPr>
      <w:r>
        <w:t>Make your Halloween yard-art walk a thoughtful one</w:t>
      </w:r>
      <w:r/>
    </w:p>
    <w:p>
      <w:r/>
      <w:r>
        <w:t>These are homes, not a ticketed event, so visitors should keep pavements clear, respect residents' privacy and avoid touching the displays. A little courtesy goes a long way when the setting is someone's front garden, however spectacular the skeletons may be.</w:t>
      </w:r>
      <w:r/>
    </w:p>
    <w:p>
      <w:r/>
      <w:r>
        <w:t>The Pride LA's report includes a video showing the installations. For anyone planning a Halloween outing, the route offers an easy conversation starter, and a reminder that local creativity can make an ordinary residential block feel wonderfully otherworldly.</w:t>
      </w:r>
      <w:r/>
    </w:p>
    <w:p>
      <w:pPr>
        <w:pStyle w:val="Heading2"/>
      </w:pPr>
      <w:r>
        <w:t>A colourful way to celebrate Halloween on the Westside</w:t>
      </w:r>
      <w:r/>
    </w:p>
    <w:p>
      <w:r/>
      <w:r>
        <w:t>Take the route slowly, enjoy the different styles and let the neighbourhood set the pace.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Paragraph 4: </w:t>
      </w:r>
      <w:hyperlink r:id="rId10">
        <w:r>
          <w:rPr>
            <w:color w:val="0000EE"/>
            <w:u w:val="single"/>
          </w:rPr>
          <w:t>[2]</w:t>
        </w:r>
      </w:hyperlink>
      <w:r>
        <w:t xml:space="preserve">- Paragraph 5: </w:t>
      </w:r>
      <w:hyperlink r:id="rId10">
        <w:r>
          <w:rPr>
            <w:color w:val="0000EE"/>
            <w:u w:val="single"/>
          </w:rPr>
          <w:t>[2]</w:t>
        </w:r>
      </w:hyperlink>
      <w:r>
        <w:t xml:space="preserve">- Paragraph 6: </w:t>
      </w:r>
      <w:hyperlink r:id="rId10">
        <w:r>
          <w:rPr>
            <w:color w:val="0000EE"/>
            <w:u w:val="single"/>
          </w:rPr>
          <w:t>[2]</w:t>
        </w:r>
      </w:hyperlink>
      <w:r>
        <w:t xml:space="preserve">- Paragraph 7: </w:t>
      </w:r>
      <w:hyperlink r:id="rId10">
        <w:r>
          <w:rPr>
            <w:color w:val="0000EE"/>
            <w:u w:val="single"/>
          </w:rPr>
          <w:t>[2]</w:t>
        </w:r>
      </w:hyperlink>
      <w:r>
        <w:t xml:space="preserve">- Paragraph 8: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https://thepridela.com/2026/10/westside-pride-halloween-map-creative-yard-art-and-spooky-displays-in-mar-vista/?utm_source=rss&amp;utm_medium=rss&amp;utm_campaign=westside-pride-halloween-map-creative-yard-art-and-spooky-displays-in-mar-vista</w:t>
        </w:r>
      </w:hyperlink>
      <w:r>
        <w:t xml:space="preserve"> - Please view link - unable to able to access data</w:t>
      </w:r>
      <w:r/>
    </w:p>
    <w:p>
      <w:pPr>
        <w:pStyle w:val="ListNumber"/>
        <w:spacing w:line="240" w:lineRule="auto"/>
        <w:ind w:left="720"/>
      </w:pPr>
      <w:r/>
      <w:hyperlink r:id="rId10">
        <w:r>
          <w:rPr>
            <w:color w:val="0000EE"/>
            <w:u w:val="single"/>
          </w:rPr>
          <w:t>https://thepridela.com/2026/10/westside-pride-halloween-map-creative-yard-art-and-spooky-displays-in-mar-vista/</w:t>
        </w:r>
      </w:hyperlink>
      <w:r>
        <w:t xml:space="preserve"> - The Pride LA article describes a Halloween tour of decorated homes in Mar Vista, presenting the displays as a creative outing for LGBTQ+ Westside residents and visitors. It lists installations at nine addresses, including an animatronic witch, climbing black cats, gothic skeletons, lawn inflatables, Día de los Muertos artwork, gargoyles, floating witch hats, a giant skeleton party and theatrical clowns. The article says a video report shows the installations and invites readers to support local LGBTQ+ journalism through subscriptions or donations. It was published on 30 October 2026. The article itself is the principal source for the specific addresses and decoration descriptions.</w:t>
      </w:r>
      <w:r/>
    </w:p>
    <w:p>
      <w:pPr>
        <w:pStyle w:val="ListNumber"/>
        <w:spacing w:line="240" w:lineRule="auto"/>
        <w:ind w:left="720"/>
      </w:pPr>
      <w:r/>
      <w:hyperlink r:id="rId11">
        <w:r>
          <w:rPr>
            <w:color w:val="0000EE"/>
            <w:u w:val="single"/>
          </w:rPr>
          <w:t>https://thepridela.com/2026/10/westside-halloween-2026-costumes-music-and-community-altars-on-the-coast/</w:t>
        </w:r>
      </w:hyperlink>
      <w:r>
        <w:t xml:space="preserve"> - This related Pride LA report previews Halloween events on the Westside for 31 October and 1 November 2026. It describes Hallow Mundi at Mundi Apothecary in Venice, with DJs, pumpkin painting, ritual oil crafting, readings, a costume contest and a Día de los Muertos ofrenda. It also mentions the Montana Avenue Halloween Walk in Santa Monica, where businesses welcome trick-or-treaters and host costume displays and sidewalk sales. The final event is a dog costume contest and paw’rade at Runway Playa Vista. The report frames these activities around self-expression, costumes and cultural remembrance, and encourages readers to support independent local LGBTQ+ journalism.</w:t>
      </w:r>
      <w:r/>
    </w:p>
    <w:p>
      <w:pPr>
        <w:pStyle w:val="ListNumber"/>
        <w:spacing w:line="240" w:lineRule="auto"/>
        <w:ind w:left="720"/>
      </w:pPr>
      <w:r/>
      <w:hyperlink r:id="rId12">
        <w:r>
          <w:rPr>
            <w:color w:val="0000EE"/>
            <w:u w:val="single"/>
          </w:rPr>
          <w:t>https://www.ciscowil.com/news/unloadinglumber</w:t>
        </w:r>
      </w:hyperlink>
      <w:r>
        <w:t xml:space="preserve"> - Ciscowil’s construction post documents lumber being unloaded for a two-storey, 3,100-square-foot house at 3547 Barry Avenue in Mar Vista. It explains how the delivery driver uses the momentum of the moving timber and friction to unload the material without cranes, forklifts, winches or a large crew. The post identifies the address and gives context about the property’s construction, but it does not discuss Halloween decorations or confirm the display described in the Pride LA article. It is therefore relevant only as independent location context for one address in the article’s Mar Vista route. The post was published in July 2019.</w:t>
      </w:r>
      <w:r/>
    </w:p>
    <w:p>
      <w:pPr>
        <w:pStyle w:val="ListNumber"/>
        <w:spacing w:line="240" w:lineRule="auto"/>
        <w:ind w:left="720"/>
      </w:pPr>
      <w:r/>
      <w:hyperlink r:id="rId13">
        <w:r>
          <w:rPr>
            <w:color w:val="0000EE"/>
            <w:u w:val="single"/>
          </w:rPr>
          <w:t>https://blockshopper.com/ca/los-angeles-county/zips/90066/streets/barry-ave?page=2</w:t>
        </w:r>
      </w:hyperlink>
      <w:r>
        <w:t xml:space="preserve"> - This BlockShopper page lists properties on Barry Avenue in Los Angeles, including several addresses in the 90066 area. Its address directory includes 3547 Barry Avenue and other nearby homes, supporting that the street and address are present in the stated postal area. The page provides property-record details rather than reporting on seasonal displays, community events or the Halloween decorations described by The Pride LA. It can be used as limited corroboration of the location, but not as evidence for the article’s descriptions of inflatable black cats, skeleton fencing or a zombie-themed garage barricade.</w:t>
      </w:r>
      <w:r/>
    </w:p>
    <w:p>
      <w:pPr>
        <w:pStyle w:val="ListNumber"/>
        <w:spacing w:line="240" w:lineRule="auto"/>
        <w:ind w:left="720"/>
      </w:pPr>
      <w:r/>
      <w:hyperlink r:id="rId14">
        <w:r>
          <w:rPr>
            <w:color w:val="0000EE"/>
            <w:u w:val="single"/>
          </w:rPr>
          <w:t>https://blockshopper.com/ca/los-angeles-county/cities/los-angeles-venice/streets/ocean-view-ave?page=2</w:t>
        </w:r>
      </w:hyperlink>
      <w:r>
        <w:t xml:space="preserve"> - This BlockShopper property directory covers Ocean View Avenue in Los Angeles and lists 3607 Ocean View Avenue among the street’s addresses. That provides limited location corroboration for the first stop in The Pride LA’s Halloween display route. The page is a real-estate and property-record listing, not an account of Halloween activities, and it does not describe the animatronic witch diorama or custom hillside shed reported in the article. Its useful contribution is narrowly confirming that the cited Ocean View Avenue address appears in the directory. The Halloween feature itself remains the source for the installation’s appearance and the proposed tour.</w:t>
      </w:r>
      <w:r/>
    </w:p>
    <w:p>
      <w:pPr>
        <w:pStyle w:val="ListNumber"/>
        <w:spacing w:line="240" w:lineRule="auto"/>
        <w:ind w:left="720"/>
      </w:pPr>
      <w:r/>
      <w:hyperlink r:id="rId15">
        <w:r>
          <w:rPr>
            <w:color w:val="0000EE"/>
            <w:u w:val="single"/>
          </w:rPr>
          <w:t>https://www.neighborwho.com/Barry-Ave-Los-Angeles-CA-addresses/</w:t>
        </w:r>
      </w:hyperlink>
      <w:r>
        <w:t xml:space="preserve"> - NeighborWho’s Barry Avenue address directory includes 3547 Barry Avenue in Los Angeles, California, alongside other addresses on the street. The page presents general property characteristics and address information, rather than news about Halloween, local LGBTQ+ communities or lawn art. It offers a further directory-based point of reference for the Barry Avenue location mentioned in the Pride LA feature, but it does not independently verify the reported decoration of climbing black cat inflatables. The article’s named installations and visual descriptions should therefore be attributed to The Pride LA report, while this listing is only supporting geographic context.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pridela.com/2026/10/westside-pride-halloween-map-creative-yard-art-and-spooky-displays-in-mar-vista/?utm_source=rss&amp;utm_medium=rss&amp;utm_campaign=westside-pride-halloween-map-creative-yard-art-and-spooky-displays-in-mar-vista" TargetMode="External"/><Relationship Id="rId10" Type="http://schemas.openxmlformats.org/officeDocument/2006/relationships/hyperlink" Target="https://thepridela.com/2026/10/westside-pride-halloween-map-creative-yard-art-and-spooky-displays-in-mar-vista/" TargetMode="External"/><Relationship Id="rId11" Type="http://schemas.openxmlformats.org/officeDocument/2006/relationships/hyperlink" Target="https://thepridela.com/2026/10/westside-halloween-2026-costumes-music-and-community-altars-on-the-coast/" TargetMode="External"/><Relationship Id="rId12" Type="http://schemas.openxmlformats.org/officeDocument/2006/relationships/hyperlink" Target="https://www.ciscowil.com/news/unloadinglumber" TargetMode="External"/><Relationship Id="rId13" Type="http://schemas.openxmlformats.org/officeDocument/2006/relationships/hyperlink" Target="https://blockshopper.com/ca/los-angeles-county/zips/90066/streets/barry-ave?page=2" TargetMode="External"/><Relationship Id="rId14" Type="http://schemas.openxmlformats.org/officeDocument/2006/relationships/hyperlink" Target="https://blockshopper.com/ca/los-angeles-county/cities/los-angeles-venice/streets/ocean-view-ave?page=2" TargetMode="External"/><Relationship Id="rId15" Type="http://schemas.openxmlformats.org/officeDocument/2006/relationships/hyperlink" Target="https://www.neighborwho.com/Barry-Ave-Los-Angeles-CA-address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