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Chéries-Chéris 2026: A Paris LGBTQIA+ Film Festival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Paris’s Chéries-Chéris festival returns for its 32nd edition with contemporary LGBTQIA+ cinema, archival discoveries and conversations about creative freedom. With The Blood Countess opening the programme and La Bola Negra closing it, the line-up moves from fresh films to influential queer history, giving audiences plenty to explore beyond the screen.</w:t>
      </w:r>
      <w:r/>
    </w:p>
    <w:p>
      <w:pPr>
        <w:pStyle w:val="Heading2"/>
      </w:pPr>
      <w:r>
        <w:t>Essential Takeaways</w:t>
      </w:r>
      <w:r/>
      <w:r/>
    </w:p>
    <w:p>
      <w:pPr>
        <w:pStyle w:val="ListBullet"/>
        <w:spacing w:line="240" w:lineRule="auto"/>
        <w:ind w:left="720"/>
      </w:pPr>
      <w:r/>
      <w:r>
        <w:rPr>
          <w:b/>
        </w:rPr>
        <w:t>Two films frame the festival:</w:t>
      </w:r>
      <w:r>
        <w:t xml:space="preserve"> Ulrike Ottinger’s The Blood Countess opens, while La Bola Negra, directed by Javier Calvo and Javier Ambrossi, closes.</w:t>
      </w:r>
      <w:r/>
    </w:p>
    <w:p>
      <w:pPr>
        <w:pStyle w:val="ListBullet"/>
        <w:spacing w:line="240" w:lineRule="auto"/>
        <w:ind w:left="720"/>
      </w:pPr>
      <w:r/>
      <w:r>
        <w:rPr>
          <w:b/>
        </w:rPr>
        <w:t>The programme spans formats:</w:t>
      </w:r>
      <w:r>
        <w:t xml:space="preserve"> Fiction, documentaries and short films feature across competitions, themed selections and special screenings.</w:t>
      </w:r>
      <w:r/>
    </w:p>
    <w:p>
      <w:pPr>
        <w:pStyle w:val="ListBullet"/>
        <w:spacing w:line="240" w:lineRule="auto"/>
        <w:ind w:left="720"/>
      </w:pPr>
      <w:r/>
      <w:r>
        <w:rPr>
          <w:b/>
        </w:rPr>
        <w:t>Queer film history gets attention:</w:t>
      </w:r>
      <w:r>
        <w:t xml:space="preserve"> A Rosa von Praunheim tribute includes Survivre à New York and L’Einstein du sexe.</w:t>
      </w:r>
      <w:r/>
    </w:p>
    <w:p>
      <w:pPr>
        <w:pStyle w:val="ListBullet"/>
        <w:spacing w:line="240" w:lineRule="auto"/>
        <w:ind w:left="720"/>
      </w:pPr>
      <w:r/>
      <w:r>
        <w:rPr>
          <w:b/>
        </w:rPr>
        <w:t>There’s more than cinema:</w:t>
      </w:r>
      <w:r>
        <w:t xml:space="preserve"> A discussion explores lived experience and creative freedom, alongside a screenwriting workshop.</w:t>
      </w:r>
      <w:r/>
      <w:r/>
    </w:p>
    <w:p>
      <w:pPr>
        <w:pStyle w:val="Heading2"/>
      </w:pPr>
      <w:r>
        <w:t>A bold opening sets the mood</w:t>
      </w:r>
      <w:r/>
    </w:p>
    <w:p>
      <w:r/>
      <w:r>
        <w:t>The Blood Countess gives the 2026 Chéries-Chéris festival a striking opening, while La Bola Negra brings the event to a close. The two selections bookend a programme built around LGBTQIA+ cinema, with competition titles and special screenings in between.</w:t>
      </w:r>
      <w:r/>
    </w:p>
    <w:p>
      <w:r/>
      <w:r>
        <w:t>That framing gives the festival a pleasingly broad shape. Rather than treating queer cinema as one narrow category, the line-up brings together fiction, documentary and short films, inviting audiences to move between different forms and perspectives.</w:t>
      </w:r>
      <w:r/>
    </w:p>
    <w:p>
      <w:pPr>
        <w:pStyle w:val="Heading2"/>
      </w:pPr>
      <w:r>
        <w:t>Contemporary queer cinema meets film history</w:t>
      </w:r>
      <w:r/>
    </w:p>
    <w:p>
      <w:r/>
      <w:r>
        <w:t>Alongside new work, the festival makes space for filmmakers whose work has helped shape queer cinema. Its tribute to Rosa von Praunheim includes Survivre à New York and L’Einstein du sexe, offering a chance to encounter two titles within a wider retrospective.</w:t>
      </w:r>
      <w:r/>
    </w:p>
    <w:p>
      <w:r/>
      <w:r>
        <w:t>Special screenings also turn towards Norbert Terry and François About, directors associated with French gay pornographic cinema. It’s a reminder that LGBTQIA+ film history includes work from across the medium, not just the titles that have found a place in mainstream retrospectives.</w:t>
      </w:r>
      <w:r/>
    </w:p>
    <w:p>
      <w:pPr>
        <w:pStyle w:val="Heading2"/>
      </w:pPr>
      <w:r>
        <w:t>The programme continues beyond the screen</w:t>
      </w:r>
      <w:r/>
    </w:p>
    <w:p>
      <w:r/>
      <w:r>
        <w:t>Chéries-Chéris also gives audiences ways to engage with the ideas behind filmmaking. A round-table discussion looks at how lived experience relates to freedom in fiction, while a screenwriting workshop focuses on the craft of building stories.</w:t>
      </w:r>
      <w:r/>
    </w:p>
    <w:p>
      <w:r/>
      <w:r>
        <w:t>That combination makes the festival feel less like a run of screenings and more like a meeting place for film and conversation. For viewers who enjoy hearing how stories are shaped, the events offer a useful companion to the films themselves.</w:t>
      </w:r>
      <w:r/>
    </w:p>
    <w:p>
      <w:pPr>
        <w:pStyle w:val="Heading2"/>
      </w:pPr>
      <w:r>
        <w:t>How to make the most of the festival</w:t>
      </w:r>
      <w:r/>
    </w:p>
    <w:p>
      <w:r/>
      <w:r>
        <w:t>With competitions, panoramas, special sessions and heritage screenings in the mix, it’s worth looking beyond the opening and closing films when planning a visit. Pick a title that’s new to you, then pair it with a retrospective or discussion for a fuller sense of the programme’s range.</w:t>
      </w:r>
      <w:r/>
    </w:p>
    <w:p>
      <w:r/>
      <w:r>
        <w:t>And if you’re unsure where to start, the tribute screenings offer a clear route into queer film history, while the contemporary selections promise a snapshot of current filmmaking. The best festival day may be the one that leaves room for a surprise.</w:t>
      </w:r>
      <w:r/>
    </w:p>
    <w:p>
      <w:pPr>
        <w:pStyle w:val="Heading2"/>
      </w:pPr>
      <w:r>
        <w:t>A festival built for discovery</w:t>
      </w:r>
      <w:r/>
    </w:p>
    <w:p>
      <w:r/>
      <w:r>
        <w:t>The 32nd edition brings together new LGBTQIA+ films, historical works and events that make room for discussion. That balance gives Chéries-Chéris a lively point of view: cinema can entertain, preserve history and open up conversations, sometimes all in the same afternoon.</w:t>
      </w:r>
      <w:r/>
    </w:p>
    <w:p>
      <w:r/>
      <w:r>
        <w:t>Explore the programme and choose a screening that takes you somewhere unexpected.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https://www.sortiraparis.com/loisirs/cinema/articles/33524-cheries-cheris-2026-le-festival-du-film-lgbtqia-devoile-son-programme</w:t>
        </w:r>
      </w:hyperlink>
      <w:r>
        <w:t xml:space="preserve"> - Please view link - unable to able to access data</w:t>
      </w:r>
      <w:r/>
    </w:p>
    <w:p>
      <w:pPr>
        <w:pStyle w:val="ListNumber"/>
        <w:spacing w:line="240" w:lineRule="auto"/>
        <w:ind w:left="720"/>
      </w:pPr>
      <w:r/>
      <w:hyperlink r:id="rId9">
        <w:r>
          <w:rPr>
            <w:color w:val="0000EE"/>
            <w:u w:val="single"/>
          </w:rPr>
          <w:t>https://www.sortiraparis.com/loisirs/cinema/articles/33524-cheries-cheris-2026-le-festival-du-film-lgbtqia-devoile-son-programme</w:t>
        </w:r>
      </w:hyperlink>
      <w:r>
        <w:t xml:space="preserve"> - This article introduces the 32nd Chéries-Chéris LGBTQIA+ film festival in Paris, presenting its programme as a mix of contemporary queer cinema, competitions and heritage screenings. It identifies Ulrike Ottinger’s The Blood Countess as the opening film and Javier Calvo and Javier Ambrossi’s La Bola Negra as the closing film. The article also highlights tributes to Rosa von Praunheim and French gay adult-film directors Norbert Terry and François About. Beyond screenings, it mentions a discussion about lived experience and creative freedom, alongside a queer screenwriting workshop. The page concludes with a broader guide to film festivals and retrospectives in Paris and Île-de-France.</w:t>
      </w:r>
      <w:r/>
    </w:p>
    <w:p>
      <w:pPr>
        <w:pStyle w:val="ListNumber"/>
        <w:spacing w:line="240" w:lineRule="auto"/>
        <w:ind w:left="720"/>
      </w:pPr>
      <w:r/>
      <w:hyperlink r:id="rId10">
        <w:r>
          <w:rPr>
            <w:color w:val="0000EE"/>
            <w:u w:val="single"/>
          </w:rPr>
          <w:t>https://cheries-cheris.com/festival/</w:t>
        </w:r>
      </w:hyperlink>
      <w:r>
        <w:t xml:space="preserve"> - The festival’s official programme page identifies the event as the 32nd Paris International LGBTQIA+ Film Festival, running from 14 to 24 November 2026. It names The Blood Countess, directed by Ulrike Ottinger, for the opening ceremony, and La Bola Negra, directed by Javier Calvo and Javier Ambrossi, for the closing ceremony. The page organises the programme into feature, documentary and short-film competitions, fiction and documentary panoramas, special screenings and event screenings. It also points visitors towards the downloadable programme, jury details and La Fabrique Queer, which includes meetings, workshops, a masterclass and a podcast. The page confirms the festival’s range of activities.</w:t>
      </w:r>
      <w:r/>
    </w:p>
    <w:p>
      <w:pPr>
        <w:pStyle w:val="ListNumber"/>
        <w:spacing w:line="240" w:lineRule="auto"/>
        <w:ind w:left="720"/>
      </w:pPr>
      <w:r/>
      <w:hyperlink r:id="rId11">
        <w:r>
          <w:rPr>
            <w:color w:val="0000EE"/>
            <w:u w:val="single"/>
          </w:rPr>
          <w:t>https://www.forumdesimages.fr/cheries-cheris-2026</w:t>
        </w:r>
      </w:hyperlink>
      <w:r>
        <w:t xml:space="preserve"> - The Forum des images lists its Chéries-Chéris 2026 screenings and related events, including a tribute to Rosa von Praunheim and an homage to Norbert Terry and François About. The Rosa von Praunheim programme includes Survivre à New York, Ce n’est pas l’homosexuel qui est pervers mais la société dans laquelle il vit, and L’Einstein du sexe. The listing also schedules a discussion with the Société des réalisatrices et réalisateurs about legitimacy, lived experience and freedom of fiction, plus a queer screenwriting workshop. Other sessions include Les Nuits fauves and a tribute screening for Norbert Terry. It supplies dates and venue information.</w:t>
      </w:r>
      <w:r/>
    </w:p>
    <w:p>
      <w:pPr>
        <w:pStyle w:val="ListNumber"/>
        <w:spacing w:line="240" w:lineRule="auto"/>
        <w:ind w:left="720"/>
      </w:pPr>
      <w:r/>
      <w:hyperlink r:id="rId12">
        <w:r>
          <w:rPr>
            <w:color w:val="0000EE"/>
            <w:u w:val="single"/>
          </w:rPr>
          <w:t>https://cheries-cheris.com/festival/films/the-blood-countess/</w:t>
        </w:r>
      </w:hyperlink>
      <w:r>
        <w:t xml:space="preserve"> - The official festival film page describes The Blood Countess, also titled Die Blutgräfin, as a 2026 fiction film directed by Ulrike Ottinger. The Austrian, Luxembourgish and German production runs for 119 minutes. Its story follows the Blood Countess and her faithful servant after they awaken from a long sleep and search through Vienna for victims and a lost book whose secrets could unsettle the vampire world. The page presents the work as a queer, baroque gothic fantasy, with Isabelle Huppert, Birgit Minichmayr and Conchita Wurst among its cast. It also lists a festival screening at MK2 Bibliothèque.</w:t>
      </w:r>
      <w:r/>
    </w:p>
    <w:p>
      <w:pPr>
        <w:pStyle w:val="ListNumber"/>
        <w:spacing w:line="240" w:lineRule="auto"/>
        <w:ind w:left="720"/>
      </w:pPr>
      <w:r/>
      <w:hyperlink r:id="rId13">
        <w:r>
          <w:rPr>
            <w:color w:val="0000EE"/>
            <w:u w:val="single"/>
          </w:rPr>
          <w:t>https://queer.paris/en/blog/cheries-cheris-2026-what-to-watch</w:t>
        </w:r>
      </w:hyperlink>
      <w:r>
        <w:t xml:space="preserve"> - This English-language guide surveys films and events at the 2026 Chéries-Chéris festival, scheduled in Paris from 14 to 24 November. It describes the opening and closing films, The Blood Countess and La Bola Negra, and highlights selected special screenings, competition titles, documentaries and animated features. Its heritage section discusses tributes to Barbara Hammer, Nathalie Magnan and Rosa von Praunheim, as well as a programme devoted to 1970s French gay adult cinema and the filmmakers Norbert Terry and François About. The guide also summarises the festival’s short-film categories and practical venue information, while advising visitors to check individual film pages for subtitle details.</w:t>
      </w:r>
      <w:r/>
    </w:p>
    <w:p>
      <w:pPr>
        <w:pStyle w:val="ListNumber"/>
        <w:spacing w:line="240" w:lineRule="auto"/>
        <w:ind w:left="720"/>
      </w:pPr>
      <w:r/>
      <w:hyperlink r:id="rId14">
        <w:r>
          <w:rPr>
            <w:color w:val="0000EE"/>
            <w:u w:val="single"/>
          </w:rPr>
          <w:t>https://www.pinktv.fr/index.php/agenda/cheries-cheris-le-festival-international-du-film-lgbtqia-de-paris-revient-du-14-au-24-novembre-pour-sa-32e-edition-35877.html</w:t>
        </w:r>
      </w:hyperlink>
      <w:r>
        <w:t xml:space="preserve"> - PinkTV previews the 32nd edition of Chéries-Chéris, giving its dates as 14 to 24 November 2026 and naming the partner venues in Paris. The article focuses on the two headline films: Ulrike Ottinger’s The Blood Countess, selected for the opening, and La Bola Negra, by Javier Calvo and Javier Ambrossi, for the closing. It describes The Blood Countess as a macabre, flamboyant queer comedy and outlines its vampire story. The article also introduces La Bola Negra as a film inspired by an unfinished work by Federico García Lorca, connecting three men across different periods of Spanish history through desire, pain and inheritance.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rtiraparis.com/loisirs/cinema/articles/33524-cheries-cheris-2026-le-festival-du-film-lgbtqia-devoile-son-programme" TargetMode="External"/><Relationship Id="rId10" Type="http://schemas.openxmlformats.org/officeDocument/2006/relationships/hyperlink" Target="https://cheries-cheris.com/festival/" TargetMode="External"/><Relationship Id="rId11" Type="http://schemas.openxmlformats.org/officeDocument/2006/relationships/hyperlink" Target="https://www.forumdesimages.fr/cheries-cheris-2026" TargetMode="External"/><Relationship Id="rId12" Type="http://schemas.openxmlformats.org/officeDocument/2006/relationships/hyperlink" Target="https://cheries-cheris.com/festival/films/the-blood-countess/" TargetMode="External"/><Relationship Id="rId13" Type="http://schemas.openxmlformats.org/officeDocument/2006/relationships/hyperlink" Target="https://queer.paris/en/blog/cheries-cheris-2026-what-to-watch" TargetMode="External"/><Relationship Id="rId14" Type="http://schemas.openxmlformats.org/officeDocument/2006/relationships/hyperlink" Target="https://www.pinktv.fr/index.php/agenda/cheries-cheris-le-festival-international-du-film-lgbtqia-de-paris-revient-du-14-au-24-novembre-pour-sa-32e-edition-3587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