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 and TV Trailers to Watch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October has brought a fresh batch of queer film and TV previews, from a tennis romance to a haunting animated story and the return of fan favourites. If you’ve missed the trailers amid Halloween plans and end-of-month chaos, here’s a handy guide to what’s coming, where to watch it and which titles deserve a spot on your watchlist.</w:t>
      </w:r>
      <w:r/>
    </w:p>
    <w:p>
      <w:pPr>
        <w:pStyle w:val="Heading2"/>
      </w:pPr>
      <w:r>
        <w:t>The queer trailers bringing October to life</w:t>
      </w:r>
      <w:r/>
    </w:p>
    <w:p>
      <w:r/>
      <w:r>
        <w:t>There’s a lot to catch up on: October’s new LGBTQ+ trailers range from a flirtatious sports romance to stories shaped by war, grief and dark secrets. The mood shifts quickly, but that’s part of the appeal; one minute you’re eyeing up a tennis court romance, the next you’re bracing for something much heavier.</w:t>
      </w:r>
      <w:r/>
    </w:p>
    <w:p>
      <w:r/>
      <w:r>
        <w:t xml:space="preserve">The lineup also gives fans a first look at returning series and upcoming films, with titles including </w:t>
      </w:r>
      <w:r>
        <w:rPr>
          <w:i/>
        </w:rPr>
        <w:t>P-Valley</w:t>
      </w:r>
      <w:r>
        <w:t xml:space="preserve">, </w:t>
      </w:r>
      <w:r>
        <w:rPr>
          <w:i/>
        </w:rPr>
        <w:t>The Body</w:t>
      </w:r>
      <w:r>
        <w:t xml:space="preserve">, </w:t>
      </w:r>
      <w:r>
        <w:rPr>
          <w:i/>
        </w:rPr>
        <w:t>Coward</w:t>
      </w:r>
      <w:r>
        <w:t xml:space="preserve"> and </w:t>
      </w:r>
      <w:r>
        <w:rPr>
          <w:i/>
        </w:rPr>
        <w:t>Forty Love</w:t>
      </w:r>
      <w:r>
        <w:t xml:space="preserve">. Together, they make for a lively snapshot of queer stories headed to screens.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rPr>
          <w:i/>
        </w:rPr>
        <w:t>P-Valley</w:t>
      </w:r>
      <w:r>
        <w:t xml:space="preserve"> returns with more drama</w:t>
      </w:r>
      <w:r/>
    </w:p>
    <w:p>
      <w:r/>
      <w:r>
        <w:t xml:space="preserve">Starz has released a teaser for the third season of </w:t>
      </w:r>
      <w:r>
        <w:rPr>
          <w:i/>
        </w:rPr>
        <w:t>P-Valley</w:t>
      </w:r>
      <w:r>
        <w:t>, bringing viewers back to the world of the Pynk. The series has built a devoted audience around its vivid characters and tangled relationships, and the new preview signals another chapter in its club-centred drama.</w:t>
      </w:r>
      <w:r/>
    </w:p>
    <w:p>
      <w:r/>
      <w:r>
        <w:t xml:space="preserve">For anyone catching up, the teaser is a useful reminder of the show’s distinctive mix of big personalities, intimate stakes and glossy Southern atmosphere. Season three details are available through Starz’s official series page. </w:t>
      </w:r>
      <w:hyperlink r:id="rId12">
        <w:r>
          <w:rPr>
            <w:color w:val="0000EE"/>
            <w:u w:val="single"/>
          </w:rPr>
          <w:t>[5]</w:t>
        </w:r>
      </w:hyperlink>
      <w:r/>
    </w:p>
    <w:p>
      <w:pPr>
        <w:pStyle w:val="Heading2"/>
      </w:pPr>
      <w:r>
        <w:rPr>
          <w:i/>
        </w:rPr>
        <w:t>The Body</w:t>
      </w:r>
      <w:r>
        <w:t xml:space="preserve"> looks set to tug at the heartstrings</w:t>
      </w:r>
      <w:r/>
    </w:p>
    <w:p>
      <w:r/>
      <w:r>
        <w:t xml:space="preserve">Netflix’s </w:t>
      </w:r>
      <w:r>
        <w:rPr>
          <w:i/>
        </w:rPr>
        <w:t>The Body</w:t>
      </w:r>
      <w:r>
        <w:t xml:space="preserve"> is among the month’s more emotionally charged previews, with an animated story that’s already attracting awards-season attention. Its format may suggest something gentle at first glance, but animated films can land some of the hardest emotional punches.</w:t>
      </w:r>
      <w:r/>
    </w:p>
    <w:p>
      <w:r/>
      <w:r>
        <w:t xml:space="preserve">Netflix’s title information offers the official details, while its Tudum coverage provides further background on the story and release plans. If you’re choosing what to watch with a box of tissues nearby, this one may be worth keeping in mind. </w:t>
      </w:r>
      <w:hyperlink r:id="rId10">
        <w:r>
          <w:rPr>
            <w:color w:val="0000EE"/>
            <w:u w:val="single"/>
          </w:rPr>
          <w:t>[3]</w:t>
        </w:r>
      </w:hyperlink>
      <w:r>
        <w:t xml:space="preserve">, </w:t>
      </w:r>
      <w:hyperlink r:id="rId11">
        <w:r>
          <w:rPr>
            <w:color w:val="0000EE"/>
            <w:u w:val="single"/>
          </w:rPr>
          <w:t>[4]</w:t>
        </w:r>
      </w:hyperlink>
      <w:r/>
    </w:p>
    <w:p>
      <w:pPr>
        <w:pStyle w:val="Heading2"/>
      </w:pPr>
      <w:r>
        <w:rPr>
          <w:i/>
        </w:rPr>
        <w:t>Coward</w:t>
      </w:r>
      <w:r>
        <w:t xml:space="preserve"> and </w:t>
      </w:r>
      <w:r>
        <w:rPr>
          <w:i/>
        </w:rPr>
        <w:t>Forty Love</w:t>
      </w:r>
      <w:r>
        <w:t xml:space="preserve"> take very different courts</w:t>
      </w:r>
      <w:r/>
    </w:p>
    <w:p>
      <w:r/>
      <w:r>
        <w:t xml:space="preserve">Mubi’s </w:t>
      </w:r>
      <w:r>
        <w:rPr>
          <w:i/>
        </w:rPr>
        <w:t>Coward</w:t>
      </w:r>
      <w:r>
        <w:t xml:space="preserve"> is a First World War-set love story, placing romance against the stark backdrop of conflict. That contrast gives the film an immediate sense of tension: tenderness and danger sharing the same frame.</w:t>
      </w:r>
      <w:r/>
    </w:p>
    <w:p>
      <w:r/>
      <w:r>
        <w:t xml:space="preserve">Meanwhile, </w:t>
      </w:r>
      <w:r>
        <w:rPr>
          <w:i/>
        </w:rPr>
        <w:t>Forty Love</w:t>
      </w:r>
      <w:r>
        <w:t xml:space="preserve"> brings queer romance to tennis, a setting that feels ripe for rivalry, glances across the net and a little competitive heat. Screen Daily reported that Romeo Beckham is making his acting debut in the StudioCanal film, adding another talking point for curious viewers. </w:t>
      </w:r>
      <w:hyperlink r:id="rId13">
        <w:r>
          <w:rPr>
            <w:color w:val="0000EE"/>
            <w:u w:val="single"/>
          </w:rPr>
          <w:t>[6]</w:t>
        </w:r>
      </w:hyperlink>
      <w:r>
        <w:t xml:space="preserve">, </w:t>
      </w:r>
      <w:hyperlink r:id="rId14">
        <w:r>
          <w:rPr>
            <w:color w:val="0000EE"/>
            <w:u w:val="single"/>
          </w:rPr>
          <w:t>[7]</w:t>
        </w:r>
      </w:hyperlink>
      <w:r/>
    </w:p>
    <w:p>
      <w:pPr>
        <w:pStyle w:val="Heading2"/>
      </w:pPr>
      <w:r>
        <w:t>What to watch first, and where to look</w:t>
      </w:r>
      <w:r/>
    </w:p>
    <w:p>
      <w:r/>
      <w:r>
        <w:t xml:space="preserve">If you want something returning and familiar, start with the </w:t>
      </w:r>
      <w:r>
        <w:rPr>
          <w:i/>
        </w:rPr>
        <w:t>P-Valley</w:t>
      </w:r>
      <w:r>
        <w:t xml:space="preserve"> teaser. For a more reflective mood, keep an eye on </w:t>
      </w:r>
      <w:r>
        <w:rPr>
          <w:i/>
        </w:rPr>
        <w:t>The Body</w:t>
      </w:r>
      <w:r>
        <w:t xml:space="preserve"> and </w:t>
      </w:r>
      <w:r>
        <w:rPr>
          <w:i/>
        </w:rPr>
        <w:t>Coward</w:t>
      </w:r>
      <w:r>
        <w:t xml:space="preserve">, while </w:t>
      </w:r>
      <w:r>
        <w:rPr>
          <w:i/>
        </w:rPr>
        <w:t>Forty Love</w:t>
      </w:r>
      <w:r>
        <w:t xml:space="preserve"> looks like the pick for anyone after a lighter sports-romance angle.</w:t>
      </w:r>
      <w:r/>
    </w:p>
    <w:p>
      <w:r/>
      <w:r>
        <w:t xml:space="preserve">Release plans can change, so check the official platform or distributor pages before setting a date-night schedule. And if you’re choosing based on mood, the trailers are a good way to test the tone before committing: some promise a cosy escape, while others look ready to leave you thinking well after the credits.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A varied month for queer screen stories</w:t>
      </w:r>
      <w:r/>
    </w:p>
    <w:p>
      <w:r/>
      <w:r>
        <w:t>The October previews show how broad queer entertainment can be, moving between romance, animation, period drama and returning television. There’s no single viewing mood to satisfy, which is rather the point: whether you fancy a tender story or a sharper dose of drama, there’s something to add to the list.</w:t>
      </w:r>
      <w:r/>
    </w:p>
    <w:p>
      <w:r/>
      <w:r>
        <w:t>Pick a trailer, follow the official release updates and save the one that speaks to your mood.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3: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[6]</w:t>
        </w:r>
      </w:hyperlink>
      <w:r>
        <w:t xml:space="preserve">- Paragraph 6: </w:t>
      </w:r>
      <w:hyperlink r:id="rId14">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https://www.queerty.com/watch-the-gayest-movie-tv-trailers-that-dropped-in-october-2026-20261030/</w:t>
        </w:r>
      </w:hyperlink>
      <w:r>
        <w:t xml:space="preserve"> - Please view link - unable to able to access data</w:t>
      </w:r>
      <w:r/>
    </w:p>
    <w:p>
      <w:pPr>
        <w:pStyle w:val="ListNumber"/>
        <w:spacing w:line="240" w:lineRule="auto"/>
        <w:ind w:left="720"/>
      </w:pPr>
      <w:r/>
      <w:hyperlink r:id="rId9">
        <w:r>
          <w:rPr>
            <w:color w:val="0000EE"/>
            <w:u w:val="single"/>
          </w:rPr>
          <w:t>https://www.paramountpressexpress.com/paramount-plus/shows/yellowjackets/releases/?view=113407-paramount-releases-final-season-teaser-for-emmy-nominated-yellowjackets</w:t>
        </w:r>
      </w:hyperlink>
      <w:r>
        <w:t xml:space="preserve"> - Paramount+ announces the teaser for the fourth and final season of Yellowjackets, confirming that the series returns on 20 November. The announcement describes the survivors as finally home but still haunted by the cost of their survival. It recalls the show’s premise: a talented girls’ football team survives a plane crash in remote wilderness, and the story follows both their struggle to survive and their lives afterwards. The release lists the returning cast, including Melanie Lynskey, Christina Ricci, Tawny Cypress and Sophie Nélisse, alongside guest performers such as Hilary Swank and Elijah Wood. It also confirms that earlier seasons are available on Paramount+.</w:t>
      </w:r>
      <w:r/>
    </w:p>
    <w:p>
      <w:pPr>
        <w:pStyle w:val="ListNumber"/>
        <w:spacing w:line="240" w:lineRule="auto"/>
        <w:ind w:left="720"/>
      </w:pPr>
      <w:r/>
      <w:hyperlink r:id="rId10">
        <w:r>
          <w:rPr>
            <w:color w:val="0000EE"/>
            <w:u w:val="single"/>
          </w:rPr>
          <w:t>https://www.netflix.com/tudum/articles/the-body-plot-release-date-news?inapp=true</w:t>
        </w:r>
      </w:hyperlink>
      <w:r>
        <w:t xml:space="preserve"> - Netflix’s Tudum introduces The Body, a coming-of-age drama created by writer-director Quinn Shephard. The story centres on a Catholic school dance troupe whose initiation ritual goes wrong, triggering a frenzy that spreads through the surrounding community. The article describes the series as an eight-episode production and gives its Netflix release date as 11 November. It identifies the young cast, including Kristina Bogic, Sara Boustany, Geena Meszaros and Gabby Windey, who plays the troupe’s coach. It also outlines Shephard’s creative role and notes that Riley Keough is among the executive producers. The source supports the article’s information about the series’ premise, creative team and release.</w:t>
      </w:r>
      <w:r/>
    </w:p>
    <w:p>
      <w:pPr>
        <w:pStyle w:val="ListNumber"/>
        <w:spacing w:line="240" w:lineRule="auto"/>
        <w:ind w:left="720"/>
      </w:pPr>
      <w:r/>
      <w:hyperlink r:id="rId11">
        <w:r>
          <w:rPr>
            <w:color w:val="0000EE"/>
            <w:u w:val="single"/>
          </w:rPr>
          <w:t>https://media.netflix.com/en/only-on-netflix/82013700</w:t>
        </w:r>
      </w:hyperlink>
      <w:r>
        <w:t xml:space="preserve"> - Netflix’s Media Centre provides official details for the second season of The Hunting Wives, including its United States release date of 26 November 2026. The season begins with Sophie and Margo estranged, but old secrets and new adversaries draw them back together. The listing describes the show as a story of obsession, seduction and murder, following a woman who moves with her family from Boston to Texas and becomes close to a socialite. It names returning cast members Brittany Snow and Malin Åkerman, alongside Dermot Mulroney and other performers. This source supports the article’s account of the season’s launch date, central characters, setting and renewed relationship.</w:t>
      </w:r>
      <w:r/>
    </w:p>
    <w:p>
      <w:pPr>
        <w:pStyle w:val="ListNumber"/>
        <w:spacing w:line="240" w:lineRule="auto"/>
        <w:ind w:left="720"/>
      </w:pPr>
      <w:r/>
      <w:hyperlink r:id="rId12">
        <w:r>
          <w:rPr>
            <w:color w:val="0000EE"/>
            <w:u w:val="single"/>
          </w:rPr>
          <w:t>https://www.starz.com/us/en/series/p-valley/season-3/bonus/s3-teaser/74904</w:t>
        </w:r>
      </w:hyperlink>
      <w:r>
        <w:t xml:space="preserve"> - STARZ’s official P-Valley page hosts the season three teaser and confirms a two-episode premiere on Friday, 4 December. The page welcomes viewers back to The Pynk, the Mississippi Delta club at the centre of the series. As an official network listing, it supports the article’s claims about the trailer and the season’s premiere timing. The teaser page is focused on the new season rather than a detailed plot synopsis, so it offers limited additional story information. It nevertheless provides a direct route to the promotional video and verifies that the third season is being presented as a return to the world of the club and its performers.</w:t>
      </w:r>
      <w:r/>
    </w:p>
    <w:p>
      <w:pPr>
        <w:pStyle w:val="ListNumber"/>
        <w:spacing w:line="240" w:lineRule="auto"/>
        <w:ind w:left="720"/>
      </w:pPr>
      <w:r/>
      <w:hyperlink r:id="rId13">
        <w:r>
          <w:rPr>
            <w:color w:val="0000EE"/>
            <w:u w:val="single"/>
          </w:rPr>
          <w:t>https://mubi.com/en/films/coward-2026</w:t>
        </w:r>
      </w:hyperlink>
      <w:r>
        <w:t xml:space="preserve"> - MUBI’s film listing describes Coward as a 2026 Belgian and French drama directed by Lukas Dhont. Set amid the First World War, it follows two soldiers who find a fragile refuge in love and art amid the brutality of the trenches. The synopsis asks whether refusing violence can itself be an act of bravery. The page identifies the film as a MUBI release, classifies it as drama, war and history, and lists a 127-minute running time. It also provides the trailer and confirms a 25 December theatrical opening. This official distributor source supports the article’s description of Coward as a wartime love story and its release information.</w:t>
      </w:r>
      <w:r/>
    </w:p>
    <w:p>
      <w:pPr>
        <w:pStyle w:val="ListNumber"/>
        <w:spacing w:line="240" w:lineRule="auto"/>
        <w:ind w:left="720"/>
      </w:pPr>
      <w:r/>
      <w:hyperlink r:id="rId14">
        <w:r>
          <w:rPr>
            <w:color w:val="0000EE"/>
            <w:u w:val="single"/>
          </w:rPr>
          <w:t>https://www.screendaily.com/news/romeo-beckham-makes-acting-debut-in-studiocanals-forty-love/5217932.article?pubDate=20260626</w:t>
        </w:r>
      </w:hyperlink>
      <w:r>
        <w:t xml:space="preserve"> - Screen Daily reports that Romeo Beckham will make his acting debut in Forty Love, a French tennis film directed by Pierre-Ange Carlotti. The story follows a young tennis player striving to win a major tournament in Paris, whose world is unsettled by the arrival of a charismatic rival. Paul Kircher and Guillaume Canet are among the other named cast members. The report says Studiocanal holds worldwide sales rights and planned to release the film in France on 25 November 2026. It also notes that production took place in Monaco, Cannes and Paris and that the film was in post-production when reported. This supports the article’s cast, premise and release details.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amountpressexpress.com/paramount-plus/shows/yellowjackets/releases/?view=113407-paramount-releases-final-season-teaser-for-emmy-nominated-yellowjackets" TargetMode="External"/><Relationship Id="rId10" Type="http://schemas.openxmlformats.org/officeDocument/2006/relationships/hyperlink" Target="https://www.netflix.com/tudum/articles/the-body-plot-release-date-news?inapp=true" TargetMode="External"/><Relationship Id="rId11" Type="http://schemas.openxmlformats.org/officeDocument/2006/relationships/hyperlink" Target="https://media.netflix.com/en/only-on-netflix/82013700" TargetMode="External"/><Relationship Id="rId12" Type="http://schemas.openxmlformats.org/officeDocument/2006/relationships/hyperlink" Target="https://www.starz.com/us/en/series/p-valley/season-3/bonus/s3-teaser/74904" TargetMode="External"/><Relationship Id="rId13" Type="http://schemas.openxmlformats.org/officeDocument/2006/relationships/hyperlink" Target="https://mubi.com/en/films/coward-2026" TargetMode="External"/><Relationship Id="rId14" Type="http://schemas.openxmlformats.org/officeDocument/2006/relationships/hyperlink" Target="https://www.screendaily.com/news/romeo-beckham-makes-acting-debut-in-studiocanals-forty-love/5217932.article?pubDate=20260626" TargetMode="External"/><Relationship Id="rId15" Type="http://schemas.openxmlformats.org/officeDocument/2006/relationships/hyperlink" Target="https://www.queerty.com/watch-the-gayest-movie-tv-trailers-that-dropped-in-october-2026-202610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