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Events in Washington, DC,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 has more than costume parties on its LGBTQ+ Halloween calendar: the week also brings peer support, brunch, books and practical community services. From a lively drag show at Nellie’s to welcoming online groups, these events offer different ways to connect, whether you’re after a full afternoon out or a quieter evening on Zoom.</w:t>
      </w:r>
      <w:r/>
    </w:p>
    <w:p>
      <w:pPr>
        <w:pStyle w:val="Heading2"/>
      </w:pPr>
      <w:r>
        <w:t>Halloween week in DC offers more than parties</w:t>
      </w:r>
      <w:r/>
    </w:p>
    <w:p>
      <w:r/>
      <w:r>
        <w:t>A drag brunch, a queer horror novel and several welcoming online groups give Washington, DC’s LGBTQ+ community plenty of ways to spend the week around Halloween. The programme, listed by the DC Center for the LGBTQ+ Community and event organisers, mixes social outings with peer support and everyday resources.</w:t>
      </w:r>
      <w:r/>
    </w:p>
    <w:p>
      <w:r/>
      <w:r>
        <w:t>That variety is the point. Not everyone wants a packed dance floor or a costume contest; sometimes a friendly conversation, a shared meal or a book discussion is the better fit.</w:t>
      </w:r>
      <w:r/>
    </w:p>
    <w:p>
      <w:pPr>
        <w:pStyle w:val="Heading2"/>
      </w:pPr>
      <w:r>
        <w:t>Choose your kind of community gathering</w:t>
      </w:r>
      <w:r/>
    </w:p>
    <w:p>
      <w:r/>
      <w:r>
        <w:t>On Saturday, Go Gay DC’s LGBTQ+ Community Brunch is scheduled for 11 a.m. at Freddie’s Beach Bar &amp; Restaurant. The weekly gathering welcomes the DMV’s LGBTQ+ community and allies, with free attendance listed on Eventbrite.</w:t>
      </w:r>
      <w:r/>
    </w:p>
    <w:p>
      <w:r/>
      <w:r>
        <w:t>For a more theatrical Sunday, Nellie’s DC Drag Brunch is set for noon at Nellie’s Sports Bar. The event listing names Sapphire Blue, Deja Diamond and other performers, with tickets priced at $58.51. It’s a livelier option, and one worth booking ahead if you have your heart set on a seat.</w:t>
      </w:r>
      <w:r/>
    </w:p>
    <w:p>
      <w:pPr>
        <w:pStyle w:val="Heading2"/>
      </w:pPr>
      <w:r>
        <w:t>Find support and conversation online</w:t>
      </w:r>
      <w:r/>
    </w:p>
    <w:p>
      <w:r/>
      <w:r>
        <w:t>The week’s online programme includes a Trans Discussion Group on Friday, a Black Lesbian Support Group on Saturday and Genderqueer DC on Tuesday. These peer gatherings are intended for people seeking connection and shared experience, with the trans group also welcoming those who are questioning their gender identity or expression.</w:t>
      </w:r>
      <w:r/>
    </w:p>
    <w:p>
      <w:r/>
      <w:r>
        <w:t>There’s a practical side to the schedule, too. The DC Center’s Job Club is listed for Wednesday at 6 p.m., online upon request, offering support for people navigating a job search. For anyone who prefers a low-key start to the week, Monday’s Coffee Klatch brings older LGBTQ+ adults together for a social hour on Zoom.</w:t>
      </w:r>
      <w:r/>
    </w:p>
    <w:p>
      <w:pPr>
        <w:pStyle w:val="Heading2"/>
      </w:pPr>
      <w:r>
        <w:t>A book club brings queer horror to the table</w:t>
      </w:r>
      <w:r/>
    </w:p>
    <w:p>
      <w:r/>
      <w:r>
        <w:t xml:space="preserve">The Queer Book Club is scheduled to meet online on Tuesday at 7 p.m. Its October selection is </w:t>
      </w:r>
      <w:r>
        <w:rPr>
          <w:i/>
        </w:rPr>
        <w:t>Bury Your Gays</w:t>
      </w:r>
      <w:r>
        <w:t>, Chuck Tingle’s 2024 horror novel, which the event description frames around survival in a hostile world.</w:t>
      </w:r>
      <w:r/>
    </w:p>
    <w:p>
      <w:r/>
      <w:r>
        <w:t>A horror story can make for a fitting seasonal read, but the appeal goes beyond Halloween mood. The club focuses on queer books by queer authors, giving readers a chance to discuss the work together rather than simply add another title to the pile.</w:t>
      </w:r>
      <w:r/>
    </w:p>
    <w:p>
      <w:pPr>
        <w:pStyle w:val="Heading2"/>
      </w:pPr>
      <w:r>
        <w:t>Check the details before you go</w:t>
      </w:r>
      <w:r/>
    </w:p>
    <w:p>
      <w:r/>
      <w:r>
        <w:t>The schedule spans in-person venues and online meetings, so check the organiser’s current listing before making plans. That’s especially useful for events with tickets, Zoom access or attendance by request; the Job Club, for example, is listed as online upon request.</w:t>
      </w:r>
      <w:r/>
    </w:p>
    <w:p>
      <w:r/>
      <w:r>
        <w:t>The DC Center also lists its Fresh Produce Program for Thursday, with selected recipients due to be notified on Wednesday afternoon. No proof of residency or income is required, according to the programme details. For a week built around community, practical support belongs on the calendar just as much as brunch and books.</w:t>
      </w:r>
      <w:r/>
    </w:p>
    <w:p>
      <w:pPr>
        <w:pStyle w:val="Heading2"/>
      </w:pPr>
      <w:r>
        <w:t>Closing Line</w:t>
      </w:r>
      <w:r/>
    </w:p>
    <w:p>
      <w:r/>
      <w:r>
        <w:t>Whether you’re heading out for drag brunch or logging on for a quieter conversation, there’s room to make the week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Paragraph 4: </w:t>
      </w:r>
      <w:hyperlink r:id="rId12">
        <w:r>
          <w:rPr>
            <w:color w:val="0000EE"/>
            <w:u w:val="single"/>
          </w:rPr>
          <w:t>[4]</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4">
        <w:r>
          <w:rPr>
            <w:color w:val="0000EE"/>
            <w:u w:val="single"/>
          </w:rPr>
          <w:t>[7]</w:t>
        </w:r>
      </w:hyperlink>
      <w:r>
        <w:t xml:space="preserve">- Paragraph 8: </w:t>
      </w:r>
      <w:hyperlink r:id="rId15">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w:t>
      </w:r>
      <w:hyperlink r:id="rId15">
        <w:r>
          <w:rPr>
            <w:color w:val="0000EE"/>
            <w:u w:val="single"/>
          </w:rPr>
          <w:t>[6]</w:t>
        </w:r>
      </w:hyperlink>
      <w:r>
        <w:t xml:space="preserve">, </w:t>
      </w:r>
      <w:hyperlink r:id="rId14">
        <w:r>
          <w:rPr>
            <w:color w:val="0000EE"/>
            <w:u w:val="single"/>
          </w:rPr>
          <w:t>[7]</w:t>
        </w:r>
      </w:hyperlink>
      <w:r>
        <w:t xml:space="preserve">- Paragraph 10: </w:t>
      </w:r>
      <w:hyperlink r:id="rId14">
        <w:r>
          <w:rPr>
            <w:color w:val="0000EE"/>
            <w:u w:val="single"/>
          </w:rPr>
          <w:t>[7]</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https://www.washingtonblade.com/2026/10/30/halloween-events-lgbtq-dc/</w:t>
        </w:r>
      </w:hyperlink>
      <w:r>
        <w:t xml:space="preserve"> - Please view link - unable to able to access data</w:t>
      </w:r>
      <w:r/>
    </w:p>
    <w:p>
      <w:pPr>
        <w:pStyle w:val="ListNumber"/>
        <w:spacing w:line="240" w:lineRule="auto"/>
        <w:ind w:left="720"/>
      </w:pPr>
      <w:r/>
      <w:hyperlink r:id="rId10">
        <w:r>
          <w:rPr>
            <w:color w:val="0000EE"/>
            <w:u w:val="single"/>
          </w:rPr>
          <w:t>https://thedccenter.org/events-2/2026-10-23/</w:t>
        </w:r>
      </w:hyperlink>
      <w:r>
        <w:t xml:space="preserve"> - The DC LGBTQ+ Community Center’s events listing for Friday, 23 October 2026, confirms two activities described in the supplied calendar. The Center Aging Monthly Luncheon with Yoga is scheduled from noon to 2 p.m. at the Center, and the Trans Discussion Group is listed from 7 p.m. to 9 p.m. remotely via Zoom. The page identifies the events’ intended communities and provides event details, including how to ask about joining. It supports the dates, times, venues and general descriptions of these two gatherings. The listing is maintained by the organisation responsible for hosting the events, making it a direct source for the calendar information.</w:t>
      </w:r>
      <w:r/>
    </w:p>
    <w:p>
      <w:pPr>
        <w:pStyle w:val="ListNumber"/>
        <w:spacing w:line="240" w:lineRule="auto"/>
        <w:ind w:left="720"/>
      </w:pPr>
      <w:r/>
      <w:hyperlink r:id="rId11">
        <w:r>
          <w:rPr>
            <w:color w:val="0000EE"/>
            <w:u w:val="single"/>
          </w:rPr>
          <w:t>https://thedccenter.org/events-2/2026-10-24/</w:t>
        </w:r>
      </w:hyperlink>
      <w:r>
        <w:t xml:space="preserve"> - This event listing for Saturday, 24 October 2026, describes the DC Center’s Black Lesbian Support Group as a peer-led gathering organised with the Beta Kappa Chapter of Beta Phi Omega Sorority. The listing gives a time of 11 a.m. to 1 p.m. and explains that the group is devoted to the joys and challenges of being a Black Lesbian. It supports the supplied calendar’s description and date, although the calendar states a later starting time of 1 p.m.; readers should consult the event page for the host’s listed schedule. The same page also lists other Center activities happening that day.</w:t>
      </w:r>
      <w:r/>
    </w:p>
    <w:p>
      <w:pPr>
        <w:pStyle w:val="ListNumber"/>
        <w:spacing w:line="240" w:lineRule="auto"/>
        <w:ind w:left="720"/>
      </w:pPr>
      <w:r/>
      <w:hyperlink r:id="rId12">
        <w:r>
          <w:rPr>
            <w:color w:val="0000EE"/>
            <w:u w:val="single"/>
          </w:rPr>
          <w:t>https://www.eventbrite.com/e/nellies-dc-drag-brunch-tickets-1991393126448?aff=ebdssbdestsearch</w:t>
        </w:r>
      </w:hyperlink>
      <w:r>
        <w:t xml:space="preserve"> - Nellie’s Sports Bar’s Eventbrite page advertises its DC Drag Brunch on Sunday, 25 October, beginning at noon in Washington, DC. It names Sapphire Blue, Deja Diamond and other performers, matching the supplied calendar’s description of the show. The event description presents the brunch as an in-person drag performance and explains that ticket holders receive a buffet and a first mimosa or Bloody Mary. It also gives the venue address and practical ticket information. This event page provides direct support for the brunch’s date, time, location, performers and general format, while current or archived availability may differ from the calendar’s stated ticket price.</w:t>
      </w:r>
      <w:r/>
    </w:p>
    <w:p>
      <w:pPr>
        <w:pStyle w:val="ListNumber"/>
        <w:spacing w:line="240" w:lineRule="auto"/>
        <w:ind w:left="720"/>
      </w:pPr>
      <w:r/>
      <w:hyperlink r:id="rId13">
        <w:r>
          <w:rPr>
            <w:color w:val="0000EE"/>
            <w:u w:val="single"/>
          </w:rPr>
          <w:t>https://thedccenter.org/events-2/2026-10-27/</w:t>
        </w:r>
      </w:hyperlink>
      <w:r>
        <w:t xml:space="preserve"> - The DC Center’s Tuesday, 27 October 2026, event listing names both the Queer Book Club and Genderqueer DC as virtual gatherings. It lists the book club from 6:30 p.m. to 8 p.m. and Genderqueer DC from 7 p.m. to 9 p.m., supporting the supplied calendar’s date and online format. The book club listing directs participants to contact the Center for secure Zoom access; the Genderqueer DC listing gives similar access guidance. The page is an official event-calendar source and confirms that these activities were scheduled, though its published start time for the book club differs from the supplied text’s stated 7 p.m.</w:t>
      </w:r>
      <w:r/>
    </w:p>
    <w:p>
      <w:pPr>
        <w:pStyle w:val="ListNumber"/>
        <w:spacing w:line="240" w:lineRule="auto"/>
        <w:ind w:left="720"/>
      </w:pPr>
      <w:r/>
      <w:hyperlink r:id="rId15">
        <w:r>
          <w:rPr>
            <w:color w:val="0000EE"/>
            <w:u w:val="single"/>
          </w:rPr>
          <w:t>https://thedccenter.org/events/queer-book-club-via-zoom-2-2026-10-26/</w:t>
        </w:r>
      </w:hyperlink>
      <w:r>
        <w:t xml:space="preserve"> - This event page gives further details about the DC Center’s October 2026 Queer Book Club. It says the meeting is online and notes that, although the club usually meets on the fourth Monday, this month’s gathering is on the fourth Tuesday. The featured book is Bury Your Gays by Chuck Tingle, described as a 2024 horror novel about succeeding in a world that wants you dead. The page also tells participants to contact the Center for Zoom details and points to ways of accessing the book. It supports the supplied calendar’s reading choice, author, genre and explanation of the unusual meeting date.</w:t>
      </w:r>
      <w:r/>
    </w:p>
    <w:p>
      <w:pPr>
        <w:pStyle w:val="ListNumber"/>
        <w:spacing w:line="240" w:lineRule="auto"/>
        <w:ind w:left="720"/>
      </w:pPr>
      <w:r/>
      <w:hyperlink r:id="rId14">
        <w:r>
          <w:rPr>
            <w:color w:val="0000EE"/>
            <w:u w:val="single"/>
          </w:rPr>
          <w:t>https://thedccenter.org/events/job-club-virtual-hybrid-upon-request-2026-10-28/</w:t>
        </w:r>
      </w:hyperlink>
      <w:r>
        <w:t xml:space="preserve"> - The DC Center’s event page describes Job Club as a support programme for people entering or seeking employment, including those who have been unemployed long term. Its stated aims include strengthening confidence, motivation, resilience and job-search skills, and helping participants approach employers as candidates rather than merely applicants. The page lists an online meeting on Wednesday, 28 October 2026, from 6 p.m. to 7 p.m., and gives a contact route for further information. However, it also warns that Job Club is on temporary hiatus and that new dates will be announced when scheduled, an important qualification to the supplied calendar’s description.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30/halloween-events-lgbtq-dc/" TargetMode="External"/><Relationship Id="rId10" Type="http://schemas.openxmlformats.org/officeDocument/2006/relationships/hyperlink" Target="https://thedccenter.org/events-2/2026-10-23/" TargetMode="External"/><Relationship Id="rId11" Type="http://schemas.openxmlformats.org/officeDocument/2006/relationships/hyperlink" Target="https://thedccenter.org/events-2/2026-10-24/" TargetMode="External"/><Relationship Id="rId12" Type="http://schemas.openxmlformats.org/officeDocument/2006/relationships/hyperlink" Target="https://www.eventbrite.com/e/nellies-dc-drag-brunch-tickets-1991393126448?aff=ebdssbdestsearch" TargetMode="External"/><Relationship Id="rId13" Type="http://schemas.openxmlformats.org/officeDocument/2006/relationships/hyperlink" Target="https://thedccenter.org/events-2/2026-10-27/" TargetMode="External"/><Relationship Id="rId14" Type="http://schemas.openxmlformats.org/officeDocument/2006/relationships/hyperlink" Target="https://thedccenter.org/events/job-club-virtual-hybrid-upon-request-2026-10-28/" TargetMode="External"/><Relationship Id="rId15" Type="http://schemas.openxmlformats.org/officeDocument/2006/relationships/hyperlink" Target="https://thedccenter.org/events/queer-book-club-via-zoom-2-2026-1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