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Halloween Costume Ideas: Pop Culture Gets Playful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celebrities and creators are turning Halloween into a parade of clever, camp and gloriously niche references. From Janelle Monáe’s eerie Phish Boy to Keke Palmer’s family tribute to Michael Jackson’s “Scream”, these 2026 costumes show why the best looks aren’t always the most obvious: a sharp reference and a bit of commitment can steal the night.</w:t>
      </w:r>
      <w:r/>
    </w:p>
    <w:p>
      <w:pPr>
        <w:pStyle w:val="Heading2"/>
      </w:pPr>
      <w:r>
        <w:t>Essential Takeaways</w:t>
      </w:r>
      <w:r/>
      <w:r/>
    </w:p>
    <w:p>
      <w:pPr>
        <w:pStyle w:val="ListBullet"/>
        <w:spacing w:line="240" w:lineRule="auto"/>
        <w:ind w:left="720"/>
      </w:pPr>
      <w:r/>
      <w:r>
        <w:rPr>
          <w:b/>
        </w:rPr>
        <w:t>Niche references are having a moment:</w:t>
      </w:r>
      <w:r>
        <w:t xml:space="preserve"> Costumes draw on everything from Madonna lyrics to viral interview clips.</w:t>
      </w:r>
      <w:r/>
    </w:p>
    <w:p>
      <w:pPr>
        <w:pStyle w:val="ListBullet"/>
        <w:spacing w:line="240" w:lineRule="auto"/>
        <w:ind w:left="720"/>
      </w:pPr>
      <w:r/>
      <w:r>
        <w:rPr>
          <w:b/>
        </w:rPr>
        <w:t>Big transformations make a splash:</w:t>
      </w:r>
      <w:r>
        <w:t xml:space="preserve"> Janelle Monáe’s fish-human creation and Poison Ivy-inspired looks bring theatrical flair.</w:t>
      </w:r>
      <w:r/>
    </w:p>
    <w:p>
      <w:pPr>
        <w:pStyle w:val="ListBullet"/>
        <w:spacing w:line="240" w:lineRule="auto"/>
        <w:ind w:left="720"/>
      </w:pPr>
      <w:r/>
      <w:r>
        <w:rPr>
          <w:b/>
        </w:rPr>
        <w:t>Duos and groups add a twist:</w:t>
      </w:r>
      <w:r>
        <w:t xml:space="preserve"> Friends, couples and families are recreating familiar screen and music moments.</w:t>
      </w:r>
      <w:r/>
    </w:p>
    <w:p>
      <w:pPr>
        <w:pStyle w:val="ListBullet"/>
        <w:spacing w:line="240" w:lineRule="auto"/>
        <w:ind w:left="720"/>
      </w:pPr>
      <w:r/>
      <w:r>
        <w:rPr>
          <w:b/>
        </w:rPr>
        <w:t>A clear reference helps:</w:t>
      </w:r>
      <w:r>
        <w:t xml:space="preserve"> A recognisable outfit, prop or pose can make an obscure idea land.</w:t>
      </w:r>
      <w:r/>
      <w:r/>
    </w:p>
    <w:p>
      <w:pPr>
        <w:pStyle w:val="Heading2"/>
      </w:pPr>
      <w:r>
        <w:t>The best costumes have a story to tell</w:t>
      </w:r>
      <w:r/>
    </w:p>
    <w:p>
      <w:r/>
      <w:r>
        <w:t xml:space="preserve">The standout gay Halloween costumes of 2026 aren’t simply about looking fabulous. They’re tiny acts of storytelling, whether that means dressing as a lyric about Debi Mazar in a Madonna song or assembling a full Schitt’s Creek-inspired group look. The details do the heavy lifting, from a homemade elevator frame to Moira Rose’s unmistakable dramatic style. </w:t>
      </w:r>
      <w:hyperlink r:id="rId9">
        <w:r>
          <w:rPr>
            <w:color w:val="0000EE"/>
            <w:u w:val="single"/>
          </w:rPr>
          <w:t>[2]</w:t>
        </w:r>
      </w:hyperlink>
      <w:r>
        <w:t xml:space="preserve">, </w:t>
      </w:r>
      <w:hyperlink r:id="rId10">
        <w:r>
          <w:rPr>
            <w:color w:val="0000EE"/>
            <w:u w:val="single"/>
          </w:rPr>
          <w:t>[4]</w:t>
        </w:r>
      </w:hyperlink>
      <w:r/>
    </w:p>
    <w:p>
      <w:r/>
      <w:r>
        <w:t xml:space="preserve">That’s the joy of a deep cut: it rewards people who know the reference, while giving everyone else something to ask about. And when a costume needs explaining, that can be part of the fun rather than a flaw. </w:t>
      </w:r>
      <w:hyperlink r:id="rId9">
        <w:r>
          <w:rPr>
            <w:color w:val="0000EE"/>
            <w:u w:val="single"/>
          </w:rPr>
          <w:t>[2]</w:t>
        </w:r>
      </w:hyperlink>
      <w:r>
        <w:t xml:space="preserve">, </w:t>
      </w:r>
      <w:hyperlink r:id="rId10">
        <w:r>
          <w:rPr>
            <w:color w:val="0000EE"/>
            <w:u w:val="single"/>
          </w:rPr>
          <w:t>[4]</w:t>
        </w:r>
      </w:hyperlink>
      <w:r/>
    </w:p>
    <w:p>
      <w:pPr>
        <w:pStyle w:val="Heading2"/>
      </w:pPr>
      <w:r>
        <w:t>From eerie transformations to high-camp glamour</w:t>
      </w:r>
      <w:r/>
    </w:p>
    <w:p>
      <w:r/>
      <w:r>
        <w:t xml:space="preserve">Janelle Monáe went for creature-feature territory with Phish Boy, a fish-human hybrid with bulging eyes, sharp teeth and scaly skin. Vogue covered the costume, which shows how Halloween can be a chance to build a whole character rather than simply put on a themed outfit. </w:t>
      </w:r>
      <w:hyperlink r:id="rId11">
        <w:r>
          <w:rPr>
            <w:color w:val="0000EE"/>
            <w:u w:val="single"/>
          </w:rPr>
          <w:t>[3]</w:t>
        </w:r>
      </w:hyperlink>
      <w:r/>
    </w:p>
    <w:p>
      <w:r/>
      <w:r>
        <w:t xml:space="preserve">Other looks took a more glamorous route. Dove Cameron channelled Dr. Frank-N-Furter with a corset-inspired outfit, fishnets and dramatic make-up, while Demi Lovato’s Poison Ivy brought fiery red hair and leafy green details. For a lower-effort version of the same theatrical spirit, one bold colour and a memorable accessory can go a long way. </w:t>
      </w:r>
      <w:hyperlink r:id="rId9">
        <w:r>
          <w:rPr>
            <w:color w:val="0000EE"/>
            <w:u w:val="single"/>
          </w:rPr>
          <w:t>[2]</w:t>
        </w:r>
      </w:hyperlink>
      <w:r>
        <w:t xml:space="preserve">, </w:t>
      </w:r>
      <w:hyperlink r:id="rId10">
        <w:r>
          <w:rPr>
            <w:color w:val="0000EE"/>
            <w:u w:val="single"/>
          </w:rPr>
          <w:t>[4]</w:t>
        </w:r>
      </w:hyperlink>
      <w:r/>
    </w:p>
    <w:p>
      <w:pPr>
        <w:pStyle w:val="Heading2"/>
      </w:pPr>
      <w:r>
        <w:t>Famous scenes make brilliant costume ideas</w:t>
      </w:r>
      <w:r/>
    </w:p>
    <w:p>
      <w:r/>
      <w:r>
        <w:t xml:space="preserve">Some of the most instantly readable looks came from screen and music history. Keke Palmer and her young son recreated Janet and Michael Jackson’s matching black-and-white styling from the “Scream” video, a family costume that nods to an iconic performance without losing its personal touch. Complex reported on the tribute. </w:t>
      </w:r>
      <w:hyperlink r:id="rId12">
        <w:r>
          <w:rPr>
            <w:color w:val="0000EE"/>
            <w:u w:val="single"/>
          </w:rPr>
          <w:t>[5]</w:t>
        </w:r>
      </w:hyperlink>
      <w:r/>
    </w:p>
    <w:p>
      <w:r/>
      <w:r>
        <w:t xml:space="preserve">There were plenty more scene-stealers: Bob the Drag Queen and Monét X Change took on the Wilson sisters from White Chicks, while Benito Skinner and Mary Beth Barone recreated the awkward Ellen DeGeneres and Dakota Johnson interview. These costumes work because they capture more than clothes; a pose, expression or familiar prop helps bring the moment back to life. </w:t>
      </w:r>
      <w:hyperlink r:id="rId9">
        <w:r>
          <w:rPr>
            <w:color w:val="0000EE"/>
            <w:u w:val="single"/>
          </w:rPr>
          <w:t>[2]</w:t>
        </w:r>
      </w:hyperlink>
      <w:r>
        <w:t xml:space="preserve">, </w:t>
      </w:r>
      <w:hyperlink r:id="rId10">
        <w:r>
          <w:rPr>
            <w:color w:val="0000EE"/>
            <w:u w:val="single"/>
          </w:rPr>
          <w:t>[4]</w:t>
        </w:r>
      </w:hyperlink>
      <w:r/>
    </w:p>
    <w:p>
      <w:pPr>
        <w:pStyle w:val="Heading2"/>
      </w:pPr>
      <w:r>
        <w:t>How to make a niche costume land</w:t>
      </w:r>
      <w:r/>
    </w:p>
    <w:p>
      <w:r/>
      <w:r>
        <w:t xml:space="preserve">Start with one detail people can spot quickly. A red bandana and cowboy hat can suggest Woody, while a basketball and Wildcats jersey point towards Troy Bolton; for an especially specific idea, add a sign, prop or caption that makes the reference clearer. </w:t>
      </w:r>
      <w:hyperlink r:id="rId9">
        <w:r>
          <w:rPr>
            <w:color w:val="0000EE"/>
            <w:u w:val="single"/>
          </w:rPr>
          <w:t>[2]</w:t>
        </w:r>
      </w:hyperlink>
      <w:r>
        <w:t xml:space="preserve">, </w:t>
      </w:r>
      <w:hyperlink r:id="rId13">
        <w:r>
          <w:rPr>
            <w:color w:val="0000EE"/>
            <w:u w:val="single"/>
          </w:rPr>
          <w:t>[6]</w:t>
        </w:r>
      </w:hyperlink>
      <w:r/>
    </w:p>
    <w:p>
      <w:r/>
      <w:r>
        <w:t xml:space="preserve">Then think about comfort and practicality. If you’re heading to a busy party, choose pieces you can move in and avoid accessories that are awkward to carry all evening. The most memorable outfit is still more enjoyable when you can sit down, dance and enjoy the night in it. </w:t>
      </w:r>
      <w:hyperlink r:id="rId9">
        <w:r>
          <w:rPr>
            <w:color w:val="0000EE"/>
            <w:u w:val="single"/>
          </w:rPr>
          <w:t>[2]</w:t>
        </w:r>
      </w:hyperlink>
      <w:r>
        <w:t xml:space="preserve">, </w:t>
      </w:r>
      <w:hyperlink r:id="rId13">
        <w:r>
          <w:rPr>
            <w:color w:val="0000EE"/>
            <w:u w:val="single"/>
          </w:rPr>
          <w:t>[6]</w:t>
        </w:r>
      </w:hyperlink>
      <w:r/>
    </w:p>
    <w:p>
      <w:pPr>
        <w:pStyle w:val="Heading2"/>
      </w:pPr>
      <w:r>
        <w:t>The joke is often the whole point</w:t>
      </w:r>
      <w:r/>
    </w:p>
    <w:p>
      <w:r/>
      <w:r>
        <w:t xml:space="preserve">Not every costume needs to be polished or conventionally spooky. Creator Sarang Paraskar took on Molly, a singing bird automaton, while Todrick Hall turned a last-minute costume plea into the costume itself. It’s a good reminder that a smart idea can be funnier than an elaborate outfit. </w:t>
      </w:r>
      <w:hyperlink r:id="rId9">
        <w:r>
          <w:rPr>
            <w:color w:val="0000EE"/>
            <w:u w:val="single"/>
          </w:rPr>
          <w:t>[2]</w:t>
        </w:r>
      </w:hyperlink>
      <w:r>
        <w:t xml:space="preserve">, </w:t>
      </w:r>
      <w:hyperlink r:id="rId10">
        <w:r>
          <w:rPr>
            <w:color w:val="0000EE"/>
            <w:u w:val="single"/>
          </w:rPr>
          <w:t>[4]</w:t>
        </w:r>
      </w:hyperlink>
      <w:r/>
    </w:p>
    <w:p>
      <w:r/>
      <w:r>
        <w:t xml:space="preserve">Meanwhile, the annual High Heel Race in Washington, DC, gives political satire and extravagant looks a lively public stage. Whether you’re going for a famous character, an internet in-joke or something wonderfully odd, the strongest costumes feel like they belong to the person wearing them. </w:t>
      </w:r>
      <w:hyperlink r:id="rId9">
        <w:r>
          <w:rPr>
            <w:color w:val="0000EE"/>
            <w:u w:val="single"/>
          </w:rPr>
          <w:t>[2]</w:t>
        </w:r>
      </w:hyperlink>
      <w:r>
        <w:t xml:space="preserve">, </w:t>
      </w:r>
      <w:hyperlink r:id="rId14">
        <w:r>
          <w:rPr>
            <w:color w:val="0000EE"/>
            <w:u w:val="single"/>
          </w:rPr>
          <w:t>[7]</w:t>
        </w:r>
      </w:hyperlink>
      <w:r/>
    </w:p>
    <w:p>
      <w:r/>
      <w:r>
        <w:t>A great Halloween look doesn’t need a big budget; it needs a point of view.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https://www.out.com/gay-entertainment/sexy-gay-halloween-costumes</w:t>
        </w:r>
      </w:hyperlink>
      <w:r>
        <w:t xml:space="preserve"> - Please view link - unable to able to access data</w:t>
      </w:r>
      <w:r/>
    </w:p>
    <w:p>
      <w:pPr>
        <w:pStyle w:val="ListNumber"/>
        <w:spacing w:line="240" w:lineRule="auto"/>
        <w:ind w:left="720"/>
      </w:pPr>
      <w:r/>
      <w:hyperlink r:id="rId9">
        <w:r>
          <w:rPr>
            <w:color w:val="0000EE"/>
            <w:u w:val="single"/>
          </w:rPr>
          <w:t>https://www.out.com/gay-entertainment/sexy-gay-halloween-costumes</w:t>
        </w:r>
      </w:hyperlink>
      <w:r>
        <w:t xml:space="preserve"> - Out’s article rounds up queer celebrities’ and creators’ Halloween costumes for 2026, highlighting looks inspired by pop culture, films, television and internet jokes. Examples include a Madonna lyric recreated with a homemade elevator, a Schitt’s Creek group costume, and Zane Phillips’s portrayal of Eddie from the sports drama Test. It also describes Dove Cameron as Dr Frank-N-Furter, Bob the Drag Queen and Monét X Change as characters from White Chicks, and Janelle Monáe’s original Phish Boy creature. Other entries cover political satire, drag, horror, music-video tributes and deliberately obscure references. The piece presents the costumes as playful, camp and distinctly queer.</w:t>
      </w:r>
      <w:r/>
    </w:p>
    <w:p>
      <w:pPr>
        <w:pStyle w:val="ListNumber"/>
        <w:spacing w:line="240" w:lineRule="auto"/>
        <w:ind w:left="720"/>
      </w:pPr>
      <w:r/>
      <w:hyperlink r:id="rId11">
        <w:r>
          <w:rPr>
            <w:color w:val="0000EE"/>
            <w:u w:val="single"/>
          </w:rPr>
          <w:t>https://www.vogue.com/article/janelle-monae-halloween-phish-boy-costume-10-30-2026</w:t>
        </w:r>
      </w:hyperlink>
      <w:r>
        <w:t xml:space="preserve"> - Vogue reports on Janelle Monáe’s Phish Boy costume and the creative process behind the aquatic character. The article describes how Monáe developed the look for her Creature Carnival celebration, working with collaborators on its design and construction. It identifies costume-maker Alex Navarro and other members of the creative team, who helped bring the character’s distinctive uniform to life. Monáe explains that dressing in costume is about inhabiting a character, moving as that character and seeing how people react. The feature offers useful detail on the inspiration and craftsmanship behind one of the unusual Halloween creations also mentioned in Out’s roundup.</w:t>
      </w:r>
      <w:r/>
    </w:p>
    <w:p>
      <w:pPr>
        <w:pStyle w:val="ListNumber"/>
        <w:spacing w:line="240" w:lineRule="auto"/>
        <w:ind w:left="720"/>
      </w:pPr>
      <w:r/>
      <w:hyperlink r:id="rId10">
        <w:r>
          <w:rPr>
            <w:color w:val="0000EE"/>
            <w:u w:val="single"/>
          </w:rPr>
          <w:t>https://www.teenvogue.com/story/celebrity-halloween-costumes-2026</w:t>
        </w:r>
      </w:hyperlink>
      <w:r>
        <w:t xml:space="preserve"> - Teen Vogue surveys celebrity Halloween costumes appearing in 2026, describing the season’s early celebrity looks as intricate and inventive. The roundup includes North West’s several character transformations and Doja Cat’s Cinnamoroll costume, alongside a section on Janelle Monáe as “fish boy” and Jennifer Hudson as a butterfly. Its reporting supports the broader context of celebrities and creators using recognisable characters and pop-culture references for Halloween. The article is a developing gallery, reflecting looks shared before Halloween itself, rather than a complete account of the holiday. It complements Out’s more specifically queer-centred collection with a wider celebrity perspective.</w:t>
      </w:r>
      <w:r/>
    </w:p>
    <w:p>
      <w:pPr>
        <w:pStyle w:val="ListNumber"/>
        <w:spacing w:line="240" w:lineRule="auto"/>
        <w:ind w:left="720"/>
      </w:pPr>
      <w:r/>
      <w:hyperlink r:id="rId12">
        <w:r>
          <w:rPr>
            <w:color w:val="0000EE"/>
            <w:u w:val="single"/>
          </w:rPr>
          <w:t>https://www.complex.com/style/a/tracewilliamcowen/keke-palmer-michael-jackson-scream-halloween</w:t>
        </w:r>
      </w:hyperlink>
      <w:r>
        <w:t xml:space="preserve"> - Complex reports that Keke Palmer and her young son recreated the visual style of Michael and Janet Jackson’s 1995 “Scream” video for Halloween 2026. It describes Palmer’s elaborate tribute, their matching music-video-inspired appearance and the Instagram post through which she shared it. The story also notes the creative contributors tagged or credited in the post and quotes Palmer’s affectionate caption about making the memory with her son. This article independently supports Out’s account of the mother-and-son costume, connecting the recreation to the original video and explaining how Palmer presented the look to her audience.</w:t>
      </w:r>
      <w:r/>
    </w:p>
    <w:p>
      <w:pPr>
        <w:pStyle w:val="ListNumber"/>
        <w:spacing w:line="240" w:lineRule="auto"/>
        <w:ind w:left="720"/>
      </w:pPr>
      <w:r/>
      <w:hyperlink r:id="rId13">
        <w:r>
          <w:rPr>
            <w:color w:val="0000EE"/>
            <w:u w:val="single"/>
          </w:rPr>
          <w:t>https://www.hollywoodlife.com/pics/celebrity-halloween-costumes-2026-photos/</w:t>
        </w:r>
      </w:hyperlink>
      <w:r>
        <w:t xml:space="preserve"> - Hollywood Life presents a photo-led gallery of celebrity Halloween costumes for 2026, introducing the season as a weekend of creative celebrity dressing. The article notes that Halloween falls on a Saturday that year and says stars began sharing their looks during Halloweekend. Its opening entry features the Today show crew, with a few members paying homage to Friends. The gallery is designed to collect photographs and costume descriptions as more appearances emerge, rather than provide detailed reporting on every outfit. It offers supporting context for the article’s broader claim that public figures and entertainers were showcasing imaginative costumes during the 2026 Halloween period.</w:t>
      </w:r>
      <w:r/>
    </w:p>
    <w:p>
      <w:pPr>
        <w:pStyle w:val="ListNumber"/>
        <w:spacing w:line="240" w:lineRule="auto"/>
        <w:ind w:left="720"/>
      </w:pPr>
      <w:r/>
      <w:hyperlink r:id="rId14">
        <w:r>
          <w:rPr>
            <w:color w:val="0000EE"/>
            <w:u w:val="single"/>
          </w:rPr>
          <w:t>https://www.axios.com/local/seattle/2026/10/26/seattle-halloween-costumes-2026-google-frightgeist-rocky-horror</w:t>
        </w:r>
      </w:hyperlink>
      <w:r>
        <w:t xml:space="preserve"> - Axios’s Seattle report covers Google’s 2026 Halloween costume-trend findings for the metropolitan area. It says Frank-N-Furter from The Rocky Horror Picture Show ranked as Seattle’s leading trending costume, providing timely context for the character’s continued cultural visibility around Halloween. The report is about search interest and regional costume trends, not Dove Cameron’s individual outfit; it therefore supports the background relevance of the Rocky Horror reference rather than confirming the specific celebrity costume described by Out. Its local focus and concise presentation make it a useful complementary source on one of the article’s prominent queer-pop-culture touchstones.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gay-entertainment/sexy-gay-halloween-costumes" TargetMode="External"/><Relationship Id="rId10" Type="http://schemas.openxmlformats.org/officeDocument/2006/relationships/hyperlink" Target="https://www.teenvogue.com/story/celebrity-halloween-costumes-2026" TargetMode="External"/><Relationship Id="rId11" Type="http://schemas.openxmlformats.org/officeDocument/2006/relationships/hyperlink" Target="https://www.vogue.com/article/janelle-monae-halloween-phish-boy-costume-10-30-2026" TargetMode="External"/><Relationship Id="rId12" Type="http://schemas.openxmlformats.org/officeDocument/2006/relationships/hyperlink" Target="https://www.complex.com/style/a/tracewilliamcowen/keke-palmer-michael-jackson-scream-halloween" TargetMode="External"/><Relationship Id="rId13" Type="http://schemas.openxmlformats.org/officeDocument/2006/relationships/hyperlink" Target="https://www.hollywoodlife.com/pics/celebrity-halloween-costumes-2026-photos/" TargetMode="External"/><Relationship Id="rId14" Type="http://schemas.openxmlformats.org/officeDocument/2006/relationships/hyperlink" Target="https://www.axios.com/local/seattle/2026/10/26/seattle-halloween-costumes-2026-google-frightgeist-rocky-horr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