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Beijing Queer Film Festival Cancelled After Reported Police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filmmakers and audiences were preparing to gather in Beijing for one of mainland China’s longest-running independent film festivals. But the event was cancelled the night before its planned opening, after reported police harassment, leaving international guests, volunteers and local viewers without a place to share LGBTQ+ stories.</w:t>
      </w:r>
      <w:r/>
    </w:p>
    <w:p>
      <w:pPr>
        <w:pStyle w:val="Heading2"/>
      </w:pPr>
      <w:r>
        <w:t>Essential Takeaways</w:t>
      </w:r>
      <w:r/>
      <w:r/>
    </w:p>
    <w:p>
      <w:pPr>
        <w:pStyle w:val="ListBullet"/>
        <w:spacing w:line="240" w:lineRule="auto"/>
        <w:ind w:left="720"/>
      </w:pPr>
      <w:r/>
      <w:r>
        <w:rPr>
          <w:b/>
        </w:rPr>
        <w:t>Cancelled at short notice:</w:t>
      </w:r>
      <w:r>
        <w:t xml:space="preserve"> Organisers announced the cancellation on 29 October, the evening before the festival was due to open.</w:t>
      </w:r>
      <w:r/>
    </w:p>
    <w:p>
      <w:pPr>
        <w:pStyle w:val="ListBullet"/>
        <w:spacing w:line="240" w:lineRule="auto"/>
        <w:ind w:left="720"/>
      </w:pPr>
      <w:r/>
      <w:r>
        <w:rPr>
          <w:b/>
        </w:rPr>
        <w:t>A long-running event:</w:t>
      </w:r>
      <w:r>
        <w:t xml:space="preserve"> Founded in 2001, the Beijing Queer Film Festival has provided a public platform for LGBTQ+ films and discussion.</w:t>
      </w:r>
      <w:r/>
    </w:p>
    <w:p>
      <w:pPr>
        <w:pStyle w:val="ListBullet"/>
        <w:spacing w:line="240" w:lineRule="auto"/>
        <w:ind w:left="720"/>
      </w:pPr>
      <w:r/>
      <w:r>
        <w:rPr>
          <w:b/>
        </w:rPr>
        <w:t>Reported pressure:</w:t>
      </w:r>
      <w:r>
        <w:t xml:space="preserve"> The Guardian said organisers faced repeated calls from police in the weeks before the event.</w:t>
      </w:r>
      <w:r/>
    </w:p>
    <w:p>
      <w:pPr>
        <w:pStyle w:val="ListBullet"/>
        <w:spacing w:line="240" w:lineRule="auto"/>
        <w:ind w:left="720"/>
      </w:pPr>
      <w:r/>
      <w:r>
        <w:rPr>
          <w:b/>
        </w:rPr>
        <w:t>Strong community interest:</w:t>
      </w:r>
      <w:r>
        <w:t xml:space="preserve"> International filmmakers had travelled to China, while last year the festival received 200 volunteer applications.</w:t>
      </w:r>
      <w:r/>
    </w:p>
    <w:p>
      <w:pPr>
        <w:pStyle w:val="ListBullet"/>
        <w:spacing w:line="240" w:lineRule="auto"/>
        <w:ind w:left="720"/>
      </w:pPr>
      <w:r/>
      <w:r>
        <w:rPr>
          <w:b/>
        </w:rPr>
        <w:t>No new date announced:</w:t>
      </w:r>
      <w:r>
        <w:t xml:space="preserve"> The report did not give a replacement date for the screenings.</w:t>
      </w:r>
      <w:r/>
      <w:r/>
    </w:p>
    <w:p>
      <w:pPr>
        <w:pStyle w:val="Heading2"/>
      </w:pPr>
      <w:r>
        <w:t>Beijing’s queer film festival cancelled on the eve of opening</w:t>
      </w:r>
      <w:r/>
    </w:p>
    <w:p>
      <w:r/>
      <w:r>
        <w:t>The screenings never began. Organisers announced on Instagram late on 29 October that Love Queer Film Week, the name used in their statement, had been cancelled. The festival had been scheduled to open the following day, leaving little time for visitors and invited filmmakers to change their plans.</w:t>
      </w:r>
      <w:r/>
    </w:p>
    <w:p>
      <w:r/>
      <w:r>
        <w:t>According to The Guardian, the decision followed sustained pressure from authorities, including repeated police phone calls in recent weeks. The newspaper said Beijing’s public security bureau could not be reached for comment. Organisers apologised to people who had planned to take part or attend, and no replacement date was reported.</w:t>
      </w:r>
      <w:r/>
    </w:p>
    <w:p>
      <w:pPr>
        <w:pStyle w:val="Heading2"/>
      </w:pPr>
      <w:r>
        <w:t>A festival with roots dating back to 2001</w:t>
      </w:r>
      <w:r/>
    </w:p>
    <w:p>
      <w:r/>
      <w:r>
        <w:t>The Beijing Queer Film Festival was founded by Peking University students in 2001. The Guardian describes it as the only film festival in mainland China offering a public forum for films and discussions about LGBTQ+ issues.</w:t>
      </w:r>
      <w:r/>
    </w:p>
    <w:p>
      <w:r/>
      <w:r>
        <w:t>That makes a cancelled programme about more than missed screenings. Festivals bring people together around stories they may rarely encounter in public, and give filmmakers and audiences a chance to talk face to face. Professor Hongwei Bao of the University of St Andrews called the event “a beacon for LGBT resilience” in comments to The Guardian, warning that its shutdown could have a chilling effect on China’s queer community.</w:t>
      </w:r>
      <w:r/>
    </w:p>
    <w:p>
      <w:pPr>
        <w:pStyle w:val="Heading2"/>
      </w:pPr>
      <w:r>
        <w:t>What reported pressure means for public screenings</w:t>
      </w:r>
      <w:r/>
    </w:p>
    <w:p>
      <w:r/>
      <w:r>
        <w:t>The cancellation comes amid wider concerns about the space available for civil society and independent cultural events in China. Maya Wang, deputy Asia director at Human Rights Watch, told The Guardian that pressures on civil society, LGBTQ+ communities and independent filmmakers overlap at events such as this one.</w:t>
      </w:r>
      <w:r/>
    </w:p>
    <w:p>
      <w:r/>
      <w:r>
        <w:t>There have been other reported disruptions, too. Le Monde reported that LGBTQ+-themed screenings planned at Beijing’s Institut Français during Pride month in June were cancelled following police harassment. The incidents are separate, but together they point to how difficult it can be to stage public screenings and discussion.</w:t>
      </w:r>
      <w:r/>
    </w:p>
    <w:p>
      <w:pPr>
        <w:pStyle w:val="Heading2"/>
      </w:pPr>
      <w:r>
        <w:t>Filmmakers and volunteers were still showing up</w:t>
      </w:r>
      <w:r/>
    </w:p>
    <w:p>
      <w:r/>
      <w:r>
        <w:t>Despite the pressure, interest in the festival had not faded. Several international filmmakers whose work had been selected had already travelled to China, while the festival received 200 volunteer applications last year, four times as many as in 2024.</w:t>
      </w:r>
      <w:r/>
    </w:p>
    <w:p>
      <w:r/>
      <w:r>
        <w:t>Those figures make the cancellation feel especially stark: people were ready to give their time, travel and attention to the event. For anyone following queer cinema in China, the most useful next step is to check the festival’s official updates before making plans; no rescheduled dates have been announced.</w:t>
      </w:r>
      <w:r/>
    </w:p>
    <w:p>
      <w:r/>
      <w:r>
        <w:t>The screenings were cancelled, but the appetite for queer stories and shared spaces remains clear.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https://b-gay.com/beijing-queer-film-festival-cancelled-after-reported-police-harassment/</w:t>
        </w:r>
      </w:hyperlink>
      <w:r>
        <w:t xml:space="preserve"> - Please view link - unable to able to access data</w:t>
      </w:r>
      <w:r/>
    </w:p>
    <w:p>
      <w:pPr>
        <w:pStyle w:val="ListNumber"/>
        <w:spacing w:line="240" w:lineRule="auto"/>
        <w:ind w:left="720"/>
      </w:pPr>
      <w:r/>
      <w:hyperlink r:id="rId10">
        <w:r>
          <w:rPr>
            <w:color w:val="0000EE"/>
            <w:u w:val="single"/>
          </w:rPr>
          <w:t>https://www.theguardian.com/world/2026/oct/30/beijing-queer-film-festival-cancelled-after-police-harassment</w:t>
        </w:r>
      </w:hyperlink>
      <w:r>
        <w:t xml:space="preserve"> - The Guardian reports that Beijing’s annual independent queer film festival was cancelled shortly before its scheduled opening on 30 October 2026. Organisers announced the cancellation of Love Queer Film Week on Instagram the previous evening, apologising to participants and audiences without publicly giving a reason. The newspaper says police had made repeated calls to the festival in recent weeks, while noting that Beijing’s public security bureau could not be reached for comment. Founded by Peking University students in 2001, the event provided a public forum for LGBTQ+ films and discussion. The article also covers pressure on queer communities, filmmakers and civil society, and reports strong volunteer interest.</w:t>
      </w:r>
      <w:r/>
    </w:p>
    <w:p>
      <w:pPr>
        <w:pStyle w:val="ListNumber"/>
        <w:spacing w:line="240" w:lineRule="auto"/>
        <w:ind w:left="720"/>
      </w:pPr>
      <w:r/>
      <w:hyperlink r:id="rId11">
        <w:r>
          <w:rPr>
            <w:color w:val="0000EE"/>
            <w:u w:val="single"/>
          </w:rPr>
          <w:t>https://www.bjqff.com/about-festival/festival-introduction/</w:t>
        </w:r>
      </w:hyperlink>
      <w:r>
        <w:t xml:space="preserve"> - The Beijing Queer Film Festival’s own introduction traces its beginnings to December 2001, when students from the Peking University Student Cinema Association organised the first event. It describes subsequent editions and changes of name, culminating in the Beijing Queer Film Festival title. The organisers present it as a rare independent mainland Chinese forum for films and discussions about sexuality and gender identities. The page recounts the challenges of organising within a difficult social and political environment, as well as support from individuals and groups. It describes the festival’s growth from screenings of local films into an international programme, with guests, audiences and collaborations with overseas queer film festivals.</w:t>
      </w:r>
      <w:r/>
    </w:p>
    <w:p>
      <w:pPr>
        <w:pStyle w:val="ListNumber"/>
        <w:spacing w:line="240" w:lineRule="auto"/>
        <w:ind w:left="720"/>
      </w:pPr>
      <w:r/>
      <w:hyperlink r:id="rId12">
        <w:r>
          <w:rPr>
            <w:color w:val="0000EE"/>
            <w:u w:val="single"/>
          </w:rPr>
          <w:t>https://www.hrw.org/world-report/2026/country-chapters/china</w:t>
        </w:r>
      </w:hyperlink>
      <w:r>
        <w:t xml:space="preserve"> - Human Rights Watch’s China chapter in the 2026 World Report outlines restrictions on civil society and LGBTQ+ expression. Its section on sexual orientation and gender identity says that, despite rising public acceptance of equal rights, authorities have promoted heterosexual gender norms and censored LGBTQ+ content. The report also describes arrests and charges against female writers over homoerotic novels published online, and the alteration of an Australian film featuring a wedding between two men. This material provides broader context for reporting about pressure on queer cultural events and diminishing space for public LGBTQ+ discussion in China. It is a country-level assessment, rather than a report specifically about the Beijing festival.</w:t>
      </w:r>
      <w:r/>
    </w:p>
    <w:p>
      <w:pPr>
        <w:pStyle w:val="ListNumber"/>
        <w:spacing w:line="240" w:lineRule="auto"/>
        <w:ind w:left="720"/>
      </w:pPr>
      <w:r/>
      <w:hyperlink r:id="rId13">
        <w:r>
          <w:rPr>
            <w:color w:val="0000EE"/>
            <w:u w:val="single"/>
          </w:rPr>
          <w:t>https://www.lemonde.fr/en/international/article/2026/06/11/chinese-authorities-pressure-beijing-s-institut-francais-to-halt-screenings-of-films-featuring-same-sex-relationships_6754326_4.html</w:t>
        </w:r>
      </w:hyperlink>
      <w:r>
        <w:t xml:space="preserve"> - Le Monde reports that Beijing’s Institut Français cancelled planned screenings of two French films with LGBTQ+ themes in June 2026 after pressure from Chinese police. The programme had included screenings and discussions during Pride month. According to sources cited by the newspaper, officers entered the cultural centre, questioned Chinese attendees and sought to view the films; the institute declined that request and the screenings were cancelled. The report explains that officials’ intervention followed phone calls and describes concerns about further harassment of staff. It also notes that a separate gender-related event at Beijing’s Goethe-Institut had to move online. The article gives independent context for the festival report’s account of curtailed screenings.</w:t>
      </w:r>
      <w:r/>
    </w:p>
    <w:p>
      <w:pPr>
        <w:pStyle w:val="ListNumber"/>
        <w:spacing w:line="240" w:lineRule="auto"/>
        <w:ind w:left="720"/>
      </w:pPr>
      <w:r/>
      <w:hyperlink r:id="rId14">
        <w:r>
          <w:rPr>
            <w:color w:val="0000EE"/>
            <w:u w:val="single"/>
          </w:rPr>
          <w:t>https://www.the-independent.com/asia/china/china-french-embassy-pride-film-crackdown-b2992315.html</w:t>
        </w:r>
      </w:hyperlink>
      <w:r>
        <w:t xml:space="preserve"> - The Independent reports that a Pride-month film programme at Beijing’s French cultural centre was cancelled amid alleged police pressure. The planned screenings featured films celebrating or depicting LGBTQ+ lives, and the report describes the cancellations as part of a wider reduction in space for LGBTQ+ events in China. It notes that the centre is an important venue for independent cinema and had hosted Beijing Queer Film Festival screenings in previous years. The article also describes problems with the centre’s online ticket listings and refers to reports of censorship affecting LGBTQ+-themed films. This account offers further reporting on the separate Institut Français cancellations mentioned in coverage of the festival’s shutdown.</w:t>
      </w:r>
      <w:r/>
    </w:p>
    <w:p>
      <w:pPr>
        <w:pStyle w:val="ListNumber"/>
        <w:spacing w:line="240" w:lineRule="auto"/>
        <w:ind w:left="720"/>
      </w:pPr>
      <w:r/>
      <w:hyperlink r:id="rId15">
        <w:r>
          <w:rPr>
            <w:color w:val="0000EE"/>
            <w:u w:val="single"/>
          </w:rPr>
          <w:t>https://www.bjqff.com/latest-news/2026volunteer/</w:t>
        </w:r>
      </w:hyperlink>
      <w:r>
        <w:t xml:space="preserve"> - The Beijing Queer Film Festival’s 2026 volunteer recruitment notice invites people in Beijing to help with translation, guest reception, on-site operations and publicity. It describes volunteer contributions as important to the event and outlines practical requirements, including availability during the autumn festival period and an interest in queer cinema or related issues. Benefits listed include meals for on-site volunteers, free festival screenings, a certificate, festival merchandise and opportunities to meet guests, audiences and filmmakers. The notice does not verify the later report that 200 applications were received, nor explain the festival’s cancellation. It does, however, document the organisers’ recruitment effort and the range of volunteer roles planned for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beijing-queer-film-festival-cancelled-after-reported-police-harassment/" TargetMode="External"/><Relationship Id="rId10" Type="http://schemas.openxmlformats.org/officeDocument/2006/relationships/hyperlink" Target="https://www.theguardian.com/world/2026/oct/30/beijing-queer-film-festival-cancelled-after-police-harassment" TargetMode="External"/><Relationship Id="rId11" Type="http://schemas.openxmlformats.org/officeDocument/2006/relationships/hyperlink" Target="https://www.bjqff.com/about-festival/festival-introduction/" TargetMode="External"/><Relationship Id="rId12" Type="http://schemas.openxmlformats.org/officeDocument/2006/relationships/hyperlink" Target="https://www.hrw.org/world-report/2026/country-chapters/china" TargetMode="External"/><Relationship Id="rId13" Type="http://schemas.openxmlformats.org/officeDocument/2006/relationships/hyperlink" Target="https://www.lemonde.fr/en/international/article/2026/06/11/chinese-authorities-pressure-beijing-s-institut-francais-to-halt-screenings-of-films-featuring-same-sex-relationships_6754326_4.html" TargetMode="External"/><Relationship Id="rId14" Type="http://schemas.openxmlformats.org/officeDocument/2006/relationships/hyperlink" Target="https://www.the-independent.com/asia/china/china-french-embassy-pride-film-crackdown-b2992315.html" TargetMode="External"/><Relationship Id="rId15" Type="http://schemas.openxmlformats.org/officeDocument/2006/relationships/hyperlink" Target="https://www.bjqff.com/latest-news/2026volunt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