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12 Sapphic Novels to Read While AO3 Is Offline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With Archive of Our Own temporarily unavailable, readers looking for lesbian and queer women’s fiction can turn to a dozen very different novels. From reality-show wedding chaos to magical mysteries and tender historical love stories, these sapphic book picks offer familiar romantic sparks, fresh worlds and a satisfying change of page.</w:t>
      </w:r>
      <w:r/>
    </w:p>
    <w:p>
      <w:pPr>
        <w:pStyle w:val="Heading2"/>
      </w:pPr>
      <w:r>
        <w:t>Essential Takeaways</w:t>
      </w:r>
      <w:r/>
      <w:r/>
    </w:p>
    <w:p>
      <w:pPr>
        <w:pStyle w:val="ListBullet"/>
        <w:spacing w:line="240" w:lineRule="auto"/>
        <w:ind w:left="720"/>
      </w:pPr>
      <w:r/>
      <w:r>
        <w:rPr>
          <w:b/>
        </w:rPr>
        <w:t>A mix of moods:</w:t>
      </w:r>
      <w:r>
        <w:t xml:space="preserve"> The selection spans contemporary romance, fantasy, mystery and historical fiction.</w:t>
      </w:r>
      <w:r/>
    </w:p>
    <w:p>
      <w:pPr>
        <w:pStyle w:val="ListBullet"/>
        <w:spacing w:line="240" w:lineRule="auto"/>
        <w:ind w:left="720"/>
      </w:pPr>
      <w:r/>
      <w:r>
        <w:rPr>
          <w:b/>
        </w:rPr>
        <w:t>For reality-show fans:</w:t>
      </w:r>
      <w:r>
        <w:t xml:space="preserve"> Chencia C. Higgins’s </w:t>
      </w:r>
      <w:r>
        <w:rPr>
          <w:i/>
        </w:rPr>
        <w:t>D’Vaughn and Kris Plan a Wedding</w:t>
      </w:r>
      <w:r>
        <w:t xml:space="preserve"> pairs two contestants in a high-stakes televised challenge.</w:t>
      </w:r>
      <w:r/>
    </w:p>
    <w:p>
      <w:pPr>
        <w:pStyle w:val="ListBullet"/>
        <w:spacing w:line="240" w:lineRule="auto"/>
        <w:ind w:left="720"/>
      </w:pPr>
      <w:r/>
      <w:r>
        <w:rPr>
          <w:b/>
        </w:rPr>
        <w:t>For history lovers:</w:t>
      </w:r>
      <w:r>
        <w:t xml:space="preserve"> Malinda Lo’s </w:t>
      </w:r>
      <w:r>
        <w:rPr>
          <w:i/>
        </w:rPr>
        <w:t>Last Night at the Telegraph Club</w:t>
      </w:r>
      <w:r>
        <w:t xml:space="preserve"> follows a teenager discovering her sexuality in 1950s San Francisco.</w:t>
      </w:r>
      <w:r/>
    </w:p>
    <w:p>
      <w:pPr>
        <w:pStyle w:val="ListBullet"/>
        <w:spacing w:line="240" w:lineRule="auto"/>
        <w:ind w:left="720"/>
      </w:pPr>
      <w:r/>
      <w:r>
        <w:rPr>
          <w:b/>
        </w:rPr>
        <w:t>For a more unusual romance:</w:t>
      </w:r>
      <w:r>
        <w:t xml:space="preserve"> Casey McQuiston’s </w:t>
      </w:r>
      <w:r>
        <w:rPr>
          <w:i/>
        </w:rPr>
        <w:t>One Last Stop</w:t>
      </w:r>
      <w:r>
        <w:t xml:space="preserve"> brings a time-displaced woman onto a New York subway.</w:t>
      </w:r>
      <w:r/>
    </w:p>
    <w:p>
      <w:pPr>
        <w:pStyle w:val="ListBullet"/>
        <w:spacing w:line="240" w:lineRule="auto"/>
        <w:ind w:left="720"/>
      </w:pPr>
      <w:r/>
      <w:r>
        <w:rPr>
          <w:b/>
        </w:rPr>
        <w:t>AO3 status can change:</w:t>
      </w:r>
      <w:r>
        <w:t xml:space="preserve"> The archive’s official status page is the place to check for service updates.</w:t>
      </w:r>
      <w:r/>
      <w:r/>
    </w:p>
    <w:p>
      <w:pPr>
        <w:pStyle w:val="Heading2"/>
      </w:pPr>
      <w:r>
        <w:t>When AO3 goes quiet, books offer a different kind of escape</w:t>
      </w:r>
      <w:r/>
    </w:p>
    <w:p>
      <w:r/>
      <w:r>
        <w:t>A favourite fan-fiction archive disappearing is a peculiar sort of reading emergency: the stories are still in your head, but the usual route to them is gone. The outage was linked to a security incident, and the archive’s status page provides updates as the team works on the issue.</w:t>
      </w:r>
      <w:r/>
    </w:p>
    <w:p>
      <w:r/>
      <w:r>
        <w:t>For readers keen to keep a sapphic story close at hand, a novel can be a welcome change of pace. These 12 picks cover everything from cosy romantic mischief to sprawling fantasy, so there’s no need to settle for a story that doesn’t suit your mood.</w:t>
      </w:r>
      <w:r/>
    </w:p>
    <w:p>
      <w:pPr>
        <w:pStyle w:val="Heading2"/>
      </w:pPr>
      <w:r>
        <w:t>Start with a wedding, a rivalry or a very bad idea</w:t>
      </w:r>
      <w:r/>
    </w:p>
    <w:p>
      <w:r/>
      <w:r>
        <w:t xml:space="preserve">In </w:t>
      </w:r>
      <w:r>
        <w:rPr>
          <w:i/>
        </w:rPr>
        <w:t>D’Vaughn and Kris Plan a Wedding</w:t>
      </w:r>
      <w:r>
        <w:t>, Chencia C. Higgins sets two women up on a reality show where they have six weeks to persuade their families that they’re getting married, with a $100,000 prize at stake. It’s an irresistible setup for anyone who enjoys forced proximity, playful tension and the obvious question of whether the cameras will catch real feelings.</w:t>
      </w:r>
      <w:r/>
    </w:p>
    <w:p>
      <w:r/>
      <w:r>
        <w:t xml:space="preserve">For a sharper turn, Allison Saft’s </w:t>
      </w:r>
      <w:r>
        <w:rPr>
          <w:i/>
        </w:rPr>
        <w:t>A Dark and Drowning Tide</w:t>
      </w:r>
      <w:r>
        <w:t xml:space="preserve"> sends folklorist Lorelei on a search for a legendary spring. After her mentor is murdered, she must work with Sylvia, her long-standing academic rival, to solve the mystery. And in Meka James’s </w:t>
      </w:r>
      <w:r>
        <w:rPr>
          <w:i/>
        </w:rPr>
        <w:t>Love and Sportsball</w:t>
      </w:r>
      <w:r>
        <w:t>, a one-night stand becomes distinctly awkward when athletic trainer Khadijah discovers her new job puts her close to Shae, the basketball player she slept with.</w:t>
      </w:r>
      <w:r/>
    </w:p>
    <w:p>
      <w:pPr>
        <w:pStyle w:val="Heading2"/>
      </w:pPr>
      <w:r>
        <w:t>For readers who like a little magic with their romance</w:t>
      </w:r>
      <w:r/>
    </w:p>
    <w:p>
      <w:r/>
      <w:r>
        <w:t xml:space="preserve">Fantasy fans have two very different worlds to choose from. Tasha Suri’s </w:t>
      </w:r>
      <w:r>
        <w:rPr>
          <w:i/>
        </w:rPr>
        <w:t>The Jasmine Throne</w:t>
      </w:r>
      <w:r>
        <w:t xml:space="preserve"> follows imprisoned princess Malini as she forms an uneasy alliance with Priya, a maidservant with dangerous magical powers. Meanwhile, Kiri Callaghan’s </w:t>
      </w:r>
      <w:r>
        <w:rPr>
          <w:i/>
        </w:rPr>
        <w:t>The Hearth Witch’s Guide to Magic &amp; Murder</w:t>
      </w:r>
      <w:r>
        <w:t xml:space="preserve"> mixes a supernatural investigation in London with the complications that follow when changeling Avery reveals the existence of the Fey to her neighbour Saga.</w:t>
      </w:r>
      <w:r/>
    </w:p>
    <w:p>
      <w:r/>
      <w:r>
        <w:t xml:space="preserve">If you’d rather have a romance with a cosmic twist, Annie Mare’s </w:t>
      </w:r>
      <w:r>
        <w:rPr>
          <w:i/>
        </w:rPr>
        <w:t>Cosmic Love at the Multiverse Hair Salon</w:t>
      </w:r>
      <w:r>
        <w:t xml:space="preserve"> begins with a text sent to the wrong person. Hairstylist Tressa Fay hits it off with the stranger on the other end, only to discover they’re communicating across timelines. It’s a neatly odd premise for anyone who likes their love stories with a side of what-on-earth-is-going-on.</w:t>
      </w:r>
      <w:r/>
    </w:p>
    <w:p>
      <w:pPr>
        <w:pStyle w:val="Heading2"/>
      </w:pPr>
      <w:r>
        <w:t>Historical stories bring texture and longing</w:t>
      </w:r>
      <w:r/>
    </w:p>
    <w:p>
      <w:r/>
      <w:r>
        <w:t xml:space="preserve">Malinda Lo’s </w:t>
      </w:r>
      <w:r>
        <w:rPr>
          <w:i/>
        </w:rPr>
        <w:t>Last Night at the Telegraph Club</w:t>
      </w:r>
      <w:r>
        <w:t xml:space="preserve"> takes readers to San Francisco in 1954, where 17-year-old Lily Hu begins exploring her sexuality after meeting Kathleen Miller and discovering a lesbian bar in Chinatown. The setting gives the story a strong sense of place, while Lily’s experience of first love and self-discovery gives it an intimate pull.</w:t>
      </w:r>
      <w:r/>
    </w:p>
    <w:p>
      <w:r/>
      <w:r>
        <w:t xml:space="preserve">Yael van der Wouden’s </w:t>
      </w:r>
      <w:r>
        <w:rPr>
          <w:i/>
        </w:rPr>
        <w:t>The Safekeep</w:t>
      </w:r>
      <w:r>
        <w:t xml:space="preserve"> shifts the scene to the Netherlands in 1961. Isabel’s solitary routine is disrupted when her brother’s girlfriend, Eva, comes to stay at the family home for the summer. The official publisher listing offers a useful place to check the book’s details before adding it to your reading pile.</w:t>
      </w:r>
      <w:r/>
    </w:p>
    <w:p>
      <w:pPr>
        <w:pStyle w:val="Heading2"/>
      </w:pPr>
      <w:r>
        <w:t>Choose your next read by the mood you want</w:t>
      </w:r>
      <w:r/>
    </w:p>
    <w:p>
      <w:r/>
      <w:r>
        <w:t xml:space="preserve">For contemporary chemistry, </w:t>
      </w:r>
      <w:r>
        <w:rPr>
          <w:i/>
        </w:rPr>
        <w:t>Delilah Green Doesn’t Care</w:t>
      </w:r>
      <w:r>
        <w:t xml:space="preserve"> by Ashley Herring Blake brings photographer Delilah back to her hometown for her estranged stepsister’s wedding, where she reconnects with Claire and joins a plan to derail a terrible engagement. </w:t>
      </w:r>
      <w:r>
        <w:rPr>
          <w:i/>
        </w:rPr>
        <w:t>Mistakes Were Made</w:t>
      </w:r>
      <w:r>
        <w:t xml:space="preserve"> by Meryl Wilsner takes a more combustible route: college senior Cassie wakes after a one-night stand to discover she slept with her best friend’s mother.</w:t>
      </w:r>
      <w:r/>
    </w:p>
    <w:p>
      <w:r/>
      <w:r>
        <w:t xml:space="preserve">If you want something gentler or more literary, Nina LaCour’s </w:t>
      </w:r>
      <w:r>
        <w:rPr>
          <w:i/>
        </w:rPr>
        <w:t>Everything Leads to You</w:t>
      </w:r>
      <w:r>
        <w:t xml:space="preserve"> follows set designer Emi as a mysterious letter leads her towards aspiring actress Ava. Casey McQuiston’s </w:t>
      </w:r>
      <w:r>
        <w:rPr>
          <w:i/>
        </w:rPr>
        <w:t>One Last Stop</w:t>
      </w:r>
      <w:r>
        <w:t>, meanwhile, gives August a subway crush with a remarkable complication: Jane has been displaced in time from the 1970s. The publisher’s listing confirms the book’s details, making it easy to find while you decide whether your next read should be romantic, strange or both.</w:t>
      </w:r>
      <w:r/>
    </w:p>
    <w:p>
      <w:pPr>
        <w:pStyle w:val="Heading2"/>
      </w:pPr>
      <w:r>
        <w:t>A reading detour worth taking</w:t>
      </w:r>
      <w:r/>
    </w:p>
    <w:p>
      <w:r/>
      <w:r>
        <w:t>AO3’s return is the thing many fans will be waiting for, but a temporary change of format can open up a new favourite. Pick the book that matches your current craving, whether that’s rivalry, magic, history or a love story with an impossible timetable.</w:t>
      </w:r>
      <w:r/>
    </w:p>
    <w:p>
      <w:r/>
      <w:r>
        <w:t>A good sapphic novel can keep the pages turning until your usual archive is back.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12">
        <w:r>
          <w:rPr>
            <w:color w:val="0000EE"/>
            <w:u w:val="single"/>
          </w:rPr>
          <w:t>[5]</w:t>
        </w:r>
      </w:hyperlink>
      <w:r>
        <w:t xml:space="preserve">- Paragraph 9: </w:t>
      </w:r>
      <w:hyperlink r:id="rId9">
        <w:r>
          <w:rPr>
            <w:color w:val="0000EE"/>
            <w:u w:val="single"/>
          </w:rPr>
          <w:t>[2]</w:t>
        </w:r>
      </w:hyperlink>
      <w:r>
        <w:t xml:space="preserve">- Paragraph 10: </w:t>
      </w:r>
      <w:hyperlink r:id="rId13">
        <w:r>
          <w:rPr>
            <w:color w:val="0000EE"/>
            <w:u w:val="single"/>
          </w:rPr>
          <w:t>[6]</w:t>
        </w:r>
      </w:hyperlink>
      <w:r>
        <w:t xml:space="preserve">- Paragraph 11: </w:t>
      </w:r>
      <w:hyperlink r:id="rId9">
        <w:r>
          <w:rPr>
            <w:color w:val="0000EE"/>
            <w:u w:val="single"/>
          </w:rPr>
          <w:t>[2]</w:t>
        </w:r>
      </w:hyperlink>
      <w:r>
        <w:t xml:space="preserve">- Paragraph 12: </w:t>
      </w:r>
      <w:hyperlink r:id="rId14">
        <w:r>
          <w:rPr>
            <w:color w:val="0000EE"/>
            <w:u w:val="single"/>
          </w:rPr>
          <w:t>[7]</w:t>
        </w:r>
      </w:hyperlink>
      <w:r>
        <w:t xml:space="preserve">- Paragraph 13: </w:t>
      </w:r>
      <w:hyperlink r:id="rId9">
        <w:r>
          <w:rPr>
            <w:color w:val="0000EE"/>
            <w:u w:val="single"/>
          </w:rPr>
          <w:t>[2]</w:t>
        </w:r>
      </w:hyperlink>
      <w:r>
        <w:t xml:space="preserve">, </w:t>
      </w:r>
      <w:hyperlink r:id="rId14">
        <w:r>
          <w:rPr>
            <w:color w:val="0000EE"/>
            <w:u w:val="single"/>
          </w:rPr>
          <w:t>[7]</w:t>
        </w:r>
      </w:hyperlink>
      <w:r>
        <w:t xml:space="preserve">- Paragraph 14: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https://gomag.com/article/12-sapphic-novels-to-read-while-archive-of-our-own-is-down/</w:t>
        </w:r>
      </w:hyperlink>
      <w:r>
        <w:t xml:space="preserve"> - Please view link - unable to able to access data</w:t>
      </w:r>
      <w:r/>
    </w:p>
    <w:p>
      <w:pPr>
        <w:pStyle w:val="ListNumber"/>
        <w:spacing w:line="240" w:lineRule="auto"/>
        <w:ind w:left="720"/>
      </w:pPr>
      <w:r/>
      <w:hyperlink r:id="rId9">
        <w:r>
          <w:rPr>
            <w:color w:val="0000EE"/>
            <w:u w:val="single"/>
          </w:rPr>
          <w:t>https://gomag.com/article/12-sapphic-novels-to-read-while-archive-of-our-own-is-down/</w:t>
        </w:r>
      </w:hyperlink>
      <w:r>
        <w:t xml:space="preserve"> - GO Magazine recommends twelve sapphic novels for readers seeking alternatives while Archive of Our Own is offline. The article opens with the reported security incident and expected service interruption, then notes that AO3 hosts a vast collection of fan fiction and that m/m stories are especially prominent. It introduces books spanning contemporary romance, historical fiction, fantasy, mystery and speculative fiction. Featured titles include D’Vaughn and Kris Plan a Wedding, Last Night at the Telegraph Club, The Jasmine Throne, The Safekeep and One Last Stop. The short plot descriptions highlight queer relationships, familiar romantic tropes, unusual settings and characters facing personal or supernatural challenges.</w:t>
      </w:r>
      <w:r/>
    </w:p>
    <w:p>
      <w:pPr>
        <w:pStyle w:val="ListNumber"/>
        <w:spacing w:line="240" w:lineRule="auto"/>
        <w:ind w:left="720"/>
      </w:pPr>
      <w:r/>
      <w:hyperlink r:id="rId10">
        <w:r>
          <w:rPr>
            <w:color w:val="0000EE"/>
            <w:u w:val="single"/>
          </w:rPr>
          <w:t>https://www.otwstatus.org/</w:t>
        </w:r>
      </w:hyperlink>
      <w:r>
        <w:t xml:space="preserve"> - The Organization for Transformative Works Status page records the AO3 service interruption and the organisation’s response to a detected security incident. Its updates explain that the archive remained offline while the team investigated and addressed the issue. The page states that works, bookmarks and kudos had not been deleted, while noting that the team could not rule out the possibility that account information had been accessed. It advises users to change reused passwords as a precaution. Updates estimate that restoration could take two to four weeks, with a limited or read-only return potentially possible sooner. The status page provides updates directly from the organisation responsible for AO3.</w:t>
      </w:r>
      <w:r/>
    </w:p>
    <w:p>
      <w:pPr>
        <w:pStyle w:val="ListNumber"/>
        <w:spacing w:line="240" w:lineRule="auto"/>
        <w:ind w:left="720"/>
      </w:pPr>
      <w:r/>
      <w:hyperlink r:id="rId11">
        <w:r>
          <w:rPr>
            <w:color w:val="0000EE"/>
            <w:u w:val="single"/>
          </w:rPr>
          <w:t>https://books.apple.com/us/book/dvaughn-and-kris-plan-a-wedding/id1554643243</w:t>
        </w:r>
      </w:hyperlink>
      <w:r>
        <w:t xml:space="preserve"> - The publisher description presents Chencia C. Higgins’s romantic comedy about D’Vaughn Miller and Kris Zavala, who agree to stage a wedding for a reality television programme. The women have six weeks to persuade their friends and families that they are genuinely getting married, with a substantial cash prize at stake. Kris hopes appearing on television will boost her influencer career, while D’Vaughn sees the arrangement as a way to come out to her mother. Their relationship begins as pretend, but the close deadline and shared performance create space for real feelings. The page identifies the book and author and provides the publisher’s synopsis.</w:t>
      </w:r>
      <w:r/>
    </w:p>
    <w:p>
      <w:pPr>
        <w:pStyle w:val="ListNumber"/>
        <w:spacing w:line="240" w:lineRule="auto"/>
        <w:ind w:left="720"/>
      </w:pPr>
      <w:r/>
      <w:hyperlink r:id="rId12">
        <w:r>
          <w:rPr>
            <w:color w:val="0000EE"/>
            <w:u w:val="single"/>
          </w:rPr>
          <w:t>https://www.malindalo.com/lastnight</w:t>
        </w:r>
      </w:hyperlink>
      <w:r>
        <w:t xml:space="preserve"> - Author Malinda Lo’s page introduces Last Night at the Telegraph Club, a novel of love, identity and duty set in San Francisco’s Chinatown during the Red Scare. Seventeen-year-old Lily Hu and her classmate Kathleen Miller visit the Telegraph Club, a lesbian bar, and Lily begins to understand her feelings. The story places their relationship within the dangers facing queer people and Chinese Americans in 1954, including political suspicion and the threat of deportation affecting Lily’s family. The page identifies the novel’s award recognition and offers additional resources, including teaching materials and discussion prompts. It supports the article’s description of Lily’s coming-of-age story.</w:t>
      </w:r>
      <w:r/>
    </w:p>
    <w:p>
      <w:pPr>
        <w:pStyle w:val="ListNumber"/>
        <w:spacing w:line="240" w:lineRule="auto"/>
        <w:ind w:left="720"/>
      </w:pPr>
      <w:r/>
      <w:hyperlink r:id="rId13">
        <w:r>
          <w:rPr>
            <w:color w:val="0000EE"/>
            <w:u w:val="single"/>
          </w:rPr>
          <w:t>https://www.simonandschuster.com/books/The-Safekeep/Yael-van-der-Wouden/9781668034347</w:t>
        </w:r>
      </w:hyperlink>
      <w:r>
        <w:t xml:space="preserve"> - The publisher describes The Safekeep as a novel set in the Dutch countryside in 1961. Isabel lives alone in her late mother’s home, where she values routine and carefully guards the household’s belongings. Her brother Louis leaves his girlfriend Eva to stay for the summer, disrupting Isabel’s orderly life. As objects go missing, Isabel grows suspicious of Eva; tension develops into attraction and leads to revelations about the house and the women’s past. The book combines desire and domestic unease with the legacy of the Second World War. This official publisher page supports the article’s setting and premise.</w:t>
      </w:r>
      <w:r/>
    </w:p>
    <w:p>
      <w:pPr>
        <w:pStyle w:val="ListNumber"/>
        <w:spacing w:line="240" w:lineRule="auto"/>
        <w:ind w:left="720"/>
      </w:pPr>
      <w:r/>
      <w:hyperlink r:id="rId14">
        <w:r>
          <w:rPr>
            <w:color w:val="0000EE"/>
            <w:u w:val="single"/>
          </w:rPr>
          <w:t>https://www.panmacmillan.com/authors/casey-mcquiston/one-last-stop/9781529099485</w:t>
        </w:r>
      </w:hyperlink>
      <w:r>
        <w:t xml:space="preserve"> - Pan Macmillan’s synopsis follows August, a young woman who moves to New York and expects little from romance or magic. Her routine changes when she meets Jane, a charming woman on the subway, and develops a crush. August discovers that Jane is displaced in time from the 1970s and appears to be trapped on the train. Helping Jane becomes a challenge that draws August into questions about her own past and whether extraordinary love might be possible after all. The page identifies Casey McQuiston as the author and outlines the novel’s central time-slip romance, supporting the article’s summary of One Last Stop.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12-sapphic-novels-to-read-while-archive-of-our-own-is-down/" TargetMode="External"/><Relationship Id="rId10" Type="http://schemas.openxmlformats.org/officeDocument/2006/relationships/hyperlink" Target="https://www.otwstatus.org/" TargetMode="External"/><Relationship Id="rId11" Type="http://schemas.openxmlformats.org/officeDocument/2006/relationships/hyperlink" Target="https://books.apple.com/us/book/dvaughn-and-kris-plan-a-wedding/id1554643243" TargetMode="External"/><Relationship Id="rId12" Type="http://schemas.openxmlformats.org/officeDocument/2006/relationships/hyperlink" Target="https://www.malindalo.com/lastnight" TargetMode="External"/><Relationship Id="rId13" Type="http://schemas.openxmlformats.org/officeDocument/2006/relationships/hyperlink" Target="https://www.simonandschuster.com/books/The-Safekeep/Yael-van-der-Wouden/9781668034347" TargetMode="External"/><Relationship Id="rId14" Type="http://schemas.openxmlformats.org/officeDocument/2006/relationships/hyperlink" Target="https://www.panmacmillan.com/authors/casey-mcquiston/one-last-stop/97815290994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