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Halloween Holds Special Meaning for LGBTQ Catholics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are rethinking Halloween as more than costumes and sweets, especially within LGBTQ Catholic communities. Its links to All Hallows' Eve, horror's history of coded outsiders and long-standing queer celebrations offer a powerful way to remember ancestors, reclaim identity and find belonging.</w:t>
      </w:r>
      <w:r/>
    </w:p>
    <w:p>
      <w:pPr>
        <w:pStyle w:val="Heading2"/>
      </w:pPr>
      <w:r>
        <w:t>Essential Takeaways</w:t>
      </w:r>
      <w:r/>
      <w:r/>
    </w:p>
    <w:p>
      <w:pPr>
        <w:pStyle w:val="ListBullet"/>
        <w:spacing w:line="240" w:lineRule="auto"/>
        <w:ind w:left="720"/>
      </w:pPr>
      <w:r/>
      <w:r>
        <w:rPr>
          <w:b/>
        </w:rPr>
        <w:t>A night of remembrance:</w:t>
      </w:r>
      <w:r>
        <w:t xml:space="preserve"> Halloween connects with All Hallows' Eve, All Saints' Day and All Souls' Day.</w:t>
      </w:r>
      <w:r/>
    </w:p>
    <w:p>
      <w:pPr>
        <w:pStyle w:val="ListBullet"/>
        <w:spacing w:line="240" w:lineRule="auto"/>
        <w:ind w:left="720"/>
      </w:pPr>
      <w:r/>
      <w:r>
        <w:rPr>
          <w:b/>
        </w:rPr>
        <w:t>Horror's queer resonance:</w:t>
      </w:r>
      <w:r>
        <w:t xml:space="preserve"> Monsters and outsiders have often reflected LGBTQ experiences of marginalisation.</w:t>
      </w:r>
      <w:r/>
    </w:p>
    <w:p>
      <w:pPr>
        <w:pStyle w:val="ListBullet"/>
        <w:spacing w:line="240" w:lineRule="auto"/>
        <w:ind w:left="720"/>
      </w:pPr>
      <w:r/>
      <w:r>
        <w:rPr>
          <w:b/>
        </w:rPr>
        <w:t>A tradition of freedom:</w:t>
      </w:r>
      <w:r>
        <w:t xml:space="preserve"> Historical Halloween gatherings gave queer people rare opportunities to dress and socialise openly.</w:t>
      </w:r>
      <w:r/>
    </w:p>
    <w:p>
      <w:pPr>
        <w:pStyle w:val="ListBullet"/>
        <w:spacing w:line="240" w:lineRule="auto"/>
        <w:ind w:left="720"/>
      </w:pPr>
      <w:r/>
      <w:r>
        <w:rPr>
          <w:b/>
        </w:rPr>
        <w:t>Community matters:</w:t>
      </w:r>
      <w:r>
        <w:t xml:space="preserve"> Chosen families and queer ancestors can be honoured alongside biological relatives.</w:t>
      </w:r>
      <w:r/>
    </w:p>
    <w:p>
      <w:pPr>
        <w:pStyle w:val="ListBullet"/>
        <w:spacing w:line="240" w:lineRule="auto"/>
        <w:ind w:left="720"/>
      </w:pPr>
      <w:r/>
      <w:r>
        <w:rPr>
          <w:b/>
        </w:rPr>
        <w:t>Hope sits beside fear:</w:t>
      </w:r>
      <w:r>
        <w:t xml:space="preserve"> Its focus on mortality can also speak to Catholic ideas of resurrection and renewal.</w:t>
      </w:r>
      <w:r/>
      <w:r/>
    </w:p>
    <w:p>
      <w:pPr>
        <w:pStyle w:val="Heading2"/>
      </w:pPr>
      <w:r>
        <w:t>Halloween's outsider stories still resonate</w:t>
      </w:r>
      <w:r/>
    </w:p>
    <w:p>
      <w:r/>
      <w:r>
        <w:t>Long before Halloween became a parade of pumpkins and party playlists, horror was giving marginalised people a language for being seen. Frankenstein's creature, Dracula and the werewolf are frightening figures, certainly, but they're also outsiders: rejected, misunderstood and forced to build lives beyond respectable society.</w:t>
      </w:r>
      <w:r/>
    </w:p>
    <w:p>
      <w:r/>
      <w:r>
        <w:t>That pattern has made horror unusually meaningful to LGBTQ audiences. Research and commentary on LGBTQ themes in horror films and fiction show how monsters have often carried ideas about forbidden desire, difference and social anxiety. The effect can be oddly comforting. When the world insists you're the problem, a story about the supposed monster may feel like a quiet act of recognition.</w:t>
      </w:r>
      <w:r/>
    </w:p>
    <w:p>
      <w:pPr>
        <w:pStyle w:val="Heading2"/>
      </w:pPr>
      <w:r>
        <w:t>From coded horror to queer cinema</w:t>
      </w:r>
      <w:r/>
    </w:p>
    <w:p>
      <w:r/>
      <w:r>
        <w:t>Film history adds another layer. During periods when openly LGBTQ characters were restricted or discouraged on screen, horror could smuggle questions about identity and desire into the shadows. The result wasn't always deliberate representation, but viewers learned to read between the lines.</w:t>
      </w:r>
      <w:r/>
    </w:p>
    <w:p>
      <w:r/>
      <w:r>
        <w:t xml:space="preserve">That legacy continues in queer horror, where LGBTQ characters and creators are increasingly placed at the centre rather than hidden inside metaphor. Documentaries such as </w:t>
      </w:r>
      <w:r>
        <w:rPr>
          <w:i/>
        </w:rPr>
        <w:t>Queer for Fear</w:t>
      </w:r>
      <w:r>
        <w:t xml:space="preserve"> have helped trace that relationship, while films including </w:t>
      </w:r>
      <w:r>
        <w:rPr>
          <w:i/>
        </w:rPr>
        <w:t>Nightbreed</w:t>
      </w:r>
      <w:r>
        <w:t xml:space="preserve"> have become touchstones for audiences drawn to stories about communities of outsiders. The visual language remains deliciously dramatic, but the emotional question is simple: who gets to call somewhere home?</w:t>
      </w:r>
      <w:r/>
    </w:p>
    <w:p>
      <w:pPr>
        <w:pStyle w:val="Heading2"/>
      </w:pPr>
      <w:r>
        <w:t>A Catholic calendar with a different meaning</w:t>
      </w:r>
      <w:r/>
    </w:p>
    <w:p>
      <w:r/>
      <w:r>
        <w:t>For LGBTQ Catholics, the religious history of Halloween can make the evening feel more layered than its commercial image suggests. All Hallows' Eve leads into All Saints' Day and All Souls' Day, traditions built around holiness, memory, death and the continuing presence of those who've gone before.</w:t>
      </w:r>
      <w:r/>
    </w:p>
    <w:p>
      <w:r/>
      <w:r>
        <w:t>That creates space to remember queer ancestors, including people whose names, identities or stories were never safely recorded. Some may have lived openly, while others navigated secrecy, family pressure or religious rejection. Lighting a candle, setting a place at the table or sharing a story can turn a familiar celebration into a gentle act of remembrance.</w:t>
      </w:r>
      <w:r/>
    </w:p>
    <w:p>
      <w:pPr>
        <w:pStyle w:val="Heading2"/>
      </w:pPr>
      <w:r>
        <w:t>Why costumes once offered real freedom</w:t>
      </w:r>
      <w:r/>
    </w:p>
    <w:p>
      <w:r/>
      <w:r>
        <w:t>Dressing up isn't always just play. In earlier eras, laws and social rules restricted how LGBTQ people could dress, gather and express themselves in public. Halloween offered unusual cover, allowing people to step outside expected gender roles with less risk of immediate punishment or scrutiny.</w:t>
      </w:r>
      <w:r/>
    </w:p>
    <w:p>
      <w:r/>
      <w:r>
        <w:t>That history helps explain why queer Halloween events have often been about more than spectacle. Balls, bar-crawling traditions and community parties created temporary zones where people could meet others like them and be recognised. The costume may have been theatrical, but the relief was real. For one evening, the disguise could paradoxically reveal the person underneath.</w:t>
      </w:r>
      <w:r/>
    </w:p>
    <w:p>
      <w:pPr>
        <w:pStyle w:val="Heading2"/>
      </w:pPr>
      <w:r>
        <w:t>Making a queer Halloween meaningful today</w:t>
      </w:r>
      <w:r/>
    </w:p>
    <w:p>
      <w:r/>
      <w:r>
        <w:t>A thoughtful celebration doesn't need to reject the fun. Watch a queer horror classic, support an LGBTQ venue, invite chosen family over for dinner or create a small altar for people and communities you'd like to remember. Even a shared film night can become a way to connect entertainment with history.</w:t>
      </w:r>
      <w:r/>
    </w:p>
    <w:p>
      <w:r/>
      <w:r>
        <w:t>It also helps to keep the atmosphere welcoming rather than treating horror as an excuse for cruelty. Choose stories with care, check that guests are comfortable and remember that not everyone experiences Halloween's imagery lightly. For many LGBTQ people, death and violence aren't abstract themes, so a little tenderness matters.</w:t>
      </w:r>
      <w:r/>
    </w:p>
    <w:p>
      <w:r/>
      <w:r>
        <w:t>Halloween's meaning will keep evolving, but its invitation remains strikingly clear: make room for the people who were once pushed to the edge.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1">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https://outreach.faith/2026/10/halloween-is-an-lgbtq-feast-day/</w:t>
        </w:r>
      </w:hyperlink>
      <w:r>
        <w:t xml:space="preserve"> - Please view link - unable to able to access data</w:t>
      </w:r>
      <w:r/>
    </w:p>
    <w:p>
      <w:pPr>
        <w:pStyle w:val="ListNumber"/>
        <w:spacing w:line="240" w:lineRule="auto"/>
        <w:ind w:left="720"/>
      </w:pPr>
      <w:r/>
      <w:hyperlink r:id="rId10">
        <w:r>
          <w:rPr>
            <w:color w:val="0000EE"/>
            <w:u w:val="single"/>
          </w:rPr>
          <w:t>https://en.wikipedia.org/wiki/LGBTQ_themes_in_horror_films</w:t>
        </w:r>
      </w:hyperlink>
      <w:r>
        <w:t xml:space="preserve"> - This article explores the presence of LGBTQ themes in horror films, tracing their origins from early cinema to contemporary works. It discusses how filmmakers have subtly incorporated queer elements, especially during eras of strict censorship, and highlights the contributions of LGBTQ filmmakers to the genre. The piece also examines the evolution of queer representation in horror, noting both progress and ongoing challenges in the industry.</w:t>
      </w:r>
      <w:r/>
    </w:p>
    <w:p>
      <w:pPr>
        <w:pStyle w:val="ListNumber"/>
        <w:spacing w:line="240" w:lineRule="auto"/>
        <w:ind w:left="720"/>
      </w:pPr>
      <w:r/>
      <w:hyperlink r:id="rId12">
        <w:r>
          <w:rPr>
            <w:color w:val="0000EE"/>
            <w:u w:val="single"/>
          </w:rPr>
          <w:t>https://en.wikipedia.org/wiki/Queer_for_Fear</w:t>
        </w:r>
      </w:hyperlink>
      <w:r>
        <w:t xml:space="preserve"> - This Wikipedia entry provides an overview of 'Queer for Fear: The History of Queer Horror,' a 2022 documentary series that delves into the intersection of LGBTQ+ identities and the horror genre. The series features interviews with various LGBTQ+ creators and examines how horror films have historically offered a space for expressing marginalized identities and challenging societal norms regarding gender and sexuality.</w:t>
      </w:r>
      <w:r/>
    </w:p>
    <w:p>
      <w:pPr>
        <w:pStyle w:val="ListNumber"/>
        <w:spacing w:line="240" w:lineRule="auto"/>
        <w:ind w:left="720"/>
      </w:pPr>
      <w:r/>
      <w:hyperlink r:id="rId11">
        <w:r>
          <w:rPr>
            <w:color w:val="0000EE"/>
            <w:u w:val="single"/>
          </w:rPr>
          <w:t>https://en.wikipedia.org/wiki/Queer_horror</w:t>
        </w:r>
      </w:hyperlink>
      <w:r>
        <w:t xml:space="preserve"> - This article defines queer horror as a subgenre within the horror film industry that critically and subversively explores themes related to non-normative gender identities and sexuality. It traces the origins of queer horror back to Gothic literature and discusses how the genre has evolved to challenge traditional representations of sexuality in mainstream horror cinema.</w:t>
      </w:r>
      <w:r/>
    </w:p>
    <w:p>
      <w:pPr>
        <w:pStyle w:val="ListNumber"/>
        <w:spacing w:line="240" w:lineRule="auto"/>
        <w:ind w:left="720"/>
      </w:pPr>
      <w:r/>
      <w:hyperlink r:id="rId13">
        <w:r>
          <w:rPr>
            <w:color w:val="0000EE"/>
            <w:u w:val="single"/>
          </w:rPr>
          <w:t>https://en.wikipedia.org/wiki/LGBTQ_themes_in_horror_fiction</w:t>
        </w:r>
      </w:hyperlink>
      <w:r>
        <w:t xml:space="preserve"> - This entry examines the presence of LGBTQ themes in horror fiction, highlighting how authors have historically embedded queer subtext in their works. It discusses the challenges faced by LGBTQ authors in expressing their identities and how horror fiction has served as a medium for exploring and subverting societal norms related to gender and sexuality.</w:t>
      </w:r>
      <w:r/>
    </w:p>
    <w:p>
      <w:pPr>
        <w:pStyle w:val="ListNumber"/>
        <w:spacing w:line="240" w:lineRule="auto"/>
        <w:ind w:left="720"/>
      </w:pPr>
      <w:r/>
      <w:hyperlink r:id="rId14">
        <w:r>
          <w:rPr>
            <w:color w:val="0000EE"/>
            <w:u w:val="single"/>
          </w:rPr>
          <w:t>https://en.wikipedia.org/wiki/Nightbreed</w:t>
        </w:r>
      </w:hyperlink>
      <w:r>
        <w:t xml:space="preserve"> - This Wikipedia page provides information about 'Nightbreed,' a 1990 horror film directed by Clive Barker. The film is noted for its queer themes, with Barker himself being openly gay. The narrative and visual design of the film incorporate elements that resonate with LGBTQ+ audiences, and it has been interpreted as an allegory for intolerance and marginalization.</w:t>
      </w:r>
      <w:r/>
    </w:p>
    <w:p>
      <w:pPr>
        <w:pStyle w:val="ListNumber"/>
        <w:spacing w:line="240" w:lineRule="auto"/>
        <w:ind w:left="720"/>
      </w:pPr>
      <w:r/>
      <w:hyperlink r:id="rId15">
        <w:r>
          <w:rPr>
            <w:color w:val="0000EE"/>
            <w:u w:val="single"/>
          </w:rPr>
          <w:t>https://www.cinemablend.com/movies/i-grew-up-going-to-the-rocky-horror-picture-show-midnight-screenings-in-the-90s-and-they-meant-a-lot-to-a-straight-guy-like-me</w:t>
        </w:r>
      </w:hyperlink>
      <w:r>
        <w:t xml:space="preserve"> - This article reflects on the author's experiences attending midnight screenings of 'The Rocky Horror Picture Show' in the 1990s. It discusses how these screenings introduced the author to a more diverse and unconventional social environment, challenging unconscious assumptions and expanding their perspective on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10/halloween-is-an-lgbtq-feast-day/" TargetMode="External"/><Relationship Id="rId10" Type="http://schemas.openxmlformats.org/officeDocument/2006/relationships/hyperlink" Target="https://en.wikipedia.org/wiki/LGBTQ_themes_in_horror_films" TargetMode="External"/><Relationship Id="rId11" Type="http://schemas.openxmlformats.org/officeDocument/2006/relationships/hyperlink" Target="https://en.wikipedia.org/wiki/Queer_horror" TargetMode="External"/><Relationship Id="rId12" Type="http://schemas.openxmlformats.org/officeDocument/2006/relationships/hyperlink" Target="https://en.wikipedia.org/wiki/Queer_for_Fear" TargetMode="External"/><Relationship Id="rId13" Type="http://schemas.openxmlformats.org/officeDocument/2006/relationships/hyperlink" Target="https://en.wikipedia.org/wiki/LGBTQ_themes_in_horror_fiction" TargetMode="External"/><Relationship Id="rId14" Type="http://schemas.openxmlformats.org/officeDocument/2006/relationships/hyperlink" Target="https://en.wikipedia.org/wiki/Nightbreed" TargetMode="External"/><Relationship Id="rId15" Type="http://schemas.openxmlformats.org/officeDocument/2006/relationships/hyperlink" Target="https://www.cinemablend.com/movies/i-grew-up-going-to-the-rocky-horror-picture-show-midnight-screenings-in-the-90s-and-they-meant-a-lot-to-a-straight-guy-like-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