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Giants Pride Night 2027: What Fans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San Francisco Giants have put Pride Night on the 2027 calendar, with a Mets game and a post-match fireworks display at Oracle Park. But after the club’s deeply criticised 2026 event, the bigger question is whether a themed evening can rebuild trust without a clear apology and meaningful action.</w:t>
      </w:r>
      <w:r/>
    </w:p>
    <w:p>
      <w:pPr>
        <w:pStyle w:val="Heading2"/>
      </w:pPr>
      <w:r>
        <w:t>Essential Takeaways</w:t>
      </w:r>
      <w:r/>
      <w:r/>
    </w:p>
    <w:p>
      <w:pPr>
        <w:pStyle w:val="ListBullet"/>
        <w:spacing w:line="240" w:lineRule="auto"/>
        <w:ind w:left="720"/>
      </w:pPr>
      <w:r/>
      <w:r>
        <w:rPr>
          <w:b/>
        </w:rPr>
        <w:t>The date:</w:t>
      </w:r>
      <w:r>
        <w:t xml:space="preserve"> The Giants are scheduled to host the New York Mets on Friday, 11 June 2027, for Pride Night.</w:t>
      </w:r>
      <w:r/>
    </w:p>
    <w:p>
      <w:pPr>
        <w:pStyle w:val="ListBullet"/>
        <w:spacing w:line="240" w:lineRule="auto"/>
        <w:ind w:left="720"/>
      </w:pPr>
      <w:r/>
      <w:r>
        <w:rPr>
          <w:b/>
        </w:rPr>
        <w:t>The ticket range:</w:t>
      </w:r>
      <w:r>
        <w:t xml:space="preserve"> The lead report lists prices from $24 to $246; check the team’s promotions page for current details.</w:t>
      </w:r>
      <w:r/>
    </w:p>
    <w:p>
      <w:pPr>
        <w:pStyle w:val="ListBullet"/>
        <w:spacing w:line="240" w:lineRule="auto"/>
        <w:ind w:left="720"/>
      </w:pPr>
      <w:r/>
      <w:r>
        <w:rPr>
          <w:b/>
        </w:rPr>
        <w:t>The planned finale:</w:t>
      </w:r>
      <w:r>
        <w:t xml:space="preserve"> Pride Night Fireworks are part of the announced event.</w:t>
      </w:r>
      <w:r/>
    </w:p>
    <w:p>
      <w:pPr>
        <w:pStyle w:val="ListBullet"/>
        <w:spacing w:line="240" w:lineRule="auto"/>
        <w:ind w:left="720"/>
      </w:pPr>
      <w:r/>
      <w:r>
        <w:rPr>
          <w:b/>
        </w:rPr>
        <w:t>The lingering issue:</w:t>
      </w:r>
      <w:r>
        <w:t xml:space="preserve"> The 2026 event drew criticism after three pitchers altered Pride caps and senior club figures faced backlash over their response.</w:t>
      </w:r>
      <w:r/>
      <w:r/>
    </w:p>
    <w:p>
      <w:pPr>
        <w:pStyle w:val="Heading2"/>
      </w:pPr>
      <w:r>
        <w:t>Pride Night is back on the Giants' calendar</w:t>
      </w:r>
      <w:r/>
    </w:p>
    <w:p>
      <w:r/>
      <w:r>
        <w:t>A fireworks display sounds like a cheerful way to end a baseball night. Yet for the Giants’ 2027 Pride Night, the announcement arrives with a serious backdrop: the previous season’s event left many LGBTQ fans feeling rejected, according to the San Francisco Chronicle and the Associated Press.</w:t>
      </w:r>
      <w:r/>
    </w:p>
    <w:p>
      <w:r/>
      <w:r>
        <w:t>The Giants’ promotions schedule lists a Pride Night when the Mets visit Oracle Park on Friday, 11 June. The lead report gives a ticket range of $24 to $246, though prices and availability can change, so it’s sensible to check the club’s official ticket information before making plans.</w:t>
      </w:r>
      <w:r/>
    </w:p>
    <w:p>
      <w:pPr>
        <w:pStyle w:val="Heading2"/>
      </w:pPr>
      <w:r>
        <w:t>Why the 2026 event still matters</w:t>
      </w:r>
      <w:r/>
    </w:p>
    <w:p>
      <w:r/>
      <w:r>
        <w:t>The controversy began when three Giants pitchers chose not to wear Pride caps, and wrote on them instead. The Associated Press reported on the incident, while the San Francisco Chronicle covered the club’s handling of the fallout.</w:t>
      </w:r>
      <w:r/>
    </w:p>
    <w:p>
      <w:r/>
      <w:r>
        <w:t>For fans, the dispute wasn’t simply about what a player wore. It was also about whether the organisation understood the effect of the decision, and whether its response showed care for the community it had invited to the ballpark.</w:t>
      </w:r>
      <w:r/>
    </w:p>
    <w:p>
      <w:pPr>
        <w:pStyle w:val="Heading2"/>
      </w:pPr>
      <w:r>
        <w:t>Fireworks won't answer the harder questions</w:t>
      </w:r>
      <w:r/>
    </w:p>
    <w:p>
      <w:r/>
      <w:r>
        <w:t>The event’s planned fireworks add spectacle, but they can’t resolve the questions left by 2026. Outsports has criticised the Giants’ lack of an apology and called for an explanation and clear steps to support LGBTQ fans; the San Francisco Chronicle also reported on the response from club leadership.</w:t>
      </w:r>
      <w:r/>
    </w:p>
    <w:p>
      <w:r/>
      <w:r>
        <w:t>That distinction matters. A Pride-themed promotion can be welcoming, but trust depends on what happens beyond the scoreboard: how a team communicates, supports its fans and handles disagreement when it arises.</w:t>
      </w:r>
      <w:r/>
    </w:p>
    <w:p>
      <w:pPr>
        <w:pStyle w:val="Heading2"/>
      </w:pPr>
      <w:r>
        <w:t>What fans should check before booking</w:t>
      </w:r>
      <w:r/>
    </w:p>
    <w:p>
      <w:r/>
      <w:r>
        <w:t>If you’re considering going, check the Giants’ official promotions and ticket pages for the latest event details, price, seating and any Pride-night merchandise information. The reported range is broad, so comparing sections early could help you find a ticket that suits your budget.</w:t>
      </w:r>
      <w:r/>
    </w:p>
    <w:p>
      <w:r/>
      <w:r>
        <w:t>It’s also worth keeping an eye on updates as the season approaches. The Major League Baseball Players Association’s collective bargaining agreement sets out the labour framework for the league, and wider labour developments could affect the schedule.</w:t>
      </w:r>
      <w:r/>
    </w:p>
    <w:p>
      <w:pPr>
        <w:pStyle w:val="Heading2"/>
      </w:pPr>
      <w:r>
        <w:t>A date is a start, not a resolution</w:t>
      </w:r>
      <w:r/>
    </w:p>
    <w:p>
      <w:r/>
      <w:r>
        <w:t>For the Giants, the 2027 game is an opportunity to make Pride Night feel genuinely welcoming again. That will take more than fireworks: fans will be watching for a direct explanation, an apology and evidence that the club has listened.</w:t>
      </w:r>
      <w:r/>
    </w:p>
    <w:p>
      <w:r/>
      <w:r>
        <w:t>A good night at the ballpark should leave people feeling included, not wondering whether their presence matters.</w:t>
      </w:r>
      <w:r/>
    </w:p>
    <w:p>
      <w:r/>
      <w:r>
        <w:t>Explore the latest event details before you decide whether to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[1]</w:t>
        </w:r>
      </w:hyperlink>
      <w:r>
        <w:t xml:space="preserve">, </w:t>
      </w:r>
      <w:hyperlink r:id="rId11">
        <w:r>
          <w:rPr>
            <w:color w:val="0000EE"/>
            <w:u w:val="single"/>
          </w:rPr>
          <w:t>[4]</w:t>
        </w:r>
      </w:hyperlink>
      <w:r>
        <w:t xml:space="preserve">- Paragraph 6: </w:t>
      </w:r>
      <w:hyperlink r:id="rId9">
        <w:r>
          <w:rPr>
            <w:color w:val="0000EE"/>
            <w:u w:val="single"/>
          </w:rPr>
          <w:t>[1]</w:t>
        </w:r>
      </w:hyperlink>
      <w:r>
        <w:t xml:space="preserve">, </w:t>
      </w:r>
      <w:hyperlink r:id="rId13">
        <w:r>
          <w:rPr>
            <w:color w:val="0000EE"/>
            <w:u w:val="single"/>
          </w:rPr>
          <w:t>[5]</w:t>
        </w:r>
      </w:hyperlink>
      <w:r>
        <w:t xml:space="preserve">- Paragraph 7: </w:t>
      </w:r>
      <w:hyperlink r:id="rId12">
        <w:r>
          <w:rPr>
            <w:color w:val="0000EE"/>
            <w:u w:val="single"/>
          </w:rPr>
          <w:t>[2]</w:t>
        </w:r>
      </w:hyperlink>
      <w:r>
        <w:t xml:space="preserve">- Paragraph 8: </w:t>
      </w:r>
      <w:hyperlink r:id="rId12">
        <w:r>
          <w:rPr>
            <w:color w:val="0000EE"/>
            <w:u w:val="single"/>
          </w:rPr>
          <w:t>[2]</w:t>
        </w:r>
      </w:hyperlink>
      <w:r>
        <w:t xml:space="preserve">- Paragraph 9: </w:t>
      </w:r>
      <w:hyperlink r:id="rId14">
        <w:r>
          <w:rPr>
            <w:color w:val="0000EE"/>
            <w:u w:val="single"/>
          </w:rPr>
          <w:t>[7]</w:t>
        </w:r>
      </w:hyperlink>
      <w:r>
        <w:t xml:space="preserve">- Paragraph 10: </w:t>
      </w:r>
      <w:hyperlink r:id="rId9">
        <w:r>
          <w:rPr>
            <w:color w:val="0000EE"/>
            <w:u w:val="single"/>
          </w:rPr>
          <w:t>[1]</w:t>
        </w:r>
      </w:hyperlink>
      <w:r>
        <w:t xml:space="preserve">, </w:t>
      </w:r>
      <w:hyperlink r:id="rId11">
        <w:r>
          <w:rPr>
            <w:color w:val="0000EE"/>
            <w:u w:val="single"/>
          </w:rPr>
          <w:t>[4]</w:t>
        </w:r>
      </w:hyperlink>
      <w:r>
        <w:t xml:space="preserve">, </w:t>
      </w:r>
      <w:hyperlink r:id="rId13">
        <w:r>
          <w:rPr>
            <w:color w:val="0000EE"/>
            <w:u w:val="single"/>
          </w:rPr>
          <w:t>[5]</w:t>
        </w:r>
      </w:hyperlink>
      <w:r>
        <w:t xml:space="preserve">- Paragraph 11: </w:t>
      </w:r>
      <w:hyperlink r:id="rId9">
        <w:r>
          <w:rPr>
            <w:color w:val="0000EE"/>
            <w:u w:val="single"/>
          </w:rPr>
          <w:t>[1]</w:t>
        </w:r>
      </w:hyperlink>
      <w:r>
        <w:t xml:space="preserve">, </w:t>
      </w:r>
      <w:hyperlink r:id="rId13">
        <w:r>
          <w:rPr>
            <w:color w:val="0000EE"/>
            <w:u w:val="single"/>
          </w:rPr>
          <w:t>[5]</w:t>
        </w:r>
      </w:hyperlink>
      <w:r>
        <w:t xml:space="preserve">- Paragraph 12: </w:t>
      </w:r>
      <w:hyperlink r:id="rId12">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https://www.outsports.com/2026/10/30/24146492/giants-pride-night-sf-san-francisco-fireworks-fans-mets-apology/</w:t>
        </w:r>
      </w:hyperlink>
      <w:r>
        <w:t xml:space="preserve"> - Please view link - unable to able to access data</w:t>
      </w:r>
      <w:r/>
    </w:p>
    <w:p>
      <w:pPr>
        <w:pStyle w:val="ListNumber"/>
        <w:spacing w:line="240" w:lineRule="auto"/>
        <w:ind w:left="720"/>
      </w:pPr>
      <w:r/>
      <w:hyperlink r:id="rId12">
        <w:r>
          <w:rPr>
            <w:color w:val="0000EE"/>
            <w:u w:val="single"/>
          </w:rPr>
          <w:t>https://www.mlb.com/giants/tickets/promotions?partnerId=it-20261002-13088553-mlb-1-A</w:t>
        </w:r>
      </w:hyperlink>
      <w:r>
        <w:t xml:space="preserve"> - The San Francisco Giants’ official promotions schedule lists Friday, 11 June, against the New York Mets as Pride Night, with Pride Night Fireworks also planned. It places the event among the club’s 2027 home-game promotions and lists other June activities, including Hello Kitty Day and a Matt Cain bobblehead giveaway. This is the clearest primary source for the article’s central announcement: that the Giants plan to hold a Pride-themed event against the Mets and advertise fireworks afterwards. The page notes schedules may change as further promotions are announced. It does not independently substantiate the article’s criticism of the club’s response to the previous event.</w:t>
      </w:r>
      <w:r/>
    </w:p>
    <w:p>
      <w:pPr>
        <w:pStyle w:val="ListNumber"/>
        <w:spacing w:line="240" w:lineRule="auto"/>
        <w:ind w:left="720"/>
      </w:pPr>
      <w:r/>
      <w:hyperlink r:id="rId10">
        <w:r>
          <w:rPr>
            <w:color w:val="0000EE"/>
            <w:u w:val="single"/>
          </w:rPr>
          <w:t>https://apnews.com/article/2055e9e6cadb11033c0afcee68fd66bc</w:t>
        </w:r>
      </w:hyperlink>
      <w:r>
        <w:t xml:space="preserve"> - The Associated Press reports that Major League Baseball warned players about writing on uniforms after three San Francisco Giants pitchers added Bible verse references to their Pride Night caps. The article identifies starter Landen Roupp and relievers JT Brubaker and Ryan Walker, and explains that part of the verse overlapped the rainbow-coloured SF logo. Another pitcher, Sam Hentges, wore a standard Giants cap instead. The report provides independent corroboration for the 2026 incident described in the supplied article, including the players’ actions and the league’s response. It focuses on uniform rules and the controversy, rather than assessing the Giants’ later plans or offering commentary on intent.</w:t>
      </w:r>
      <w:r/>
    </w:p>
    <w:p>
      <w:pPr>
        <w:pStyle w:val="ListNumber"/>
        <w:spacing w:line="240" w:lineRule="auto"/>
        <w:ind w:left="720"/>
      </w:pPr>
      <w:r/>
      <w:hyperlink r:id="rId11">
        <w:r>
          <w:rPr>
            <w:color w:val="0000EE"/>
            <w:u w:val="single"/>
          </w:rPr>
          <w:t>https://www.sfchronicle.com/sports/giants/article/giants-bible-gay-pride-christian-22311079.php</w:t>
        </w:r>
      </w:hyperlink>
      <w:r>
        <w:t xml:space="preserve"> - This San Francisco Chronicle report examines the Bible passage written on Giants pitchers’ Pride Night caps and the response from theologians. It identifies the passage as part of the Genesis account of Noah and the flood, and discusses how the rainbow is understood within that biblical story. The report places the episode in the context of Pride-themed uniforms and the Giants’ history of incorporating rainbow imagery into team apparel. It supports the supplied article’s account of the three pitchers’ cap messages, while adding religious and historical context. It does not establish what each player personally intended, nor does it assess the Giants’ 2027 Pride Night plans.</w:t>
      </w:r>
      <w:r/>
    </w:p>
    <w:p>
      <w:pPr>
        <w:pStyle w:val="ListNumber"/>
        <w:spacing w:line="240" w:lineRule="auto"/>
        <w:ind w:left="720"/>
      </w:pPr>
      <w:r/>
      <w:hyperlink r:id="rId13">
        <w:r>
          <w:rPr>
            <w:color w:val="0000EE"/>
            <w:u w:val="single"/>
          </w:rPr>
          <w:t>https://www.sfchronicle.com/sports/giants/article/giants-ceo-larry-baer-tries-reassure-fans-posey-22321081.php/</w:t>
        </w:r>
      </w:hyperlink>
      <w:r>
        <w:t xml:space="preserve"> - The San Francisco Chronicle reports on Giants CEO Larry Baer’s first public comments following the club’s 2026 Pride Night controversy. Three pitchers had written Bible verses on Pride caps, while another chose a standard cap; LGBTQ fans and other supporters were upset by the club’s response. Baer acknowledged that the organisation could have handled matters better and said the LGBTQ community remained important to the team. The article also describes Buster Posey’s avoidance of questions about the controversy. It offers a detailed account of the leadership response and fan concerns, providing context for the supplied article’s demand for a clearer explanation and apology.</w:t>
      </w:r>
      <w:r/>
    </w:p>
    <w:p>
      <w:pPr>
        <w:pStyle w:val="ListNumber"/>
        <w:spacing w:line="240" w:lineRule="auto"/>
        <w:ind w:left="720"/>
      </w:pPr>
      <w:r/>
      <w:hyperlink r:id="rId15">
        <w:r>
          <w:rPr>
            <w:color w:val="0000EE"/>
            <w:u w:val="single"/>
          </w:rPr>
          <w:t>https://playbill.com/article/baseball-player-holds-press-conference-and-comes-out-of-closet-at-public-theater-com-105988</w:t>
        </w:r>
      </w:hyperlink>
      <w:r>
        <w:t xml:space="preserve"> - This Playbill report recalls the media attention surrounding New York Mets catcher Mike Piazza in 2002, after speculation that a prominent player was gay. Piazza held a press conference to state that he was heterosexual, a response that the article describes as unusual and widely discussed. The story connects the episode to the theatre production Take Me Out, which centres on a baseball player coming out publicly. It provides historical context for the supplied article’s reference to Piazza and the long-running association between the Mets and rumours about a player’s sexuality. It does not discuss the Giants’ Pride events or the 2026 cap controversy.</w:t>
      </w:r>
      <w:r/>
    </w:p>
    <w:p>
      <w:pPr>
        <w:pStyle w:val="ListNumber"/>
        <w:spacing w:line="240" w:lineRule="auto"/>
        <w:ind w:left="720"/>
      </w:pPr>
      <w:r/>
      <w:hyperlink r:id="rId14">
        <w:r>
          <w:rPr>
            <w:color w:val="0000EE"/>
            <w:u w:val="single"/>
          </w:rPr>
          <w:t>https://www.mlbplayers.com/_files/ugd/4d23dc_d6dfc2344d2042de973e37de62484da5.pdf</w:t>
        </w:r>
      </w:hyperlink>
      <w:r>
        <w:t xml:space="preserve"> - This official Major League Baseball Players Association collective bargaining agreement states that the agreement terminates at 11:59 p.m. Eastern Time on 1 December 2026. The document establishes the contractual expiry date underlying discussion of a possible labour stoppage around the 2027 baseball season. It is a primary legal source for the date, rather than a news report predicting what owners or players may do afterwards. The agreement itself does not say that a stoppage is certain, nor does it address the Giants’ Pride Night plans. It supports the supplied article’s reference to approaching labour uncertainty, while leaving the eventual outcome unresolved.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30/24146492/giants-pride-night-sf-san-francisco-fireworks-fans-mets-apology/" TargetMode="External"/><Relationship Id="rId10" Type="http://schemas.openxmlformats.org/officeDocument/2006/relationships/hyperlink" Target="https://apnews.com/article/2055e9e6cadb11033c0afcee68fd66bc" TargetMode="External"/><Relationship Id="rId11" Type="http://schemas.openxmlformats.org/officeDocument/2006/relationships/hyperlink" Target="https://www.sfchronicle.com/sports/giants/article/giants-bible-gay-pride-christian-22311079.php" TargetMode="External"/><Relationship Id="rId12" Type="http://schemas.openxmlformats.org/officeDocument/2006/relationships/hyperlink" Target="https://www.mlb.com/giants/tickets/promotions?partnerId=it-20261002-13088553-mlb-1-A" TargetMode="External"/><Relationship Id="rId13" Type="http://schemas.openxmlformats.org/officeDocument/2006/relationships/hyperlink" Target="https://www.sfchronicle.com/sports/giants/article/giants-ceo-larry-baer-tries-reassure-fans-posey-22321081.php/" TargetMode="External"/><Relationship Id="rId14" Type="http://schemas.openxmlformats.org/officeDocument/2006/relationships/hyperlink" Target="https://www.mlbplayers.com/_files/ugd/4d23dc_d6dfc2344d2042de973e37de62484da5.pdf" TargetMode="External"/><Relationship Id="rId15" Type="http://schemas.openxmlformats.org/officeDocument/2006/relationships/hyperlink" Target="https://playbill.com/article/baseball-player-holds-press-conference-and-comes-out-of-closet-at-public-theater-com-1059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