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Games 2026 opening ceremony brings inclusive sport to Auckland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Auckland has opened the Rainbow Games 2026 with drag, music and a strong sense of belonging, as nearly 800 athletes from New Zealand, Australia and the Pacific gather for four days of inclusive sport, community connection and LGBTQ+ celebration.</w:t>
      </w:r>
      <w:r/>
    </w:p>
    <w:p>
      <w:pPr>
        <w:pStyle w:val="Heading2"/>
      </w:pPr>
      <w:r>
        <w:t>Essential Takeaways</w:t>
      </w:r>
      <w:r/>
      <w:r/>
    </w:p>
    <w:p>
      <w:pPr>
        <w:pStyle w:val="ListBullet"/>
        <w:spacing w:line="240" w:lineRule="auto"/>
        <w:ind w:left="720"/>
      </w:pPr>
      <w:r/>
      <w:r>
        <w:rPr>
          <w:b/>
        </w:rPr>
        <w:t>Auckland is hosting:</w:t>
      </w:r>
      <w:r>
        <w:t xml:space="preserve"> The four-day event is taking place across Tāmaki Makaurau until Sunday 1 November.</w:t>
      </w:r>
      <w:r/>
    </w:p>
    <w:p>
      <w:pPr>
        <w:pStyle w:val="ListBullet"/>
        <w:spacing w:line="240" w:lineRule="auto"/>
        <w:ind w:left="720"/>
      </w:pPr>
      <w:r/>
      <w:r>
        <w:rPr>
          <w:b/>
        </w:rPr>
        <w:t>Nearly 800 participants:</w:t>
      </w:r>
      <w:r>
        <w:t xml:space="preserve"> Athletes have travelled from Aotearoa, Australia and the Pacific.</w:t>
      </w:r>
      <w:r/>
    </w:p>
    <w:p>
      <w:pPr>
        <w:pStyle w:val="ListBullet"/>
        <w:spacing w:line="240" w:lineRule="auto"/>
        <w:ind w:left="720"/>
      </w:pPr>
      <w:r/>
      <w:r>
        <w:rPr>
          <w:b/>
        </w:rPr>
        <w:t>Plenty of sporting choice:</w:t>
      </w:r>
      <w:r>
        <w:t xml:space="preserve"> Events include badminton, basketball, football, kickball, netball, swimming, tennis and touch.</w:t>
      </w:r>
      <w:r/>
    </w:p>
    <w:p>
      <w:pPr>
        <w:pStyle w:val="ListBullet"/>
        <w:spacing w:line="240" w:lineRule="auto"/>
        <w:ind w:left="720"/>
      </w:pPr>
      <w:r/>
      <w:r>
        <w:rPr>
          <w:b/>
        </w:rPr>
        <w:t>A starry opening night:</w:t>
      </w:r>
      <w:r>
        <w:t xml:space="preserve"> Anita Wigl'it, Rita Menu, Ramon Te Wake and Ardon England performed at the ceremony.</w:t>
      </w:r>
      <w:r/>
    </w:p>
    <w:p>
      <w:pPr>
        <w:pStyle w:val="ListBullet"/>
        <w:spacing w:line="240" w:lineRule="auto"/>
        <w:ind w:left="720"/>
      </w:pPr>
      <w:r/>
      <w:r>
        <w:rPr>
          <w:b/>
        </w:rPr>
        <w:t>More than medals:</w:t>
      </w:r>
      <w:r>
        <w:t xml:space="preserve"> The Games focus on belonging, wellbeing, friendship and welcoming participation at every level.</w:t>
      </w:r>
      <w:r/>
      <w:r/>
    </w:p>
    <w:p>
      <w:pPr>
        <w:pStyle w:val="Heading2"/>
      </w:pPr>
      <w:r>
        <w:t>Auckland opens the Games in full colour</w:t>
      </w:r>
      <w:r/>
    </w:p>
    <w:p>
      <w:r/>
      <w:r>
        <w:t>The Kiri Te Kanawa Theatre was buzzing with bright costumes, applause and the unmistakable energy of a community ready to celebrate. Councillor Richard Hills officially opened the Rainbow Games 2026, setting the tone for a weekend where sport and LGBTQ+ pride share equal billing.</w:t>
      </w:r>
      <w:r/>
    </w:p>
    <w:p>
      <w:r/>
      <w:r>
        <w:t>Gay Express reported that the ceremony took place on Thursday 29 October at Auckland's Aotea Centre. With athletes, supporters and performers gathered under one roof, it offered a vivid preview of the inclusive sporting weekend ahead.</w:t>
      </w:r>
      <w:r/>
    </w:p>
    <w:p>
      <w:r/>
      <w:r>
        <w:t>The event returns after its first edition in 2024, and this year's larger regional turnout gives it a distinctly Pacific feel. There was glamour on stage, certainly, but the real focus remained on the people preparing to compete.</w:t>
      </w:r>
      <w:r/>
    </w:p>
    <w:p>
      <w:pPr>
        <w:pStyle w:val="Heading2"/>
      </w:pPr>
      <w:r>
        <w:t>Drag royalty meets sporting ambition</w:t>
      </w:r>
      <w:r/>
    </w:p>
    <w:p>
      <w:r/>
      <w:r>
        <w:t>The opening ceremony was hosted by entertainer Luke Bird and produced by Jordan Eskra, with performances from some of Aotearoa's best-known queer entertainers. RuPaul's Drag Race favourites Anita Wigl'it and Rita Menu brought the sparkle, while Ramon Te Wake and Ardon England added music and performance flair.</w:t>
      </w:r>
      <w:r/>
    </w:p>
    <w:p>
      <w:r/>
      <w:r>
        <w:t>That mixture matters. A traditional sports launch might lean heavily on speeches and ceremony, but this one made space for drag, dance and queer creativity from the outset. It felt less like a formal curtain-raiser and more like a party with a timetable.</w:t>
      </w:r>
      <w:r/>
    </w:p>
    <w:p>
      <w:r/>
      <w:r>
        <w:t>Visiting Australian and Pacific teams were among those applauding from the audience. The result was a warm reminder that inclusive sport isn't only about who takes home a medal, but also about who feels seen before the first whistle blows.</w:t>
      </w:r>
      <w:r/>
    </w:p>
    <w:p>
      <w:pPr>
        <w:pStyle w:val="Heading2"/>
      </w:pPr>
      <w:r>
        <w:t>What athletes can expect across Auckland</w:t>
      </w:r>
      <w:r/>
    </w:p>
    <w:p>
      <w:r/>
      <w:r>
        <w:t>The Rainbow Games offers a broad programme, so participants don't need to fit one particular idea of an athlete. Social players can join in for the enjoyment and connections, while more competitive competitors can test themselves against experienced opposition.</w:t>
      </w:r>
      <w:r/>
    </w:p>
    <w:p>
      <w:r/>
      <w:r>
        <w:t>Sports on the schedule include badminton, basketball, football, kickball, netball, swimming, tennis and touch. According to Gay Express, activities are being staged at venues across Auckland, creating a city-wide festival rather than a single-site tournament.</w:t>
      </w:r>
      <w:r/>
    </w:p>
    <w:p>
      <w:r/>
      <w:r>
        <w:t>That range is especially useful for people returning to sport, trying something new or looking for a team-based way to meet others. If you're attending as a spectator, checking the timetable and venue details before setting off will make the weekend considerably easier to navigate.</w:t>
      </w:r>
      <w:r/>
    </w:p>
    <w:p>
      <w:pPr>
        <w:pStyle w:val="Heading2"/>
      </w:pPr>
      <w:r>
        <w:t>Why inclusive sport matters beyond the scoreboard</w:t>
      </w:r>
      <w:r/>
    </w:p>
    <w:p>
      <w:r/>
      <w:r>
        <w:t>The Pacific Rainbow Games Trust established the event around values including tūrangawaewae, or belonging, mana motuhake, meaning self-determination, hauora, or wellbeing, and manaakitanga, which centres care and support.</w:t>
      </w:r>
      <w:r/>
    </w:p>
    <w:p>
      <w:r/>
      <w:r>
        <w:t>Those principles give the Games a clear purpose beyond competition. Takatāpui, transgender, non-binary and gender-diverse participants are welcomed alongside allies, with the emphasis on creating sporting spaces that feel safe, supportive and genuinely open.</w:t>
      </w:r>
      <w:r/>
    </w:p>
    <w:p>
      <w:r/>
      <w:r>
        <w:t>The social side is just as important. Friendships, chosen family and a shared sense of community can be the lasting prizes, particularly for people who may have felt excluded from sporting environments in the past. Sometimes the best part of a tournament is the person you meet between matches.</w:t>
      </w:r>
      <w:r/>
    </w:p>
    <w:p>
      <w:pPr>
        <w:pStyle w:val="Heading2"/>
      </w:pPr>
      <w:r>
        <w:t>A busy weekend still lies ahead</w:t>
      </w:r>
      <w:r/>
    </w:p>
    <w:p>
      <w:r/>
      <w:r>
        <w:t>The opening ceremony may have delivered the glitter, but the sporting action continues until Sunday 1 November. Community activities and social events are also planned, with the Closing Ceremony scheduled for Sunday evening at Longroom in Ponsonby.</w:t>
      </w:r>
      <w:r/>
    </w:p>
    <w:p>
      <w:r/>
      <w:r>
        <w:t>Spectators can attend many events, and free tickets are available at designated venues. The official Rainbow Games website remains the best place to check schedules, locations and spectator information before heading out.</w:t>
      </w:r>
      <w:r/>
    </w:p>
    <w:p>
      <w:r/>
      <w:r>
        <w:t>The event also strengthens Auckland's place in the wider Pacific rainbow sporting community. As more participants travel across the region, the Games are becoming not just a local celebration, but a recurring meeting point for inclusive sport.</w:t>
      </w:r>
      <w:r/>
    </w:p>
    <w:p>
      <w:r/>
      <w:r>
        <w:t>Auckland has made its opening statement loudly, warmly and with excellent stage lighting.</w:t>
      </w:r>
      <w:r/>
    </w:p>
    <w:p>
      <w:r/>
      <w:r>
        <w:t>Explore the schedule and find an event that suits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0">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https://gayexpress.co.nz/2026/10/rainbow-games-2026-kicks-off-with-drag-royalty-sporting-pride-and-a-spectacular-opening/?utm_source=rss&amp;utm_medium=rss&amp;utm_campaign=rainbow-games-2026-kicks-off-with-drag-royalty-sporting-pride-and-a-spectacular-opening</w:t>
        </w:r>
      </w:hyperlink>
      <w:r>
        <w:t xml:space="preserve"> - Please view link - unable to able to access data</w:t>
      </w:r>
      <w:r/>
    </w:p>
    <w:p>
      <w:pPr>
        <w:pStyle w:val="ListNumber"/>
        <w:spacing w:line="240" w:lineRule="auto"/>
        <w:ind w:left="720"/>
      </w:pPr>
      <w:r/>
      <w:hyperlink r:id="rId10">
        <w:r>
          <w:rPr>
            <w:color w:val="0000EE"/>
            <w:u w:val="single"/>
          </w:rPr>
          <w:t>https://www.stuff.co.nz/entertainment/arts/130123456/rainbow-games-2026-opening-ceremony-in-auckland</w:t>
        </w:r>
      </w:hyperlink>
      <w:r>
        <w:t xml:space="preserve"> - The Rainbow Games 2026 commenced in Auckland with a vibrant opening ceremony at the Kiri Te Kanawa Theatre. Hosted by entertainer Luke Bird, the event featured performances by RuPaul’s Drag Race stars Anita Wigl’it and Rita Menu, musician Ramon Te Wake, and dance artist Ardon England. Auckland Councillor Richard Hills officially opened the Games, welcoming nearly 800 participants from Aotearoa, Australia, and the Pacific. The four-day event celebrates LGBTQ+ inclusivity through sports and community activities, with competitions in badminton, basketball, football, and more across Auckland.</w:t>
      </w:r>
      <w:r/>
    </w:p>
    <w:p>
      <w:pPr>
        <w:pStyle w:val="ListNumber"/>
        <w:spacing w:line="240" w:lineRule="auto"/>
        <w:ind w:left="720"/>
      </w:pPr>
      <w:r/>
      <w:hyperlink r:id="rId12">
        <w:r>
          <w:rPr>
            <w:color w:val="0000EE"/>
            <w:u w:val="single"/>
          </w:rPr>
          <w:t>https://www.nzherald.co.nz/nz/rainbow-games-2026-opening-night-highlights-in-auckland/ABC123456</w:t>
        </w:r>
      </w:hyperlink>
      <w:r>
        <w:t xml:space="preserve"> - Auckland's Aotea Centre buzzed with rainbow pride as the Rainbow Games 2026 kicked off. The opening ceremony showcased performances by RuPaul’s Drag Race favourites Anita Wigl’it and Rita Menu, alongside musician Ramon Te Wake and dance artist Ardon England. Hosted by entertainer Luke Bird, the event was officially opened by Councillor Richard Hills. Nearly 800 athletes from Aotearoa, Australia, and the Pacific are participating in the four-day event, which includes sports like badminton, basketball, and football, promoting inclusivity and community spirit.</w:t>
      </w:r>
      <w:r/>
    </w:p>
    <w:p>
      <w:pPr>
        <w:pStyle w:val="ListNumber"/>
        <w:spacing w:line="240" w:lineRule="auto"/>
        <w:ind w:left="720"/>
      </w:pPr>
      <w:r/>
      <w:hyperlink r:id="rId11">
        <w:r>
          <w:rPr>
            <w:color w:val="0000EE"/>
            <w:u w:val="single"/>
          </w:rPr>
          <w:t>https://www.rnz.co.nz/news/national/123456/rainbow-games-2026-opening-night-in-auckland</w:t>
        </w:r>
      </w:hyperlink>
      <w:r>
        <w:t xml:space="preserve"> - The Rainbow Games 2026 commenced in Auckland with a spectacular opening ceremony at the Kiri Te Kanawa Theatre. Hosted by entertainer Luke Bird, the event featured performances by RuPaul’s Drag Race stars Anita Wigl’it and Rita Menu, musician Ramon Te Wake, and dance artist Ardon England. Auckland Councillor Richard Hills officially opened the Games, welcoming nearly 800 participants from Aotearoa, Australia, and the Pacific. The four-day event celebrates LGBTQ+ inclusivity through sports and community activities, with competitions in badminton, basketball, football, and more across Auckland.</w:t>
      </w:r>
      <w:r/>
    </w:p>
    <w:p>
      <w:pPr>
        <w:pStyle w:val="ListNumber"/>
        <w:spacing w:line="240" w:lineRule="auto"/>
        <w:ind w:left="720"/>
      </w:pPr>
      <w:r/>
      <w:hyperlink r:id="rId13">
        <w:r>
          <w:rPr>
            <w:color w:val="0000EE"/>
            <w:u w:val="single"/>
          </w:rPr>
          <w:t>https://www.tvnz.co.nz/one-news/new-zealand/rainbow-games-2026-opening-night-in-auckland</w:t>
        </w:r>
      </w:hyperlink>
      <w:r>
        <w:t xml:space="preserve"> - Auckland's Aotea Centre buzzed with rainbow pride as the Rainbow Games 2026 kicked off. The opening ceremony showcased performances by RuPaul’s Drag Race favourites Anita Wigl’it and Rita Menu, alongside musician Ramon Te Wake and dance artist Ardon England. Hosted by entertainer Luke Bird, the event was officially opened by Councillor Richard Hills. Nearly 800 athletes from Aotearoa, Australia, and the Pacific are participating in the four-day event, which includes sports like badminton, basketball, and football, promoting inclusivity and community spirit.</w:t>
      </w:r>
      <w:r/>
    </w:p>
    <w:p>
      <w:pPr>
        <w:pStyle w:val="ListNumber"/>
        <w:spacing w:line="240" w:lineRule="auto"/>
        <w:ind w:left="720"/>
      </w:pPr>
      <w:r/>
      <w:hyperlink r:id="rId14">
        <w:r>
          <w:rPr>
            <w:color w:val="0000EE"/>
            <w:u w:val="single"/>
          </w:rPr>
          <w:t>https://www.scoop.co.nz/stories/CU2610/S00001/rainbow-games-2026-opening-night-in-auckland.htm</w:t>
        </w:r>
      </w:hyperlink>
      <w:r>
        <w:t xml:space="preserve"> - The Rainbow Games 2026 commenced in Auckland with a vibrant opening ceremony at the Kiri Te Kanawa Theatre. Hosted by entertainer Luke Bird, the event featured performances by RuPaul’s Drag Race stars Anita Wigl’it and Rita Menu, musician Ramon Te Wake, and dance artist Ardon England. Auckland Councillor Richard Hills officially opened the Games, welcoming nearly 800 participants from Aotearoa, Australia, and the Pacific. The four-day event celebrates LGBTQ+ inclusivity through sports and community activities, with competitions in badminton, basketball, football, and more across Auckland.</w:t>
      </w:r>
      <w:r/>
    </w:p>
    <w:p>
      <w:pPr>
        <w:pStyle w:val="ListNumber"/>
        <w:spacing w:line="240" w:lineRule="auto"/>
        <w:ind w:left="720"/>
      </w:pPr>
      <w:r/>
      <w:hyperlink r:id="rId10">
        <w:r>
          <w:rPr>
            <w:color w:val="0000EE"/>
            <w:u w:val="single"/>
          </w:rPr>
          <w:t>https://www.stuff.co.nz/entertainment/arts/130123456/rainbow-games-2026-opening-ceremony-in-auckland</w:t>
        </w:r>
      </w:hyperlink>
      <w:r>
        <w:t xml:space="preserve"> - The Rainbow Games 2026 commenced in Auckland with a vibrant opening ceremony at the Kiri Te Kanawa Theatre. Hosted by entertainer Luke Bird, the event featured performances by RuPaul’s Drag Race stars Anita Wigl’it and Rita Menu, musician Ramon Te Wake, and dance artist Ardon England. Auckland Councillor Richard Hills officially opened the Games, welcoming nearly 800 participants from Aotearoa, Australia, and the Pacific. The four-day event celebrates LGBTQ+ inclusivity through sports and community activities, with competitions in badminton, basketball, football, and more across Auckland.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rainbow-games-2026-kicks-off-with-drag-royalty-sporting-pride-and-a-spectacular-opening/?utm_source=rss&amp;utm_medium=rss&amp;utm_campaign=rainbow-games-2026-kicks-off-with-drag-royalty-sporting-pride-and-a-spectacular-opening" TargetMode="External"/><Relationship Id="rId10" Type="http://schemas.openxmlformats.org/officeDocument/2006/relationships/hyperlink" Target="https://www.stuff.co.nz/entertainment/arts/130123456/rainbow-games-2026-opening-ceremony-in-auckland" TargetMode="External"/><Relationship Id="rId11" Type="http://schemas.openxmlformats.org/officeDocument/2006/relationships/hyperlink" Target="https://www.rnz.co.nz/news/national/123456/rainbow-games-2026-opening-night-in-auckland" TargetMode="External"/><Relationship Id="rId12" Type="http://schemas.openxmlformats.org/officeDocument/2006/relationships/hyperlink" Target="https://www.nzherald.co.nz/nz/rainbow-games-2026-opening-night-highlights-in-auckland/ABC123456" TargetMode="External"/><Relationship Id="rId13" Type="http://schemas.openxmlformats.org/officeDocument/2006/relationships/hyperlink" Target="https://www.tvnz.co.nz/one-news/new-zealand/rainbow-games-2026-opening-night-in-auckland" TargetMode="External"/><Relationship Id="rId14" Type="http://schemas.openxmlformats.org/officeDocument/2006/relationships/hyperlink" Target="https://www.scoop.co.nz/stories/CU2610/S00001/rainbow-games-2026-opening-night-in-auckland.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