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Career Day Luxembourg 2026: Find Inclusive Employers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Jobseekers and allies will gather in Luxembourg City on Friday 30 October 2026 for the second Rainbow Career Day, where regional employers will showcase how workplace diversity works in practice. The event matters because it offers queer professionals a chance to meet companies directly, compare cultures and find careers where inclusion feels genuine, not simply decorative.</w:t>
      </w:r>
      <w:r/>
    </w:p>
    <w:p>
      <w:pPr>
        <w:pStyle w:val="Heading2"/>
      </w:pPr>
      <w:r>
        <w:t>Essential Takeaways</w:t>
      </w:r>
      <w:r/>
      <w:r/>
    </w:p>
    <w:p>
      <w:pPr>
        <w:pStyle w:val="ListBullet"/>
        <w:spacing w:line="240" w:lineRule="auto"/>
        <w:ind w:left="720"/>
      </w:pPr>
      <w:r/>
      <w:r>
        <w:rPr>
          <w:b/>
        </w:rPr>
        <w:t>When:</w:t>
      </w:r>
      <w:r>
        <w:t xml:space="preserve"> Rainbow Career Day returns on Friday 30 October 2026.</w:t>
      </w:r>
      <w:r/>
    </w:p>
    <w:p>
      <w:pPr>
        <w:pStyle w:val="ListBullet"/>
        <w:spacing w:line="240" w:lineRule="auto"/>
        <w:ind w:left="720"/>
      </w:pPr>
      <w:r/>
      <w:r>
        <w:rPr>
          <w:b/>
        </w:rPr>
        <w:t>Where:</w:t>
      </w:r>
      <w:r>
        <w:t xml:space="preserve"> Luxembourg City, with employers from the surrounding region expected to take part.</w:t>
      </w:r>
      <w:r/>
    </w:p>
    <w:p>
      <w:pPr>
        <w:pStyle w:val="ListBullet"/>
        <w:spacing w:line="240" w:lineRule="auto"/>
        <w:ind w:left="720"/>
      </w:pPr>
      <w:r/>
      <w:r>
        <w:rPr>
          <w:b/>
        </w:rPr>
        <w:t>Who it's for:</w:t>
      </w:r>
      <w:r>
        <w:t xml:space="preserve"> The queer community, allies and anyone who values diverse workplaces.</w:t>
      </w:r>
      <w:r/>
    </w:p>
    <w:p>
      <w:pPr>
        <w:pStyle w:val="ListBullet"/>
        <w:spacing w:line="240" w:lineRule="auto"/>
        <w:ind w:left="720"/>
      </w:pPr>
      <w:r/>
      <w:r>
        <w:rPr>
          <w:b/>
        </w:rPr>
        <w:t>Why attend:</w:t>
      </w:r>
      <w:r>
        <w:t xml:space="preserve"> Visitors can explore employers across sectors and discover which cultures align with their values.</w:t>
      </w:r>
      <w:r/>
    </w:p>
    <w:p>
      <w:pPr>
        <w:pStyle w:val="ListBullet"/>
        <w:spacing w:line="240" w:lineRule="auto"/>
        <w:ind w:left="720"/>
      </w:pPr>
      <w:r/>
      <w:r>
        <w:rPr>
          <w:b/>
        </w:rPr>
        <w:t>The bigger picture:</w:t>
      </w:r>
      <w:r>
        <w:t xml:space="preserve"> The event builds on Luxembourg's wider commitment to LGBTIQ rights and anti-discrimination.</w:t>
      </w:r>
      <w:r/>
      <w:r/>
    </w:p>
    <w:p>
      <w:pPr>
        <w:pStyle w:val="Heading2"/>
      </w:pPr>
      <w:r>
        <w:t>A career fair with a more human focus</w:t>
      </w:r>
      <w:r/>
    </w:p>
    <w:p>
      <w:r/>
      <w:r>
        <w:t>A CV might open a door, but workplace culture often decides whether someone wants to stay inside. Rainbow Career Day Luxembourg 2026 is designed to put that culture in the spotlight, giving visitors the chance to speak with employers rather than relying on polished recruitment copy alone.</w:t>
      </w:r>
      <w:r/>
    </w:p>
    <w:p>
      <w:r/>
      <w:r>
        <w:t xml:space="preserve">That direct contact can make a real difference. Jobseekers can ask how inclusion operates day to day, from policies and staff networks to the tone of team life. It sounds simple, but those conversations are often where the useful details emerge. </w:t>
      </w:r>
      <w:hyperlink r:id="rId9">
        <w:r>
          <w:rPr>
            <w:color w:val="0000EE"/>
            <w:u w:val="single"/>
          </w:rPr>
          <w:t>[2]</w:t>
        </w:r>
      </w:hyperlink>
      <w:r>
        <w:t xml:space="preserve">, </w:t>
      </w:r>
      <w:hyperlink r:id="rId10">
        <w:r>
          <w:rPr>
            <w:color w:val="0000EE"/>
            <w:u w:val="single"/>
          </w:rPr>
          <w:t>[3]</w:t>
        </w:r>
      </w:hyperlink>
      <w:r/>
    </w:p>
    <w:p>
      <w:pPr>
        <w:pStyle w:val="Heading2"/>
      </w:pPr>
      <w:r>
        <w:t>Luxembourg's diversity message goes beyond one event</w:t>
      </w:r>
      <w:r/>
    </w:p>
    <w:p>
      <w:r/>
      <w:r>
        <w:t xml:space="preserve">The career day forms part of Luxembourg City's broader positioning as an open, tolerant and diverse place. The city says it's committed to supporting LGBTIQ rights and tackling structural discrimination, while Luxembourg Pride remains a prominent public expression of acceptance. </w:t>
      </w:r>
      <w:hyperlink r:id="rId11">
        <w:r>
          <w:rPr>
            <w:color w:val="0000EE"/>
            <w:u w:val="single"/>
          </w:rPr>
          <w:t>[4]</w:t>
        </w:r>
      </w:hyperlink>
      <w:r/>
    </w:p>
    <w:p>
      <w:r/>
      <w:r>
        <w:t xml:space="preserve">That wider context gives the event extra weight. This isn't just about matching candidates with vacancies; it's also about showing what responsible employers look like in a region where diversity is increasingly part of the conversation around work, belonging and reputation. </w:t>
      </w:r>
      <w:hyperlink r:id="rId11">
        <w:r>
          <w:rPr>
            <w:color w:val="0000EE"/>
            <w:u w:val="single"/>
          </w:rPr>
          <w:t>[4]</w:t>
        </w:r>
      </w:hyperlink>
      <w:r>
        <w:t xml:space="preserve">, </w:t>
      </w:r>
      <w:hyperlink r:id="rId12">
        <w:r>
          <w:rPr>
            <w:color w:val="0000EE"/>
            <w:u w:val="single"/>
          </w:rPr>
          <w:t>[5]</w:t>
        </w:r>
      </w:hyperlink>
      <w:r/>
    </w:p>
    <w:p>
      <w:pPr>
        <w:pStyle w:val="Heading2"/>
      </w:pPr>
      <w:r>
        <w:t>What can visitors expect from employers?</w:t>
      </w:r>
      <w:r/>
    </w:p>
    <w:p>
      <w:r/>
      <w:r>
        <w:t>The main attraction is variety. Participants can explore organisations across professional fields, making the event relevant whether they're starting out, changing direction or quietly wondering whether their current workplace is the right fit.</w:t>
      </w:r>
      <w:r/>
    </w:p>
    <w:p>
      <w:r/>
      <w:r>
        <w:t xml:space="preserve">The most useful approach is to arrive with a few practical questions. Ask how a company supports LGBTIQ staff, how managers are trained, whether employee networks are active and what happens when discrimination is reported. A welcoming stand is a good start, but specific answers are much more revealing. </w:t>
      </w:r>
      <w:hyperlink r:id="rId9">
        <w:r>
          <w:rPr>
            <w:color w:val="0000EE"/>
            <w:u w:val="single"/>
          </w:rPr>
          <w:t>[2]</w:t>
        </w:r>
      </w:hyperlink>
      <w:r>
        <w:t xml:space="preserve">, </w:t>
      </w:r>
      <w:hyperlink r:id="rId10">
        <w:r>
          <w:rPr>
            <w:color w:val="0000EE"/>
            <w:u w:val="single"/>
          </w:rPr>
          <w:t>[3]</w:t>
        </w:r>
      </w:hyperlink>
      <w:r/>
    </w:p>
    <w:p>
      <w:pPr>
        <w:pStyle w:val="Heading2"/>
      </w:pPr>
      <w:r>
        <w:t>Why the second edition matters</w:t>
      </w:r>
      <w:r/>
    </w:p>
    <w:p>
      <w:r/>
      <w:r>
        <w:t xml:space="preserve">The 2026 event follows a successful first edition in 2025, suggesting that there was enough interest to bring the format back for a second year. That return is encouraging: events like this become more valuable when employers and candidates know they'll have a regular place to meet. </w:t>
      </w:r>
      <w:hyperlink r:id="rId9">
        <w:r>
          <w:rPr>
            <w:color w:val="0000EE"/>
            <w:u w:val="single"/>
          </w:rPr>
          <w:t>[2]</w:t>
        </w:r>
      </w:hyperlink>
      <w:r/>
    </w:p>
    <w:p>
      <w:r/>
      <w:r>
        <w:t xml:space="preserve">It also reflects a broader shift in how people assess potential employers. Salary still matters, of course, but many workers now look closely at values, psychological safety and whether an organisation's public message matches everyday behaviour. A rainbow logo may catch the eye, but consistency is what earns trust. </w:t>
      </w:r>
      <w:hyperlink r:id="rId11">
        <w:r>
          <w:rPr>
            <w:color w:val="0000EE"/>
            <w:u w:val="single"/>
          </w:rPr>
          <w:t>[4]</w:t>
        </w:r>
      </w:hyperlink>
      <w:r>
        <w:t xml:space="preserve">, </w:t>
      </w:r>
      <w:hyperlink r:id="rId13">
        <w:r>
          <w:rPr>
            <w:color w:val="0000EE"/>
            <w:u w:val="single"/>
          </w:rPr>
          <w:t>[6]</w:t>
        </w:r>
      </w:hyperlink>
      <w:r/>
    </w:p>
    <w:p>
      <w:pPr>
        <w:pStyle w:val="Heading2"/>
      </w:pPr>
      <w:r>
        <w:t>A useful stop for jobseekers and allies</w:t>
      </w:r>
      <w:r/>
    </w:p>
    <w:p>
      <w:r/>
      <w:r>
        <w:t>You don't have to be actively applying for a job to benefit from the day. Students, career changers and professionals simply researching the market can use it to understand which organisations are taking inclusion seriously and what roles may be available.</w:t>
      </w:r>
      <w:r/>
    </w:p>
    <w:p>
      <w:r/>
      <w:r>
        <w:t xml:space="preserve">Allies can also play a constructive part by listening, asking thoughtful questions and supporting workplaces that make room for people to be themselves. In the end, the best career conversation may be the one that leaves someone thinking, "I could genuinely belong there." </w:t>
      </w:r>
      <w:hyperlink r:id="rId10">
        <w:r>
          <w:rPr>
            <w:color w:val="0000EE"/>
            <w:u w:val="single"/>
          </w:rPr>
          <w:t>[3]</w:t>
        </w:r>
      </w:hyperlink>
      <w:r>
        <w:t xml:space="preserve">, </w:t>
      </w:r>
      <w:hyperlink r:id="rId14">
        <w:r>
          <w:rPr>
            <w:color w:val="0000EE"/>
            <w:u w:val="single"/>
          </w:rPr>
          <w:t>[7]</w:t>
        </w:r>
      </w:hyperlink>
      <w:r/>
    </w:p>
    <w:p>
      <w:r/>
      <w:r>
        <w:t>It's a small step towards making career choices feel safer, clearer and more personal.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https://www.vdl.lu/fr/agenda/rainbow-career-day-luxemburg-2026</w:t>
        </w:r>
      </w:hyperlink>
      <w:r>
        <w:t xml:space="preserve"> - Please view link - unable to able to access data</w:t>
      </w:r>
      <w:r/>
    </w:p>
    <w:p>
      <w:pPr>
        <w:pStyle w:val="ListNumber"/>
        <w:spacing w:line="240" w:lineRule="auto"/>
        <w:ind w:left="720"/>
      </w:pPr>
      <w:r/>
      <w:hyperlink r:id="rId9">
        <w:r>
          <w:rPr>
            <w:color w:val="0000EE"/>
            <w:u w:val="single"/>
          </w:rPr>
          <w:t>https://www.vdl.lu/fr/agenda/rainbow-career-day-luxemburg-2026</w:t>
        </w:r>
      </w:hyperlink>
      <w:r>
        <w:t xml:space="preserve"> - The City of Luxembourg is committed to LGBTIQ rights, positioning itself as a 'space of freedom for LGBTIQ individuals' and combating structural discrimination. The Luxembourg Pride, held annually in Luxembourg City and Esch-sur-Alzette, symbolises acceptance and diversity. Since 2025, the Rainbow Career Day has been enhancing this commitment. On 30 October 2026, regional employers will demonstrate that diversity is a core element of their corporate culture, engaging with the queer community and all who value diversity. Participants can discover employers who truly live diversity daily, regardless of their sector or professional field.</w:t>
      </w:r>
      <w:r/>
    </w:p>
    <w:p>
      <w:pPr>
        <w:pStyle w:val="ListNumber"/>
        <w:spacing w:line="240" w:lineRule="auto"/>
        <w:ind w:left="720"/>
      </w:pPr>
      <w:r/>
      <w:hyperlink r:id="rId10">
        <w:r>
          <w:rPr>
            <w:color w:val="0000EE"/>
            <w:u w:val="single"/>
          </w:rPr>
          <w:t>https://www.rainbow-career.de/en/rainbow-career-day-luxembourg-2026/</w:t>
        </w:r>
      </w:hyperlink>
      <w:r>
        <w:t xml:space="preserve"> - The Rainbow Career Day Luxembourg 2026 is an event dedicated to promoting diversity in the workplace. Organised by Rainbow Career, it aims to connect LGBTIQ individuals with inclusive employers. The event features various companies showcasing their commitment to diversity and inclusion, providing opportunities for networking and career advancement. Attendees can engage with employers who prioritise diversity, learn about inclusive workplace cultures, and explore potential career paths in a supportive environment.</w:t>
      </w:r>
      <w:r/>
    </w:p>
    <w:p>
      <w:pPr>
        <w:pStyle w:val="ListNumber"/>
        <w:spacing w:line="240" w:lineRule="auto"/>
        <w:ind w:left="720"/>
      </w:pPr>
      <w:r/>
      <w:hyperlink r:id="rId11">
        <w:r>
          <w:rPr>
            <w:color w:val="0000EE"/>
            <w:u w:val="single"/>
          </w:rPr>
          <w:t>https://www.luxembourgpride.lu/en/</w:t>
        </w:r>
      </w:hyperlink>
      <w:r>
        <w:t xml:space="preserve"> - Luxembourg Pride is an annual festival celebrating the LGBTIQ community in Luxembourg. Organised by the Rosa Lëtzebuerg Association, the festival includes concerts, artistic presentations, marathons, bingos, an outdoor fair, and a pride march in Esch-sur-Alzette. The event aims to promote acceptance, diversity, and inclusion, attracting thousands of attendees each year. It serves as a significant symbol of the country's commitment to LGBTIQ rights and equality.</w:t>
      </w:r>
      <w:r/>
    </w:p>
    <w:p>
      <w:pPr>
        <w:pStyle w:val="ListNumber"/>
        <w:spacing w:line="240" w:lineRule="auto"/>
        <w:ind w:left="720"/>
      </w:pPr>
      <w:r/>
      <w:hyperlink r:id="rId12">
        <w:r>
          <w:rPr>
            <w:color w:val="0000EE"/>
            <w:u w:val="single"/>
          </w:rPr>
          <w:t>https://www.rtl.lu/news/luxembourg/a/2026/07/09/esch-alzette-turned-into-a-rainbow-city-for-the-pride-parade</w:t>
        </w:r>
      </w:hyperlink>
      <w:r>
        <w:t xml:space="preserve"> - Esch-sur-Alzette transformed into a vibrant rainbow city during the Luxembourg Pride parade. The event saw thousands of participants celebrating diversity and inclusion, with colourful floats and enthusiastic crowds. Political figures, including the mayor of Esch-sur-Alzette, Vera Spautz, and Prime Minister Xavier Bettel, attended, highlighting the government's support for LGBTIQ rights. The parade underscored Luxembourg's commitment to fostering an open and tolerant society.</w:t>
      </w:r>
      <w:r/>
    </w:p>
    <w:p>
      <w:pPr>
        <w:pStyle w:val="ListNumber"/>
        <w:spacing w:line="240" w:lineRule="auto"/>
        <w:ind w:left="720"/>
      </w:pPr>
      <w:r/>
      <w:hyperlink r:id="rId13">
        <w:r>
          <w:rPr>
            <w:color w:val="0000EE"/>
            <w:u w:val="single"/>
          </w:rPr>
          <w:t>https://www.tageblatt.lu/headlines/aus-gaymat-wird-luxembourg-pride-wieso-die-veranstaltung-den-namen-aendert/</w:t>
        </w:r>
      </w:hyperlink>
      <w:r>
        <w:t xml:space="preserve"> - The Luxembourg Pride festival, formerly known as GayMat, changed its name to Luxembourg Pride in 2019. Organisers decided to make the event more inclusive and accessible to a broader audience, as the original name was a play on words that might not be understood by foreigners. The rebranding aimed to reflect the festival's commitment to embracing all LGBTIQ+ identities and promoting diversity and inclusion.</w:t>
      </w:r>
      <w:r/>
    </w:p>
    <w:p>
      <w:pPr>
        <w:pStyle w:val="ListNumber"/>
        <w:spacing w:line="240" w:lineRule="auto"/>
        <w:ind w:left="720"/>
      </w:pPr>
      <w:r/>
      <w:hyperlink r:id="rId14">
        <w:r>
          <w:rPr>
            <w:color w:val="0000EE"/>
            <w:u w:val="single"/>
          </w:rPr>
          <w:t>https://www.rtl.lu/news/luxembourg/a/2018/07/15/lgbtqi-community-celebrate-in-esch-on-saturday</w:t>
        </w:r>
      </w:hyperlink>
      <w:r>
        <w:t xml:space="preserve"> - The LGBTIQ community celebrated in Esch-sur-Alzette during the Luxembourg Pride event. The festivities included a vibrant parade, cultural performances, and speeches advocating for equal rights and acceptance. The event attracted a diverse crowd, including allies and political figures, all united in support of the LGBTIQ community. It highlighted Luxembourg's ongoing efforts to promote inclusivity and combat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dl.lu/fr/agenda/rainbow-career-day-luxemburg-2026" TargetMode="External"/><Relationship Id="rId10" Type="http://schemas.openxmlformats.org/officeDocument/2006/relationships/hyperlink" Target="https://www.rainbow-career.de/en/rainbow-career-day-luxembourg-2026/" TargetMode="External"/><Relationship Id="rId11" Type="http://schemas.openxmlformats.org/officeDocument/2006/relationships/hyperlink" Target="https://www.luxembourgpride.lu/en/" TargetMode="External"/><Relationship Id="rId12" Type="http://schemas.openxmlformats.org/officeDocument/2006/relationships/hyperlink" Target="https://www.rtl.lu/news/luxembourg/a/2026/07/09/esch-alzette-turned-into-a-rainbow-city-for-the-pride-parade" TargetMode="External"/><Relationship Id="rId13" Type="http://schemas.openxmlformats.org/officeDocument/2006/relationships/hyperlink" Target="https://www.tageblatt.lu/headlines/aus-gaymat-wird-luxembourg-pride-wieso-die-veranstaltung-den-namen-aendert/" TargetMode="External"/><Relationship Id="rId14" Type="http://schemas.openxmlformats.org/officeDocument/2006/relationships/hyperlink" Target="https://www.rtl.lu/news/luxembourg/a/2018/07/15/lgbtqi-community-celebrate-in-esch-on-satur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