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Pedro Leopoldo LGBT+ Pride Parade Returns in 2027</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have cancelled Pedro Leopoldo's LGBT+ Pride Parade for 2026, leaving disappointed regulars to look ahead to its planned return in 2027. The collective says the pause will help move the event to June, Pride Month, and allow more time to build resources, volunteers and community support for a safer, more representative celebration.</w:t>
      </w:r>
      <w:r/>
    </w:p>
    <w:p>
      <w:pPr>
        <w:pStyle w:val="Heading2"/>
      </w:pPr>
      <w:r>
        <w:t>Essential Takeaways</w:t>
      </w:r>
      <w:r/>
      <w:r/>
    </w:p>
    <w:p>
      <w:pPr>
        <w:pStyle w:val="ListBullet"/>
        <w:spacing w:line="240" w:lineRule="auto"/>
        <w:ind w:left="720"/>
      </w:pPr>
      <w:r/>
      <w:r>
        <w:rPr>
          <w:b/>
        </w:rPr>
        <w:t>No parade in 2026:</w:t>
      </w:r>
      <w:r>
        <w:t xml:space="preserve"> The eighth Pedro Leopoldo LGBT+ parade, planned for 1 November, has been called off.</w:t>
      </w:r>
      <w:r/>
    </w:p>
    <w:p>
      <w:pPr>
        <w:pStyle w:val="ListBullet"/>
        <w:spacing w:line="240" w:lineRule="auto"/>
        <w:ind w:left="720"/>
      </w:pPr>
      <w:r/>
      <w:r>
        <w:rPr>
          <w:b/>
        </w:rPr>
        <w:t>A June return is planned:</w:t>
      </w:r>
      <w:r>
        <w:t xml:space="preserve"> Organisers say they intend to hold the next edition in 2027 during Pride Month.</w:t>
      </w:r>
      <w:r/>
    </w:p>
    <w:p>
      <w:pPr>
        <w:pStyle w:val="ListBullet"/>
        <w:spacing w:line="240" w:lineRule="auto"/>
        <w:ind w:left="720"/>
      </w:pPr>
      <w:r/>
      <w:r>
        <w:rPr>
          <w:b/>
        </w:rPr>
        <w:t>More time to prepare:</w:t>
      </w:r>
      <w:r>
        <w:t xml:space="preserve"> The collective says the change will support fundraising, volunteer recruitment and wider community involvement.</w:t>
      </w:r>
      <w:r/>
    </w:p>
    <w:p>
      <w:pPr>
        <w:pStyle w:val="ListBullet"/>
        <w:spacing w:line="240" w:lineRule="auto"/>
        <w:ind w:left="720"/>
      </w:pPr>
      <w:r/>
      <w:r>
        <w:rPr>
          <w:b/>
        </w:rPr>
        <w:t>A separate political setback:</w:t>
      </w:r>
      <w:r>
        <w:t xml:space="preserve"> The city council approved a local Pride Day and week in 2025, but the mayor vetoed the proposal.</w:t>
      </w:r>
      <w:r/>
      <w:r/>
    </w:p>
    <w:p>
      <w:pPr>
        <w:pStyle w:val="Heading2"/>
      </w:pPr>
      <w:r>
        <w:t>Why Pedro Leopoldo's Pride parade is taking a year off</w:t>
      </w:r>
      <w:r/>
    </w:p>
    <w:p>
      <w:r/>
      <w:r>
        <w:t>The streets of Pedro Leopoldo won't fill with the parade this November. Organisers have cancelled the 2026 event, and the news drew disappointed reactions from people who'd looked forward to joining the procession.</w:t>
      </w:r>
      <w:r/>
    </w:p>
    <w:p>
      <w:r/>
      <w:r>
        <w:t>The DivercidadePL collective said the break was intended to make the next edition better organised, safer and more representative. It has said the parade is expected to return in 2027, giving supporters a date to look towards rather than leaving the event's future entirely uncertain.</w:t>
      </w:r>
      <w:r/>
    </w:p>
    <w:p>
      <w:pPr>
        <w:pStyle w:val="Heading2"/>
      </w:pPr>
      <w:r>
        <w:t>Organisers want to move the parade to June</w:t>
      </w:r>
      <w:r/>
    </w:p>
    <w:p>
      <w:r/>
      <w:r>
        <w:t>The collective told Estado de Minas that the decision was strategic: it wants to shift the parade to June, when Pride Month is marked internationally. Organisers say the extra time should help them find new funding, strengthen the volunteer team and build broader public participation.</w:t>
      </w:r>
      <w:r/>
    </w:p>
    <w:p>
      <w:r/>
      <w:r>
        <w:t>That change could also give the gathering a more natural place in the local calendar. But a later date is only part of the work; a well-supported event takes people, planning and resources, not just a spot on the schedule.</w:t>
      </w:r>
      <w:r/>
    </w:p>
    <w:p>
      <w:pPr>
        <w:pStyle w:val="Heading2"/>
      </w:pPr>
      <w:r>
        <w:t>The cancellation comes after a local Pride policy dispute</w:t>
      </w:r>
      <w:r/>
    </w:p>
    <w:p>
      <w:r/>
      <w:r>
        <w:t>The pause arrives amid a wider discussion about LGBT+ visibility and public policy in Pedro Leopoldo, a municipality in the Belo Horizonte metropolitan area with a population of about 62,000. In 2025, the municipal council approved a proposal to establish a local Pride Day and Pride Week beginning on 28 June.</w:t>
      </w:r>
      <w:r/>
    </w:p>
    <w:p>
      <w:r/>
      <w:r>
        <w:t>Mayor Emiliano Braga dos Santos vetoed the proposal in full. The collective says that decision did not directly cause the parade cancellation, while arguing that stronger municipal council involvement is important for lasting public policies.</w:t>
      </w:r>
      <w:r/>
    </w:p>
    <w:p>
      <w:pPr>
        <w:pStyle w:val="Heading2"/>
      </w:pPr>
      <w:r>
        <w:t>What the 2027 return will need</w:t>
      </w:r>
      <w:r/>
    </w:p>
    <w:p>
      <w:r/>
      <w:r>
        <w:t>Organisers say the longer interval will make room for closer coordination with civil society and stronger mobilisation. For attendees, the practical takeaway is simple: keep an eye on the collective's announcements for the confirmed date, venue and any programme details.</w:t>
      </w:r>
      <w:r/>
    </w:p>
    <w:p>
      <w:r/>
      <w:r>
        <w:t>And while the 2026 cancellation is a disappointment, a June return could make the parade easier to connect with Pride Month events. The real test will be whether the extra preparation brings the bigger, more inclusive celebration supporters are hoping for.</w:t>
      </w:r>
      <w:r/>
    </w:p>
    <w:p>
      <w:r/>
      <w:r>
        <w:t>A year's pause is disappointing, but the promised 2027 return gives the community something to plan for.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https://www.em.com.br/diversidade/2026/10/7530835-parada-lgbt-de-pedro-leopoldo-e-cancelada-frequentadores-lamentam.html</w:t>
        </w:r>
      </w:hyperlink>
      <w:r>
        <w:t xml:space="preserve"> - Please view link - unable to able to access data</w:t>
      </w:r>
      <w:r/>
    </w:p>
    <w:p>
      <w:pPr>
        <w:pStyle w:val="ListNumber"/>
        <w:spacing w:line="240" w:lineRule="auto"/>
        <w:ind w:left="720"/>
      </w:pPr>
      <w:r/>
      <w:hyperlink r:id="rId9">
        <w:r>
          <w:rPr>
            <w:color w:val="0000EE"/>
            <w:u w:val="single"/>
          </w:rPr>
          <w:t>https://www.em.com.br/diversidade/2026/10/7530835-parada-lgbt-de-pedro-leopoldo-e-cancelada-frequentadores-lamentam.html</w:t>
        </w:r>
      </w:hyperlink>
      <w:r>
        <w:t xml:space="preserve"> - The report says the eighth LGBTQIA+ Pride Parade in Pedro Leopoldo, in Greater Belo Horizonte, will not take place in 2026, despite having been scheduled for 1 November. Organisers, the DiverCidadePL collective, announced the cancellation on Instagram and said the event would return in 2027. They described the change as strategic, explaining that they want to move the parade permanently to June, strengthen their volunteer team and secure more resources. The article also records disappointed responses from attendees. It reviews the mayor’s veto of a proposed municipal Pride day and week, while noting the collective said this did not directly cause the cancellation.</w:t>
      </w:r>
      <w:r/>
    </w:p>
    <w:p>
      <w:pPr>
        <w:pStyle w:val="ListNumber"/>
        <w:spacing w:line="240" w:lineRule="auto"/>
        <w:ind w:left="720"/>
      </w:pPr>
      <w:r/>
      <w:hyperlink r:id="rId10">
        <w:r>
          <w:rPr>
            <w:color w:val="0000EE"/>
            <w:u w:val="single"/>
          </w:rPr>
          <w:t>https://www.em.com.br/diversidade/2025/11/7297524-parada-do-orgulho-lgbtqia-ocorre-neste-domingo-em-cidade-da-grande-bh.html</w:t>
        </w:r>
      </w:hyperlink>
      <w:r>
        <w:t xml:space="preserve"> - This earlier Estado de Minas report covers Pedro Leopoldo’s seventh LGBTQIA+ Pride Parade, held in November 2025. It describes the event’s theme, which connected LGBTQIA+ pride with health and leisure for people of all ages, and outlines the planned performances by local artists, DJs and drag performers. The article explains that the parade’s date had changed because of the national university entrance exam, and that its venue moved from the town hall square to Praça da Estação. Organisers presented the gathering as both a celebration and a public demonstration, occupying civic space to call for representation and public policies.</w:t>
      </w:r>
      <w:r/>
    </w:p>
    <w:p>
      <w:pPr>
        <w:pStyle w:val="ListNumber"/>
        <w:spacing w:line="240" w:lineRule="auto"/>
        <w:ind w:left="720"/>
      </w:pPr>
      <w:r/>
      <w:hyperlink r:id="rId11">
        <w:r>
          <w:rPr>
            <w:color w:val="0000EE"/>
            <w:u w:val="single"/>
          </w:rPr>
          <w:t>https://conexao424.com.br/pedro-leopoldo-aprova-criacao-do-dia-e-da-semana-do-orgulho-lgbtqiapn/</w:t>
        </w:r>
      </w:hyperlink>
      <w:r>
        <w:t xml:space="preserve"> - This article reports that Pedro Leopoldo’s municipal council unanimously approved Bill 59/2025, proposed by councillor Gael Silveira, to establish an LGBTQIAPN+ Pride Day and Week. It says the proposal selected 28 June, aligning the municipal observance with the international date, and was sent to the mayor for approval. The report explains the date’s connection to the 1969 Stonewall uprising in New York and describes the measure as recognition of the community’s struggle for rights, inclusion and equality. It also notes that local community members and groups welcomed the council’s vote and identifies DiverCidade PL as the organiser of the city’s Pride Parade.</w:t>
      </w:r>
      <w:r/>
    </w:p>
    <w:p>
      <w:pPr>
        <w:pStyle w:val="ListNumber"/>
        <w:spacing w:line="240" w:lineRule="auto"/>
        <w:ind w:left="720"/>
      </w:pPr>
      <w:r/>
      <w:hyperlink r:id="rId12">
        <w:r>
          <w:rPr>
            <w:color w:val="0000EE"/>
            <w:u w:val="single"/>
          </w:rPr>
          <w:t>https://www.pedroleopoldo.mg.leg.br/processo-legislativo/pauta-das-sessoes/pautas-sessoes-ordinarias-e-extraordinarias-2025/pauta-38-reuniao-ordinaria-17-11-2025.pdf</w:t>
        </w:r>
      </w:hyperlink>
      <w:r>
        <w:t xml:space="preserve"> - This official municipal council agenda lists Bill 59/2025, which proposed establishing an LGBTQIAPN+ Pride Day and Week in Pedro Leopoldo. It names councillor Gabriel Vinícius Silveira de Araújo, known as Gael Silveira, as the bill’s author, and records it for a single-round symbolic vote by a simple majority. The document provides primary-source confirmation that the proposal was formally included in the council’s legislative proceedings in November 2025. It also includes other business scheduled for the meeting, including a reference to the LGBTQIA+ parade during the councillors’ statements. The agenda documents the proposal, but does not itself establish its later veto.</w:t>
      </w:r>
      <w:r/>
    </w:p>
    <w:p>
      <w:pPr>
        <w:pStyle w:val="ListNumber"/>
        <w:spacing w:line="240" w:lineRule="auto"/>
        <w:ind w:left="720"/>
      </w:pPr>
      <w:r/>
      <w:hyperlink r:id="rId13">
        <w:r>
          <w:rPr>
            <w:color w:val="0000EE"/>
            <w:u w:val="single"/>
          </w:rPr>
          <w:t>https://www.ibge.gov.br/cidades-e-estados/mg/pedro-leopoldo.html</w:t>
        </w:r>
      </w:hyperlink>
      <w:r>
        <w:t xml:space="preserve"> - The Brazilian Institute of Geography and Statistics’ municipal profile gives official demographic and administrative information for Pedro Leopoldo, Minas Gerais. It records 62,580 residents in the 2022 census and an estimated population of 65,424 for 2026, alongside the municipality’s area and population density. The profile identifies Emiliano Braga dos Santos as mayor for 2025 and provides indicators on schooling, infant mortality, revenue, expenditure and gross domestic product per person. This government statistical source supports the article’s description of Pedro Leopoldo as a municipality with roughly 62,000 residents, while clarifying that this figure corresponds to the 2022 census rather than a current population estimate.</w:t>
      </w:r>
      <w:r/>
    </w:p>
    <w:p>
      <w:pPr>
        <w:pStyle w:val="ListNumber"/>
        <w:spacing w:line="240" w:lineRule="auto"/>
        <w:ind w:left="720"/>
      </w:pPr>
      <w:r/>
      <w:hyperlink r:id="rId14">
        <w:r>
          <w:rPr>
            <w:color w:val="0000EE"/>
            <w:u w:val="single"/>
          </w:rPr>
          <w:t>https://aquipl.com.br/pedro-leopoldo-elege-representantes-do-conselho-lgbtqia/</w:t>
        </w:r>
      </w:hyperlink>
      <w:r>
        <w:t xml:space="preserve"> - This local report describes the election of civil-society representatives to Pedro Leopoldo’s LGBTQIA+ Council, held around World Pride Day in June 2022. It explains that the council brings together community representatives to help develop public policies against discrimination and to defend LGBTQIA+ rights. The article says the council had been approved by the municipal legislature and sanctioned by the then-mayor, with civil-society elections completing its membership. It records representatives for the LGBTQIA+ population, trans and travesti people, social movements and the local bar association. The report provides background on the municipality’s existing LGBTQIA+ policy structures and the council’s role in local advocacy.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m.com.br/diversidade/2026/10/7530835-parada-lgbt-de-pedro-leopoldo-e-cancelada-frequentadores-lamentam.html" TargetMode="External"/><Relationship Id="rId10" Type="http://schemas.openxmlformats.org/officeDocument/2006/relationships/hyperlink" Target="https://www.em.com.br/diversidade/2025/11/7297524-parada-do-orgulho-lgbtqia-ocorre-neste-domingo-em-cidade-da-grande-bh.html" TargetMode="External"/><Relationship Id="rId11" Type="http://schemas.openxmlformats.org/officeDocument/2006/relationships/hyperlink" Target="https://conexao424.com.br/pedro-leopoldo-aprova-criacao-do-dia-e-da-semana-do-orgulho-lgbtqiapn/" TargetMode="External"/><Relationship Id="rId12" Type="http://schemas.openxmlformats.org/officeDocument/2006/relationships/hyperlink" Target="https://www.pedroleopoldo.mg.leg.br/processo-legislativo/pauta-das-sessoes/pautas-sessoes-ordinarias-e-extraordinarias-2025/pauta-38-reuniao-ordinaria-17-11-2025.pdf" TargetMode="External"/><Relationship Id="rId13" Type="http://schemas.openxmlformats.org/officeDocument/2006/relationships/hyperlink" Target="https://www.ibge.gov.br/cidades-e-estados/mg/pedro-leopoldo.html" TargetMode="External"/><Relationship Id="rId14" Type="http://schemas.openxmlformats.org/officeDocument/2006/relationships/hyperlink" Target="https://aquipl.com.br/pedro-leopoldo-elege-representantes-do-conselho-lgbtq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