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Patrick Stewart's LGBTQ+ Advocacy Shaped Star Trek's Future</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Fans are remembering Sir Patrick Stewart not only as Captain Jean-Luc Picard, but as a vocal supporter of LGBTQ+ equality. His advocacy reached from public debate over marriage rights to the future of Star Trek, where he encouraged queer representation and saw two women take senior roles aboard the Enterprise.</w:t>
      </w:r>
      <w:r/>
    </w:p>
    <w:p>
      <w:pPr>
        <w:pStyle w:val="Heading2"/>
      </w:pPr>
      <w:r>
        <w:t>Patrick Stewart's Star Trek legacy included queer representation</w:t>
      </w:r>
      <w:r/>
    </w:p>
    <w:p>
      <w:r/>
      <w:r>
        <w:t xml:space="preserve">Stewart's final season of </w:t>
      </w:r>
      <w:r>
        <w:rPr>
          <w:i/>
        </w:rPr>
        <w:t>Star Trek: Picard</w:t>
      </w:r>
      <w:r>
        <w:t xml:space="preserve"> gave fans a memorable sight: Seven of Nine and Raffi serving as captain and first officer of the Enterprise. Their relationship had its complications, but their place on the bridge carried a clear message about who gets to belong in the future. The show's third season made inclusion part of its vision, rather than a decorative flourish. (Forbes, 2022)</w:t>
      </w:r>
      <w:r/>
    </w:p>
    <w:p>
      <w:r/>
      <w:r>
        <w:t xml:space="preserve">In a 2022 interview with Forbes, Stewart said he would encourage LGBTQ+ inclusion in </w:t>
      </w:r>
      <w:r>
        <w:rPr>
          <w:i/>
        </w:rPr>
        <w:t>Star Trek</w:t>
      </w:r>
      <w:r>
        <w:t>, describing it as part of a more open view of the world. He didn't treat representation as an afterthought; he saw it as one reason to be hopeful about what the franchise could become. (Forbes, 2022)</w:t>
      </w:r>
      <w:r/>
    </w:p>
    <w:p>
      <w:pPr>
        <w:pStyle w:val="Heading2"/>
      </w:pPr>
      <w:r>
        <w:t>A friendship with Ian McKellen that meant the world</w:t>
      </w:r>
      <w:r/>
    </w:p>
    <w:p>
      <w:r/>
      <w:r>
        <w:t>Stewart's commitment to equality was also reflected in his close friendship with Sir Ian McKellen, the openly gay actor. The pair shared a long-running affection that delighted fans, but it was more than a celebrity double act: McKellen officiated at Stewart's 2013 wedding to Sunny Ozell. (CBS News)</w:t>
      </w:r>
      <w:r/>
    </w:p>
    <w:p>
      <w:r/>
      <w:r>
        <w:t>Stewart recalled that his friendship with McKellen was among the most important things in his life. It's a warm, personal detail in a career often discussed through grand roles and public statements, and a reminder that advocacy can sit alongside everyday loyalties and love. (CBS News)</w:t>
      </w:r>
      <w:r/>
    </w:p>
    <w:p>
      <w:pPr>
        <w:pStyle w:val="Heading2"/>
      </w:pPr>
      <w:r>
        <w:t>He spoke up when marriage equality was challenged</w:t>
      </w:r>
      <w:r/>
    </w:p>
    <w:p>
      <w:r/>
      <w:r>
        <w:t>In 2015, Stewart backed the right to marriage equality during a dispute over a bakery in Northern Ireland that had refused to make a cake bearing a pro-equality message. The case put two principles, freedom of speech and equal treatment, into sharp public focus. (The Advocate)</w:t>
      </w:r>
      <w:r/>
    </w:p>
    <w:p>
      <w:r/>
      <w:r>
        <w:t>Stewart argued that both equality and freedom of speech were fundamental rights, and said he had long championed the LGBTQ+ community. His intervention was direct, but it also reflected a wider point: equality isn't much of a principle if it only applies when nobody objects. (The Advocate)</w:t>
      </w:r>
      <w:r/>
    </w:p>
    <w:p>
      <w:pPr>
        <w:pStyle w:val="Heading2"/>
      </w:pPr>
      <w:r>
        <w:t>His roles added another layer to the legacy</w:t>
      </w:r>
      <w:r/>
    </w:p>
    <w:p>
      <w:r/>
      <w:r>
        <w:t xml:space="preserve">Stewart also took on gay characters on screen, including in the 1995 romantic comedy </w:t>
      </w:r>
      <w:r>
        <w:rPr>
          <w:i/>
        </w:rPr>
        <w:t>Jeffrey</w:t>
      </w:r>
      <w:r>
        <w:t xml:space="preserve"> and the 2014 film </w:t>
      </w:r>
      <w:r>
        <w:rPr>
          <w:i/>
        </w:rPr>
        <w:t>Match</w:t>
      </w:r>
      <w:r>
        <w:t>. Those parts sit alongside his science-fiction work as a reminder that his career reached beyond the image of a starship captain. (Los Angeles Times; Windy City Times)</w:t>
      </w:r>
      <w:r/>
    </w:p>
    <w:p>
      <w:r/>
      <w:r>
        <w:t>The roles were different in tone and scale, but both contributed to a body of work that made space for LGBTQ+ stories. For viewers, representation can be as simple and meaningful as seeing a character treated as a person, rather than a plot device. (Los Angeles Times; Windy City Times)</w:t>
      </w:r>
      <w:r/>
    </w:p>
    <w:p>
      <w:pPr>
        <w:pStyle w:val="Heading2"/>
      </w:pPr>
      <w:r>
        <w:t>Why this kind of advocacy still matters</w:t>
      </w:r>
      <w:r/>
    </w:p>
    <w:p>
      <w:r/>
      <w:r>
        <w:t xml:space="preserve">Stewart's legacy brings together public support, personal friendship and the choices made on screen. His comments about </w:t>
      </w:r>
      <w:r>
        <w:rPr>
          <w:i/>
        </w:rPr>
        <w:t>Star Trek</w:t>
      </w:r>
      <w:r>
        <w:t xml:space="preserve"> and the Enterprise's queer officers show how an actor's influence can help shape a story's horizon, even when the work is shared with writers, producers and fellow performers. (Forbes, 2022)</w:t>
      </w:r>
      <w:r/>
    </w:p>
    <w:p>
      <w:r/>
      <w:r>
        <w:t>And perhaps that's why fans are remembering more than a famous voice and a familiar uniform. Stewart used his platform to argue for a more generous future, then helped bring one into view on television. (Forbes, 2022; The Advocate)</w:t>
      </w:r>
      <w:r/>
    </w:p>
    <w:p>
      <w:r/>
      <w:r>
        <w:t>A lasting legacy can be both a bold statement and a place at the table.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Paragraph 2: </w:t>
      </w:r>
      <w:hyperlink r:id="rId10">
        <w:r>
          <w:rPr>
            <w:color w:val="0000EE"/>
            <w:u w:val="single"/>
          </w:rPr>
          <w:t>[3]</w:t>
        </w:r>
      </w:hyperlink>
      <w:r>
        <w:t xml:space="preserve">- Paragraph 3: </w:t>
      </w:r>
      <w:hyperlink r:id="rId11">
        <w:r>
          <w:rPr>
            <w:color w:val="0000EE"/>
            <w:u w:val="single"/>
          </w:rPr>
          <w:t>[6]</w:t>
        </w:r>
      </w:hyperlink>
      <w:r>
        <w:t xml:space="preserve">- Paragraph 4: </w:t>
      </w:r>
      <w:hyperlink r:id="rId11">
        <w:r>
          <w:rPr>
            <w:color w:val="0000EE"/>
            <w:u w:val="single"/>
          </w:rPr>
          <w:t>[6]</w:t>
        </w:r>
      </w:hyperlink>
      <w:r>
        <w:t xml:space="preserve">- Paragraph 5: </w:t>
      </w:r>
      <w:hyperlink r:id="rId12">
        <w:r>
          <w:rPr>
            <w:color w:val="0000EE"/>
            <w:u w:val="single"/>
          </w:rPr>
          <w:t>[4]</w:t>
        </w:r>
      </w:hyperlink>
      <w:r>
        <w:t xml:space="preserve">- Paragraph 6: </w:t>
      </w:r>
      <w:hyperlink r:id="rId12">
        <w:r>
          <w:rPr>
            <w:color w:val="0000EE"/>
            <w:u w:val="single"/>
          </w:rPr>
          <w:t>[4]</w:t>
        </w:r>
      </w:hyperlink>
      <w:r>
        <w:t xml:space="preserve">- Paragraph 7: </w:t>
      </w:r>
      <w:hyperlink r:id="rId13">
        <w:r>
          <w:rPr>
            <w:color w:val="0000EE"/>
            <w:u w:val="single"/>
          </w:rPr>
          <w:t>[5]</w:t>
        </w:r>
      </w:hyperlink>
      <w:r>
        <w:t xml:space="preserve">, </w:t>
      </w:r>
      <w:hyperlink r:id="rId14">
        <w:r>
          <w:rPr>
            <w:color w:val="0000EE"/>
            <w:u w:val="single"/>
          </w:rPr>
          <w:t>[7]</w:t>
        </w:r>
      </w:hyperlink>
      <w:r>
        <w:t xml:space="preserve">- Paragraph 8: </w:t>
      </w:r>
      <w:hyperlink r:id="rId13">
        <w:r>
          <w:rPr>
            <w:color w:val="0000EE"/>
            <w:u w:val="single"/>
          </w:rPr>
          <w:t>[5]</w:t>
        </w:r>
      </w:hyperlink>
      <w:r>
        <w:t xml:space="preserve">, </w:t>
      </w:r>
      <w:hyperlink r:id="rId14">
        <w:r>
          <w:rPr>
            <w:color w:val="0000EE"/>
            <w:u w:val="single"/>
          </w:rPr>
          <w:t>[7]</w:t>
        </w:r>
      </w:hyperlink>
      <w:r>
        <w:t xml:space="preserve">- Paragraph 9: </w:t>
      </w:r>
      <w:hyperlink r:id="rId10">
        <w:r>
          <w:rPr>
            <w:color w:val="0000EE"/>
            <w:u w:val="single"/>
          </w:rPr>
          <w:t>[3]</w:t>
        </w:r>
      </w:hyperlink>
      <w:r>
        <w:t xml:space="preserve">, </w:t>
      </w:r>
      <w:hyperlink r:id="rId12">
        <w:r>
          <w:rPr>
            <w:color w:val="0000EE"/>
            <w:u w:val="single"/>
          </w:rPr>
          <w:t>[4]</w:t>
        </w:r>
      </w:hyperlink>
      <w:r>
        <w:t xml:space="preserve">- Paragraph 10: </w:t>
      </w:r>
      <w:hyperlink r:id="rId10">
        <w:r>
          <w:rPr>
            <w:color w:val="0000EE"/>
            <w:u w:val="single"/>
          </w:rPr>
          <w:t>[3]</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https://www.them.us/news/patrick-stewart-lgbtq-obituary</w:t>
        </w:r>
      </w:hyperlink>
      <w:r>
        <w:t xml:space="preserve"> - Please view link - unable to able to access data</w:t>
      </w:r>
      <w:r/>
    </w:p>
    <w:p>
      <w:pPr>
        <w:pStyle w:val="ListNumber"/>
        <w:spacing w:line="240" w:lineRule="auto"/>
        <w:ind w:left="720"/>
      </w:pPr>
      <w:r/>
      <w:hyperlink r:id="rId15">
        <w:r>
          <w:rPr>
            <w:color w:val="0000EE"/>
            <w:u w:val="single"/>
          </w:rPr>
          <w:t>https://www.out.com/obituaries/patrick-stewart-lgbtq-obituary</w:t>
        </w:r>
      </w:hyperlink>
      <w:r>
        <w:t xml:space="preserve"> - This obituary remembers Patrick Stewart as an actor and human-rights advocate whose support for LGBTQ+ people was reflected in his public statements and his work. It recalls his 2022 comments about inclusion in Star Trek, his friendship with Ian McKellen and McKellen’s role in Stewart’s 2013 wedding, and the queer relationship between Seven of Nine and Raffi in Star Trek: Picard. The article also discusses Stewart’s response to the Northern Ireland bakery dispute over a pro-marriage-equality cake and his performances as gay characters in Jeffrey and Match. It presents these moments as part of Stewart’s enduring connection with LGBTQ+ audiences and equality causes.</w:t>
      </w:r>
      <w:r/>
    </w:p>
    <w:p>
      <w:pPr>
        <w:pStyle w:val="ListNumber"/>
        <w:spacing w:line="240" w:lineRule="auto"/>
        <w:ind w:left="720"/>
      </w:pPr>
      <w:r/>
      <w:hyperlink r:id="rId10">
        <w:r>
          <w:rPr>
            <w:color w:val="0000EE"/>
            <w:u w:val="single"/>
          </w:rPr>
          <w:t>https://www.forbes.com/sites/dawnstaceyennis/2022/03/02/sir-patrick-stewart-on-star-trek-and-our-very-troubled-world/</w:t>
        </w:r>
      </w:hyperlink>
      <w:r>
        <w:t xml:space="preserve"> - In this interview, Patrick Stewart discusses Star Trek: Picard and the series’ contemporary relevance in what he describes as a troubled world. The conversation addresses the franchise’s capacity to imagine a more open and inclusive future, including LGBTQ+ representation through Seven of Nine. Stewart says he would encourage that kind of inclusion in the work he might do, linking it to society’s gradual development towards greater openness. The article situates his remarks within the show’s exploration of Jean-Luc Picard’s personal history and the wider themes of humanity, compassion and social progress. It supports the obituary’s account of Stewart’s interest in LGBTQ+ representation in Star Trek.</w:t>
      </w:r>
      <w:r/>
    </w:p>
    <w:p>
      <w:pPr>
        <w:pStyle w:val="ListNumber"/>
        <w:spacing w:line="240" w:lineRule="auto"/>
        <w:ind w:left="720"/>
      </w:pPr>
      <w:r/>
      <w:hyperlink r:id="rId12">
        <w:r>
          <w:rPr>
            <w:color w:val="0000EE"/>
            <w:u w:val="single"/>
          </w:rPr>
          <w:t>https://www.advocate.com/politics/marriage-equality/2015/06/10/patrick-stewart-eloquently-supports-equality-and-antigay-baker</w:t>
        </w:r>
      </w:hyperlink>
      <w:r>
        <w:t xml:space="preserve"> - This report covers Patrick Stewart’s comments on the Northern Ireland bakery dispute involving a cake decorated with a pro-marriage-equality message. Stewart argued that equality and freedom of speech are both fundamental rights, and explained that he viewed the case as involving personal freedoms and the right to object. The story notes that Ashers Bakery had refused the customer’s requested design and was appealing a ruling that found discrimination. It also identifies Stewart as an outspoken LGBTQ+ ally and records his explanation of his position. The piece provides context for the obituary’s reference to his public statements during the 2015 controversy.</w:t>
      </w:r>
      <w:r/>
    </w:p>
    <w:p>
      <w:pPr>
        <w:pStyle w:val="ListNumber"/>
        <w:spacing w:line="240" w:lineRule="auto"/>
        <w:ind w:left="720"/>
      </w:pPr>
      <w:r/>
      <w:hyperlink r:id="rId13">
        <w:r>
          <w:rPr>
            <w:color w:val="0000EE"/>
            <w:u w:val="single"/>
          </w:rPr>
          <w:t>https://windycitytimes.com/2015/01/07/movies-the-perfect-match-sir-patrick-stewart-reflects-on-gay-roles/</w:t>
        </w:r>
      </w:hyperlink>
      <w:r>
        <w:t xml:space="preserve"> - In this interview, Patrick Stewart discusses playing Tobias, a queer dance instructor in the film Match, and reflects on portraying gay characters throughout his career. He describes Jeffrey as his first openly gay role and says he enjoyed playing Sterling, a gay man whose partner is living with HIV. Stewart recalls that theatre had made gay colleagues and their lives familiar to him, and talks about how he developed the character of Tobias by observing a real dance teacher. The article offers direct commentary on Stewart’s approach to LGBTQ+ roles and supports the obituary’s description of his performances in Jeffrey and Match.</w:t>
      </w:r>
      <w:r/>
    </w:p>
    <w:p>
      <w:pPr>
        <w:pStyle w:val="ListNumber"/>
        <w:spacing w:line="240" w:lineRule="auto"/>
        <w:ind w:left="720"/>
      </w:pPr>
      <w:r/>
      <w:hyperlink r:id="rId11">
        <w:r>
          <w:rPr>
            <w:color w:val="0000EE"/>
            <w:u w:val="single"/>
          </w:rPr>
          <w:t>https://www.cbsnews.com/news/patrick-stewart-weds-sunny-ozell-ian-mckellen-officiates-ceremony/</w:t>
        </w:r>
      </w:hyperlink>
      <w:r>
        <w:t xml:space="preserve"> - CBS News reports that Patrick Stewart married singer Sunny Ozell in September 2013 and that his friend and X-Men co-star Ian McKellen officiated the ceremony. The article recounts the couple’s relationship, Stewart’s confirmation of the wedding on social media and McKellen’s celebratory post afterwards. It provides independent reporting on the friendship and wedding detail recalled in the obituary. The story also gives brief background on Stewart’s previous marriages and family, while centring on the ceremony and McKellen’s part in it. Its account supports the article’s claim that McKellen helped officiate Stewart and Ozell’s wedding.</w:t>
      </w:r>
      <w:r/>
    </w:p>
    <w:p>
      <w:pPr>
        <w:pStyle w:val="ListNumber"/>
        <w:spacing w:line="240" w:lineRule="auto"/>
        <w:ind w:left="720"/>
      </w:pPr>
      <w:r/>
      <w:hyperlink r:id="rId14">
        <w:r>
          <w:rPr>
            <w:color w:val="0000EE"/>
            <w:u w:val="single"/>
          </w:rPr>
          <w:t>https://www.latimes.com/archives/la-xpm-1995-08-03-ca-31180-story.html</w:t>
        </w:r>
      </w:hyperlink>
      <w:r>
        <w:t xml:space="preserve"> - This 1995 interview profiles Patrick Stewart around the release of Jeffrey, the film in which he plays a gay interior decorator whose partner is dying of AIDS-related complications. It places the role alongside Stewart’s established stage career and his fame as Captain Jean-Luc Picard in Star Trek: The Next Generation. Stewart discusses questions surrounding the role and how audiences might interpret his performance. The article supplies contemporaneous reporting on one of the notable gay characters he played, supporting the obituary’s account of his screen work. It also illustrates how Jeffrey brought Stewart into a romantic comedy addressing gay life and the AIDS crisis.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m.us/news/patrick-stewart-lgbtq-obituary" TargetMode="External"/><Relationship Id="rId10" Type="http://schemas.openxmlformats.org/officeDocument/2006/relationships/hyperlink" Target="https://www.forbes.com/sites/dawnstaceyennis/2022/03/02/sir-patrick-stewart-on-star-trek-and-our-very-troubled-world/" TargetMode="External"/><Relationship Id="rId11" Type="http://schemas.openxmlformats.org/officeDocument/2006/relationships/hyperlink" Target="https://www.cbsnews.com/news/patrick-stewart-weds-sunny-ozell-ian-mckellen-officiates-ceremony/" TargetMode="External"/><Relationship Id="rId12" Type="http://schemas.openxmlformats.org/officeDocument/2006/relationships/hyperlink" Target="https://www.advocate.com/politics/marriage-equality/2015/06/10/patrick-stewart-eloquently-supports-equality-and-antigay-baker" TargetMode="External"/><Relationship Id="rId13" Type="http://schemas.openxmlformats.org/officeDocument/2006/relationships/hyperlink" Target="https://windycitytimes.com/2015/01/07/movies-the-perfect-match-sir-patrick-stewart-reflects-on-gay-roles/" TargetMode="External"/><Relationship Id="rId14" Type="http://schemas.openxmlformats.org/officeDocument/2006/relationships/hyperlink" Target="https://www.latimes.com/archives/la-xpm-1995-08-03-ca-31180-story.html" TargetMode="External"/><Relationship Id="rId15" Type="http://schemas.openxmlformats.org/officeDocument/2006/relationships/hyperlink" Target="https://www.out.com/obituaries/patrick-stewart-lgbtq-obituar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