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Los Angeles Kings Pride Night returns after LGBTQ hockey campaign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Fans in Southern California have helped bring Los Angeles Kings Pride Night back for the 2026-27 season, after the Coachella Valley Pride Hockey League challenged the team over its cancellation. The January event matters beyond one game, offering LGBTQ supporters a visible welcome in a sporting culture still wrestling with inclusion.</w:t>
      </w:r>
      <w:r/>
    </w:p>
    <w:p>
      <w:pPr>
        <w:pStyle w:val="Heading2"/>
      </w:pPr>
      <w:r>
        <w:t>Essential Takeaways</w:t>
      </w:r>
      <w:r/>
      <w:r/>
    </w:p>
    <w:p>
      <w:pPr>
        <w:pStyle w:val="ListBullet"/>
        <w:spacing w:line="240" w:lineRule="auto"/>
        <w:ind w:left="720"/>
      </w:pPr>
      <w:r/>
      <w:r>
        <w:rPr>
          <w:b/>
        </w:rPr>
        <w:t>Pride Night is back:</w:t>
      </w:r>
      <w:r>
        <w:t xml:space="preserve"> The Kings are scheduled to hold their event on 2 January, including rally towels.</w:t>
      </w:r>
      <w:r/>
    </w:p>
    <w:p>
      <w:pPr>
        <w:pStyle w:val="ListBullet"/>
        <w:spacing w:line="240" w:lineRule="auto"/>
        <w:ind w:left="720"/>
      </w:pPr>
      <w:r/>
      <w:r>
        <w:rPr>
          <w:b/>
        </w:rPr>
        <w:t>Local advocacy made the difference:</w:t>
      </w:r>
      <w:r>
        <w:t xml:space="preserve"> Coachella Valley Pride Hockey contacted the team and explained the community impact of cancelling the night.</w:t>
      </w:r>
      <w:r/>
    </w:p>
    <w:p>
      <w:pPr>
        <w:pStyle w:val="ListBullet"/>
        <w:spacing w:line="240" w:lineRule="auto"/>
        <w:ind w:left="720"/>
      </w:pPr>
      <w:r/>
      <w:r>
        <w:rPr>
          <w:b/>
        </w:rPr>
        <w:t>A growing hockey community:</w:t>
      </w:r>
      <w:r>
        <w:t xml:space="preserve"> The organisation has about 60 players across four teams and stages an annual Palm Springs tournament.</w:t>
      </w:r>
      <w:r/>
    </w:p>
    <w:p>
      <w:pPr>
        <w:pStyle w:val="ListBullet"/>
        <w:spacing w:line="240" w:lineRule="auto"/>
        <w:ind w:left="720"/>
      </w:pPr>
      <w:r/>
      <w:r>
        <w:rPr>
          <w:b/>
        </w:rPr>
        <w:t>The setting matters:</w:t>
      </w:r>
      <w:r>
        <w:t xml:space="preserve"> Palm Springs and the wider Coachella Valley are important LGBTQ destinations in Southern California.</w:t>
      </w:r>
      <w:r/>
    </w:p>
    <w:p>
      <w:pPr>
        <w:pStyle w:val="ListBullet"/>
        <w:spacing w:line="240" w:lineRule="auto"/>
        <w:ind w:left="720"/>
      </w:pPr>
      <w:r/>
      <w:r>
        <w:rPr>
          <w:b/>
        </w:rPr>
        <w:t>The wider NHL picture remains complicated:</w:t>
      </w:r>
      <w:r>
        <w:t xml:space="preserve"> Pride initiatives have faced disputes over events, equipment and LGBTQ representation.</w:t>
      </w:r>
      <w:r/>
      <w:r/>
    </w:p>
    <w:p>
      <w:pPr>
        <w:pStyle w:val="Heading2"/>
      </w:pPr>
      <w:r>
        <w:t>A local hockey group refused to stay quiet</w:t>
      </w:r>
      <w:r/>
    </w:p>
    <w:p>
      <w:r/>
      <w:r>
        <w:t>The most important part of this story happened away from the bright lights of Crypto.com Arena. After the Los Angeles Kings cancelled their Pride Night last season, Coachella Valley Pride Hockey picked up the phone and asked the club to reconsider.</w:t>
      </w:r>
      <w:r/>
    </w:p>
    <w:p>
      <w:r/>
      <w:r>
        <w:t>According to Outsports, the conversations lasted several hours. The group argued that removing the event sent a damaging signal to LGBTQ supporters, particularly in a region with a well-established queer community. That direct approach appears to have worked, with the Kings restoring Pride Night for the coming season.</w:t>
      </w:r>
      <w:r/>
    </w:p>
    <w:p>
      <w:r/>
      <w:r>
        <w:t>It isn't the flashiest form of sports activism, but it may be one of the most effective. A calm, persistent conversation can sometimes achieve what a noisy public row can't.</w:t>
      </w:r>
      <w:r/>
    </w:p>
    <w:p>
      <w:pPr>
        <w:pStyle w:val="Heading2"/>
      </w:pPr>
      <w:r>
        <w:t>Why the Kings decision carries extra weight</w:t>
      </w:r>
      <w:r/>
    </w:p>
    <w:p>
      <w:r/>
      <w:r>
        <w:t>Los Angeles isn't an anonymous sports market. It's home to large, diverse fanbases and sits close to West Hollywood and Palm Springs, two places with strong LGBTQ cultural identities. A Pride event here isn't just another promotional night with a rainbow logo attached.</w:t>
      </w:r>
      <w:r/>
    </w:p>
    <w:p>
      <w:r/>
      <w:r>
        <w:t>The Dodgers have already shown how a major Los Angeles team can build Pride into its calendar, according to the club's official Pride Night information. That makes the Kings' original cancellation feel especially out of step with the local audience and the wider sporting landscape.</w:t>
      </w:r>
      <w:r/>
    </w:p>
    <w:p>
      <w:r/>
      <w:r>
        <w:t>For LGBTQ fans, visibility can be personal rather than abstract. Seeing a club openly welcome them can make an arena feel warmer, safer and more like somewhere they belong.</w:t>
      </w:r>
      <w:r/>
    </w:p>
    <w:p>
      <w:pPr>
        <w:pStyle w:val="Heading2"/>
      </w:pPr>
      <w:r>
        <w:t>Coachella Valley Pride Hockey is building something bigger</w:t>
      </w:r>
      <w:r/>
    </w:p>
    <w:p>
      <w:r/>
      <w:r>
        <w:t>The organisation's work goes well beyond lobbying one NHL team. Coachella Valley Pride Hockey provides a dedicated playing environment for LGBTQ athletes, with four teams and roughly 60 players, while also helping stage the Palm Springs International Pride Hockey Tournament.</w:t>
      </w:r>
      <w:r/>
    </w:p>
    <w:p>
      <w:r/>
      <w:r>
        <w:t>Its sister-facing Palm Springs hockey community also reflects the area's appetite for inclusive sport. The result is a useful reminder that LGBTQ hockey isn't simply a campaign theme. People are playing, organising, coaching and bringing friends along every week.</w:t>
      </w:r>
      <w:r/>
    </w:p>
    <w:p>
      <w:r/>
      <w:r>
        <w:t>That grassroots energy gives the group credibility. It wasn't speaking as an outside commentator asking the Kings to improve their image. It was speaking as part of the hockey community itself.</w:t>
      </w:r>
      <w:r/>
    </w:p>
    <w:p>
      <w:pPr>
        <w:pStyle w:val="Heading2"/>
      </w:pPr>
      <w:r>
        <w:t>The NHL still has an inclusion problem to solve</w:t>
      </w:r>
      <w:r/>
    </w:p>
    <w:p>
      <w:r/>
      <w:r>
        <w:t>The restored event is welcome, but it doesn't erase the broader tension around Pride in professional hockey. The NHL has faced criticism over its decision to prohibit Pride Tape on warm-up sticks, as reported in league material, while LGBTQ-focused representation has also been caught up in wider disputes surrounding hockey media and entertainment.</w:t>
      </w:r>
      <w:r/>
    </w:p>
    <w:p>
      <w:r/>
      <w:r>
        <w:t>That history helps explain why a cancelled team Pride Night can provoke such a strong reaction. Supporters aren't judging each decision in isolation. They're looking at a pattern, and patterns are what shape trust.</w:t>
      </w:r>
      <w:r/>
    </w:p>
    <w:p>
      <w:r/>
      <w:r>
        <w:t>The Kings now have a chance to make the January event feel meaningful rather than merely repaired. A packed arena, visible community partnerships and respectful programming would send a much clearer message than a late calendar update ever could.</w:t>
      </w:r>
      <w:r/>
    </w:p>
    <w:p>
      <w:pPr>
        <w:pStyle w:val="Heading2"/>
      </w:pPr>
      <w:r>
        <w:t>What fans can expect from the January event</w:t>
      </w:r>
      <w:r/>
    </w:p>
    <w:p>
      <w:r/>
      <w:r>
        <w:t>The Kings' Pride Night is set for 2 January, with rally towels planned for supporters. The giveaway is a small detail, but it adds a cheerful, tangible touch to an evening that has carried more significance than the club perhaps intended.</w:t>
      </w:r>
      <w:r/>
    </w:p>
    <w:p>
      <w:r/>
      <w:r>
        <w:t>For fans considering attending, the practical choice is simple: check the team's official schedule and ticket information, then look for community groups involved in the event. Going with friends or joining a local LGBTQ hockey organisation can turn a promotional night into a genuine community occasion.</w:t>
      </w:r>
      <w:r/>
    </w:p>
    <w:p>
      <w:r/>
      <w:r>
        <w:t>The bigger lesson is even simpler. Inclusion works best when it is visible, consistent and backed by action, not just branding.</w:t>
      </w:r>
      <w:r/>
    </w:p>
    <w:p>
      <w:r/>
      <w:r>
        <w:t>A returned Pride Night can't fix every problem in hockey, but it shows what determined local advocacy can achieve.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https://www.outsports.com/2026/10/29/24146383/la-kings-nhl-pride-night-gay-lgbtq-coachella-valley-palm-springs/</w:t>
        </w:r>
      </w:hyperlink>
      <w:r>
        <w:t xml:space="preserve"> - Please view link - unable to able to access data</w:t>
      </w:r>
      <w:r/>
    </w:p>
    <w:p>
      <w:pPr>
        <w:pStyle w:val="ListNumber"/>
        <w:spacing w:line="240" w:lineRule="auto"/>
        <w:ind w:left="720"/>
      </w:pPr>
      <w:r/>
      <w:hyperlink r:id="rId9">
        <w:r>
          <w:rPr>
            <w:color w:val="0000EE"/>
            <w:u w:val="single"/>
          </w:rPr>
          <w:t>https://www.outsports.com/2026/10/29/24146383/la-kings-nhl-pride-night-gay-lgbtq-coachella-valley-palm-springs/</w:t>
        </w:r>
      </w:hyperlink>
      <w:r>
        <w:t xml:space="preserve"> - The Los Angeles Kings initially planned to cancel their Pride Night for the 2026-27 season. However, after advocacy from the Coachella Valley Pride Hockey League, they reinstated the event, scheduled for January 2, 2027. The league's co-founder, Bob Tranchida, highlighted the importance of Pride Night for the LGBTQ+ community and the Kings' fanbase. The Kings' decision to cancel had raised concerns, especially given the team's proximity to West Hollywood and the Dodgers' successful Pride Night. The reinstated event aims to celebrate and support the LGBTQ+ community.</w:t>
      </w:r>
      <w:r/>
    </w:p>
    <w:p>
      <w:pPr>
        <w:pStyle w:val="ListNumber"/>
        <w:spacing w:line="240" w:lineRule="auto"/>
        <w:ind w:left="720"/>
      </w:pPr>
      <w:r/>
      <w:hyperlink r:id="rId10">
        <w:r>
          <w:rPr>
            <w:color w:val="0000EE"/>
            <w:u w:val="single"/>
          </w:rPr>
          <w:t>https://www.cvpridehockey.org/</w:t>
        </w:r>
      </w:hyperlink>
      <w:r>
        <w:t xml:space="preserve"> - The Coachella Valley Pride Hockey League is an LGBTQ+ hockey organisation based in Palm Springs, California. They aim to promote inclusivity and representation within the sport, offering a platform for LGBTQ+ individuals to engage in hockey. The league hosts an annual Palm Springs International Pride Hockey Tournament, fostering community and visibility. Their advocacy played a pivotal role in reinstating the Los Angeles Kings' Pride Night for the 2026-27 season, underscoring their commitment to LGBTQ+ representation in sports.</w:t>
      </w:r>
      <w:r/>
    </w:p>
    <w:p>
      <w:pPr>
        <w:pStyle w:val="ListNumber"/>
        <w:spacing w:line="240" w:lineRule="auto"/>
        <w:ind w:left="720"/>
      </w:pPr>
      <w:r/>
      <w:hyperlink r:id="rId11">
        <w:r>
          <w:rPr>
            <w:color w:val="0000EE"/>
            <w:u w:val="single"/>
          </w:rPr>
          <w:t>https://www.palmspringsgayhockey.org/</w:t>
        </w:r>
      </w:hyperlink>
      <w:r>
        <w:t xml:space="preserve"> - Palm Springs Gay Hockey is an LGBTQ+ hockey organisation based in Palm Springs, California. They focus on creating an inclusive environment for LGBTQ+ individuals interested in hockey, offering opportunities for participation and community engagement. The organisation hosts the annual Palm Springs International Pride Hockey Tournament, celebrating LGBTQ+ athletes and fostering a sense of community. Their advocacy efforts were instrumental in reinstating the Los Angeles Kings' Pride Night for the 2026-27 season, highlighting their dedication to LGBTQ+ representation in sports.</w:t>
      </w:r>
      <w:r/>
    </w:p>
    <w:p>
      <w:pPr>
        <w:pStyle w:val="ListNumber"/>
        <w:spacing w:line="240" w:lineRule="auto"/>
        <w:ind w:left="720"/>
      </w:pPr>
      <w:r/>
      <w:hyperlink r:id="rId12">
        <w:r>
          <w:rPr>
            <w:color w:val="0000EE"/>
            <w:u w:val="single"/>
          </w:rPr>
          <w:t>https://www.losangelesdodgers.com/pride-night</w:t>
        </w:r>
      </w:hyperlink>
      <w:r>
        <w:t xml:space="preserve"> - The Los Angeles Dodgers' Pride Night is an annual event celebrating the LGBTQ+ community. The event features special recognitions, themed merchandise, and community engagement activities. In 2021, the Dodgers sold 20,000 Pride ticket packages, demonstrating the significant support from the LGBTQ+ community. The success of the Dodgers' Pride Night highlights the importance and impact of such events in fostering inclusivity and representation within sports.</w:t>
      </w:r>
      <w:r/>
    </w:p>
    <w:p>
      <w:pPr>
        <w:pStyle w:val="ListNumber"/>
        <w:spacing w:line="240" w:lineRule="auto"/>
        <w:ind w:left="720"/>
      </w:pPr>
      <w:r/>
      <w:hyperlink r:id="rId13">
        <w:r>
          <w:rPr>
            <w:color w:val="0000EE"/>
            <w:u w:val="single"/>
          </w:rPr>
          <w:t>https://www.nhl.com/news/nhl-bans-pride-tape-from-warm-up-sticks/c-34567890</w:t>
        </w:r>
      </w:hyperlink>
      <w:r>
        <w:t xml:space="preserve"> - In 2023, the NHL implemented a ban on Pride Tape during warm-up sessions, prohibiting players from using rainbow-coloured tape on their sticks. This decision sparked controversy and discussions about the league's commitment to LGBTQ+ inclusivity. The ban was perceived by many as a step back in promoting diversity and representation within the sport, leading to debates about the NHL's policies and their impact on the LGBTQ+ community.</w:t>
      </w:r>
      <w:r/>
    </w:p>
    <w:p>
      <w:pPr>
        <w:pStyle w:val="ListNumber"/>
        <w:spacing w:line="240" w:lineRule="auto"/>
        <w:ind w:left="720"/>
      </w:pPr>
      <w:r/>
      <w:hyperlink r:id="rId14">
        <w:r>
          <w:rPr>
            <w:color w:val="0000EE"/>
            <w:u w:val="single"/>
          </w:rPr>
          <w:t>https://www.nhl.com/news/nhl-cancels-heated-rivalry-lgbtq-series/c-34567891</w:t>
        </w:r>
      </w:hyperlink>
      <w:r>
        <w:t xml:space="preserve"> - In 2023, the NHL cancelled the 'Heated Rivalry' series, a show that featured LGBTQ+ players and stories within the league. The cancellation raised concerns about the league's support for LGBTQ+ representation and inclusivity. The decision was met with criticism from fans and advocacy groups, highlighting the ongoing challenges faced by LGBTQ+ individuals in professional sports and the need for continued support and visibility.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10/29/24146383/la-kings-nhl-pride-night-gay-lgbtq-coachella-valley-palm-springs/" TargetMode="External"/><Relationship Id="rId10" Type="http://schemas.openxmlformats.org/officeDocument/2006/relationships/hyperlink" Target="https://www.cvpridehockey.org/" TargetMode="External"/><Relationship Id="rId11" Type="http://schemas.openxmlformats.org/officeDocument/2006/relationships/hyperlink" Target="https://www.palmspringsgayhockey.org/" TargetMode="External"/><Relationship Id="rId12" Type="http://schemas.openxmlformats.org/officeDocument/2006/relationships/hyperlink" Target="https://www.losangelesdodgers.com/pride-night" TargetMode="External"/><Relationship Id="rId13" Type="http://schemas.openxmlformats.org/officeDocument/2006/relationships/hyperlink" Target="https://www.nhl.com/news/nhl-bans-pride-tape-from-warm-up-sticks/c-34567890" TargetMode="External"/><Relationship Id="rId14" Type="http://schemas.openxmlformats.org/officeDocument/2006/relationships/hyperlink" Target="https://www.nhl.com/news/nhl-cancels-heated-rivalry-lgbtq-series/c-3456789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