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</w:pPr>
      <w:r>
        <w:t>Final Colgay Pride Halloween Festival Brings Farewell Fun to Columbus</w:t>
      </w:r>
      <w:r/>
    </w:p>
    <w:p>
      <w:r/>
      <w:r/>
    </w:p>
    <w:p>
      <w:r>
        <w:drawing>
          <wp:inline xmlns:a="http://schemas.openxmlformats.org/drawingml/2006/main" xmlns:pic="http://schemas.openxmlformats.org/drawingml/2006/picture">
            <wp:extent cx="5080000" cy="2902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90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rPr>
          <w:b/>
        </w:rPr>
        <w:t>Colgay Pride's final Halloween Festival will bring families, LGBTQ+ community members and neighbours together in Columbus for one last colourful night of costumes, treats and music. The free event offers trick-or-treating, a drag show, a haunted walk and more, while also marking the beginning of the organisation's farewell to the city.</w:t>
      </w:r>
      <w:r/>
    </w:p>
    <w:p>
      <w:pPr>
        <w:pStyle w:val="Heading2"/>
      </w:pPr>
      <w:r>
        <w:t>Essential Takeaways</w:t>
      </w:r>
      <w:r/>
      <w:r/>
    </w:p>
    <w:p>
      <w:pPr>
        <w:pStyle w:val="ListBullet"/>
        <w:spacing w:line="240" w:lineRule="auto"/>
        <w:ind w:left="720"/>
      </w:pPr>
      <w:r/>
      <w:r>
        <w:rPr>
          <w:b/>
        </w:rPr>
        <w:t>When:</w:t>
      </w:r>
      <w:r>
        <w:t xml:space="preserve"> Saturday, 31 October, from 5pm to 11pm.</w:t>
      </w:r>
      <w:r/>
    </w:p>
    <w:p>
      <w:pPr>
        <w:pStyle w:val="ListBullet"/>
        <w:spacing w:line="240" w:lineRule="auto"/>
        <w:ind w:left="720"/>
      </w:pPr>
      <w:r/>
      <w:r>
        <w:rPr>
          <w:b/>
        </w:rPr>
        <w:t>Where:</w:t>
      </w:r>
      <w:r>
        <w:t xml:space="preserve"> 4214 16th Avenue, Columbus.</w:t>
      </w:r>
      <w:r/>
    </w:p>
    <w:p>
      <w:pPr>
        <w:pStyle w:val="ListBullet"/>
        <w:spacing w:line="240" w:lineRule="auto"/>
        <w:ind w:left="720"/>
      </w:pPr>
      <w:r/>
      <w:r>
        <w:rPr>
          <w:b/>
        </w:rPr>
        <w:t>For children:</w:t>
      </w:r>
      <w:r>
        <w:t xml:space="preserve"> Trick-or-treating runs from 5pm to 8pm.</w:t>
      </w:r>
      <w:r/>
    </w:p>
    <w:p>
      <w:pPr>
        <w:pStyle w:val="ListBullet"/>
        <w:spacing w:line="240" w:lineRule="auto"/>
        <w:ind w:left="720"/>
      </w:pPr>
      <w:r/>
      <w:r>
        <w:rPr>
          <w:b/>
        </w:rPr>
        <w:t>After dark:</w:t>
      </w:r>
      <w:r>
        <w:t xml:space="preserve"> Expect a HalloQueen drag show, bonfire, s'mores and a haunted cemetery walk.</w:t>
      </w:r>
      <w:r/>
    </w:p>
    <w:p>
      <w:pPr>
        <w:pStyle w:val="ListBullet"/>
        <w:spacing w:line="240" w:lineRule="auto"/>
        <w:ind w:left="720"/>
      </w:pPr>
      <w:r/>
      <w:r>
        <w:rPr>
          <w:b/>
        </w:rPr>
        <w:t>Looking ahead:</w:t>
      </w:r>
      <w:r>
        <w:t xml:space="preserve"> Colgay Pride plans its final Columbus Pride festival for 5 and 6 June 2027 before moving to Pensacola.</w:t>
      </w:r>
      <w:r/>
      <w:r/>
    </w:p>
    <w:p>
      <w:pPr>
        <w:pStyle w:val="Heading2"/>
      </w:pPr>
      <w:r>
        <w:t>One last Halloween celebration for Columbus</w:t>
      </w:r>
      <w:r/>
    </w:p>
    <w:p>
      <w:r/>
      <w:r>
        <w:t>For 13 years, Colgay Pride's Halloween Festival has turned a Columbus evening into a lively community gathering, complete with costumes, sweets and plenty of theatrical flair. This year's event carries a little more weight, though, as it will be the organisation's last Halloween celebration in the city.</w:t>
      </w:r>
      <w:r/>
    </w:p>
    <w:p>
      <w:r/>
      <w:r>
        <w:t>The free festival runs from 5pm until 11pm at 4214 16th Avenue. Younger visitors can enjoy trick-or-treating earlier in the evening, while later guests can settle in for entertainment, food and a distinctly spooky atmosphere.</w:t>
      </w:r>
      <w:r/>
    </w:p>
    <w:p>
      <w:r/>
      <w:r>
        <w:t>Last year's event attracted more than 150 trick-or-treaters, and organisers are hoping the farewell edition will be even busier. It sounds like the sort of night where a costume, a warm drink and a willingness to follow the noise will take you a long way.</w:t>
      </w:r>
      <w:r/>
    </w:p>
    <w:p>
      <w:pPr>
        <w:pStyle w:val="Heading2"/>
      </w:pPr>
      <w:r>
        <w:t>Trick-or-treating, drag and a haunted walk</w:t>
      </w:r>
      <w:r/>
    </w:p>
    <w:p>
      <w:r/>
      <w:r>
        <w:t>Families should aim to arrive between 5pm and 8pm, when the children's trick-or-treating takes place. The event will also feature costume contests, live music, food trucks and a cash bar, giving visitors plenty to do after the sweets have been collected.</w:t>
      </w:r>
      <w:r/>
    </w:p>
    <w:p>
      <w:r/>
      <w:r>
        <w:t>The evening's HalloQueen drag show begins at 9pm. There's also a bonfire with s'mores and a haunted walk through Beallwood Cemetery, so the programme moves neatly from family-friendly fun to more grown-up Halloween entertainment.</w:t>
      </w:r>
      <w:r/>
    </w:p>
    <w:p>
      <w:r/>
      <w:r>
        <w:t>If you're bringing children, an earlier arrival makes sense. It gives them time to enjoy the activities before the later show and darker attractions take centre stage.</w:t>
      </w:r>
      <w:r/>
    </w:p>
    <w:p>
      <w:pPr>
        <w:pStyle w:val="Heading2"/>
      </w:pPr>
      <w:r>
        <w:t>Why the farewell matters</w:t>
      </w:r>
      <w:r/>
    </w:p>
    <w:p>
      <w:r/>
      <w:r>
        <w:t>Colgay Pride founder Jeremy Hobbs has described the festival as a long-running tradition that has connected families, neighbours and LGBTQ+ residents. In a message to supporters, he called for help in making this year's gathering especially welcoming, decorated and full of joy.</w:t>
      </w:r>
      <w:r/>
    </w:p>
    <w:p>
      <w:r/>
      <w:r>
        <w:t>That appeal gives the event a more personal feel than a standard seasonal festival. It's not simply a final date on the calendar; it's also a chance for the community to celebrate what the organisation has built over more than a decade.</w:t>
      </w:r>
      <w:r/>
    </w:p>
    <w:p>
      <w:r/>
      <w:r>
        <w:t>For regular attendees, that may mean familiar faces, old memories and a few emotional goodbyes among the pumpkins and costumes. For newcomers, it could be an easy, cheerful way to experience one of Columbus's established LGBTQ+ community events.</w:t>
      </w:r>
      <w:r/>
    </w:p>
    <w:p>
      <w:pPr>
        <w:pStyle w:val="Heading2"/>
      </w:pPr>
      <w:r>
        <w:t>What comes next for Colgay Pride?</w:t>
      </w:r>
      <w:r/>
    </w:p>
    <w:p>
      <w:r/>
      <w:r>
        <w:t>The Halloween festival is the first of two farewell events. Colgay Pride's final Columbus Pride festival is scheduled for 5 and 6 June 2027, after which the organisation plans to move to Pensacola.</w:t>
      </w:r>
      <w:r/>
    </w:p>
    <w:p>
      <w:r/>
      <w:r>
        <w:t>Hobbs has pointed to rising fees, donor fatigue and cuts to federal funding as reasons for the move and the organisation's departure from Columbus. Those pressures reflect a wider challenge for community groups, which often rely on a delicate mix of volunteers, donations and public support.</w:t>
      </w:r>
      <w:r/>
    </w:p>
    <w:p>
      <w:r/>
      <w:r>
        <w:t>Colgay Pride's departure won't leave Columbus without LGBTQ+ organisations. Chattahoochee Valley Pride operates the city's LGBTQ+ community centre on 13th Street, while Muscogee Queer is building another local LGBTQIA+ community network.</w:t>
      </w:r>
      <w:r/>
    </w:p>
    <w:p>
      <w:pPr>
        <w:pStyle w:val="Heading2"/>
      </w:pPr>
      <w:r>
        <w:t>Make the most of the final festival</w:t>
      </w:r>
      <w:r/>
    </w:p>
    <w:p>
      <w:r/>
      <w:r>
        <w:t>The practical details are simple: the event is free, children should attend during the early trick-or-treating window, and adults can stay later for the drag show, bonfire, music and food. Comfortable shoes are a sensible choice, particularly if you're planning to tackle the haunted walk.</w:t>
      </w:r>
      <w:r/>
    </w:p>
    <w:p>
      <w:r/>
      <w:r>
        <w:t>It may also be worth bringing a little patience. A larger-than-usual crowd could mean queues at food trucks and activities, especially if the final festival draws more visitors than last year's gathering.</w:t>
      </w:r>
      <w:r/>
    </w:p>
    <w:p>
      <w:r/>
      <w:r>
        <w:t>Most of all, expect a celebratory night with a bittersweet edge. The costumes may be loud and the decorations bright, but this final Halloween festival is also a chance for Columbus to say thank you.</w:t>
      </w:r>
      <w:r/>
    </w:p>
    <w:p>
      <w:r/>
      <w:r>
        <w:t>It's one last spooky, joyful night to turn up, dress boldly and celebrate together.</w:t>
      </w:r>
      <w:r/>
    </w:p>
    <w:p>
      <w:pPr>
        <w:pStyle w:val="Heading3"/>
      </w:pPr>
      <w:r>
        <w:t>Source Reference Map</w:t>
      </w:r>
      <w:r/>
    </w:p>
    <w:p>
      <w:r/>
      <w:r>
        <w:rPr>
          <w:b/>
        </w:rPr>
        <w:t>Story idea inspired by:</w:t>
      </w:r>
      <w:r>
        <w:t xml:space="preserve"> </w:t>
      </w:r>
      <w:hyperlink r:id="rId9">
        <w:r>
          <w:rPr>
            <w:color w:val="0000EE"/>
            <w:u w:val="single"/>
          </w:rPr>
          <w:t>[1]</w:t>
        </w:r>
      </w:hyperlink>
      <w:r/>
    </w:p>
    <w:p>
      <w:r/>
      <w:r>
        <w:rPr>
          <w:b/>
        </w:rPr>
        <w:t>Sources by paragraph:</w:t>
      </w:r>
      <w:r>
        <w:t xml:space="preserve">- Paragraph 1: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[4]</w:t>
        </w:r>
      </w:hyperlink>
      <w:r>
        <w:t xml:space="preserve">- Paragraph 2: </w:t>
      </w:r>
      <w:hyperlink r:id="rId10">
        <w:r>
          <w:rPr>
            <w:color w:val="0000EE"/>
            <w:u w:val="single"/>
          </w:rPr>
          <w:t>[3]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[5]</w:t>
        </w:r>
      </w:hyperlink>
      <w:r>
        <w:t xml:space="preserve">- Paragraph 3: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[6]</w:t>
        </w:r>
      </w:hyperlink>
      <w:r>
        <w:t xml:space="preserve">- Paragraph 4: </w:t>
      </w:r>
      <w:hyperlink r:id="rId10">
        <w:r>
          <w:rPr>
            <w:color w:val="0000EE"/>
            <w:u w:val="single"/>
          </w:rPr>
          <w:t>[4]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[7]</w:t>
        </w:r>
      </w:hyperlink>
      <w:r>
        <w:t xml:space="preserve">- Paragraph 5: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[3]</w:t>
        </w:r>
      </w:hyperlink>
      <w:r>
        <w:t xml:space="preserve">- Paragraph 6: </w:t>
      </w:r>
      <w:hyperlink r:id="rId10">
        <w:r>
          <w:rPr>
            <w:color w:val="0000EE"/>
            <w:u w:val="single"/>
          </w:rPr>
          <w:t>[5]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[6]</w:t>
        </w:r>
      </w:hyperlink>
      <w:r>
        <w:t xml:space="preserve">- Paragraph 7: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[4]</w:t>
        </w:r>
      </w:hyperlink>
      <w:r>
        <w:t xml:space="preserve">- Paragraph 8: </w:t>
      </w:r>
      <w:hyperlink r:id="rId10">
        <w:r>
          <w:rPr>
            <w:color w:val="0000EE"/>
            <w:u w:val="single"/>
          </w:rPr>
          <w:t>[3]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[7]</w:t>
        </w:r>
      </w:hyperlink>
      <w:r>
        <w:t xml:space="preserve">- Paragraph 9: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[5]</w:t>
        </w:r>
      </w:hyperlink>
      <w:r>
        <w:t xml:space="preserve">- Paragraph 10: </w:t>
      </w:r>
      <w:hyperlink r:id="rId10">
        <w:r>
          <w:rPr>
            <w:color w:val="0000EE"/>
            <w:u w:val="single"/>
          </w:rPr>
          <w:t>[4]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[6]</w:t>
        </w:r>
      </w:hyperlink>
      <w:r>
        <w:t xml:space="preserve">- Paragraph 11: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[7]</w:t>
        </w:r>
      </w:hyperlink>
      <w:r>
        <w:t xml:space="preserve">- Paragraph 12: </w:t>
      </w:r>
      <w:hyperlink r:id="rId10">
        <w:r>
          <w:rPr>
            <w:color w:val="0000EE"/>
            <w:u w:val="single"/>
          </w:rPr>
          <w:t>[3]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[5]</w:t>
        </w:r>
      </w:hyperlink>
      <w:r>
        <w:t xml:space="preserve">- Paragraph 13: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[4]</w:t>
        </w:r>
      </w:hyperlink>
      <w:r>
        <w:t xml:space="preserve">- Paragraph 14: </w:t>
      </w:r>
      <w:hyperlink r:id="rId10">
        <w:r>
          <w:rPr>
            <w:color w:val="0000EE"/>
            <w:u w:val="single"/>
          </w:rPr>
          <w:t>[6]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[7]</w:t>
        </w:r>
      </w:hyperlink>
      <w:r/>
    </w:p>
    <w:p>
      <w:pPr>
        <w:pStyle w:val="Heading2"/>
      </w:pPr>
      <w:r>
        <w:t>Bibliography</w:t>
      </w:r>
      <w:r/>
      <w:r/>
    </w:p>
    <w:p>
      <w:pPr>
        <w:pStyle w:val="ListNumber"/>
        <w:numPr>
          <w:ilvl w:val="0"/>
          <w:numId w:val="14"/>
        </w:numPr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https://www.ledger-enquirer.com/entertainment/local-events/article317824889.html</w:t>
        </w:r>
      </w:hyperlink>
      <w:r>
        <w:t xml:space="preserve"> - Please view link - unable to able to access data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https://www.ledger-enquirer.com/entertainment/local-events/article317824889.html</w:t>
        </w:r>
      </w:hyperlink>
      <w:r>
        <w:t xml:space="preserve"> - Colgay Pride is hosting its 13th and final Halloween Festival on Saturday, October 31, 2026, from 5-11 p.m. at 4214 16th Ave., Columbus. The free event includes kids' trick-or-treating (5-8 p.m.), a HalloQueen drag show (9 p.m.), bonfire, s'mores, haunted walk, costume contests, live music, food trucks, and a cash bar. Colgay Pride is moving to Pensacola in 2027 due to fees, donor fatigue, and federal funding cuts. Columbus will still have two LGBTQ+ organisations after Colgay leaves: Chattahoochee Valley Pride and Muscogee Queer.</w:t>
      </w:r>
      <w:r/>
    </w:p>
    <w:p>
      <w:pPr>
        <w:pStyle w:val="ListNumber"/>
        <w:spacing w:line="240" w:lineRule="auto"/>
        <w:ind w:left="720"/>
      </w:pPr>
      <w:r/>
      <w:hyperlink r:id="rId10">
        <w:r>
          <w:rPr>
            <w:color w:val="0000EE"/>
            <w:u w:val="single"/>
          </w:rPr>
          <w:t>https://www.ledger-enquirer.com/news/local/article317824889.html</w:t>
        </w:r>
      </w:hyperlink>
      <w:r>
        <w:t xml:space="preserve"> - Colgay Pride is hosting its 13th and final Halloween Festival on Saturday, October 31, 2026, from 5-11 p.m. at 4214 16th Ave., Columbus. The free event includes kids' trick-or-treating (5-8 p.m.), a HalloQueen drag show (9 p.m.), bonfire, s'mores, haunted walk, costume contests, live music, food trucks, and a cash bar. Colgay Pride is moving to Pensacola in 2027 due to fees, donor fatigue, and federal funding cuts. Columbus will still have two LGBTQ+ organisations after Colgay leaves: Chattahoochee Valley Pride and Muscogee Queer.</w:t>
      </w:r>
      <w:r/>
    </w:p>
    <w:p>
      <w:pPr>
        <w:pStyle w:val="ListNumber"/>
        <w:spacing w:line="240" w:lineRule="auto"/>
        <w:ind w:left="720"/>
      </w:pPr>
      <w:r/>
      <w:hyperlink r:id="rId10">
        <w:r>
          <w:rPr>
            <w:color w:val="0000EE"/>
            <w:u w:val="single"/>
          </w:rPr>
          <w:t>https://www.ledger-enquirer.com/news/local/article317824889.html</w:t>
        </w:r>
      </w:hyperlink>
      <w:r>
        <w:t xml:space="preserve"> - Colgay Pride is hosting its 13th and final Halloween Festival on Saturday, October 31, 2026, from 5-11 p.m. at 4214 16th Ave., Columbus. The free event includes kids' trick-or-treating (5-8 p.m.), a HalloQueen drag show (9 p.m.), bonfire, s'mores, haunted walk, costume contests, live music, food trucks, and a cash bar. Colgay Pride is moving to Pensacola in 2027 due to fees, donor fatigue, and federal funding cuts. Columbus will still have two LGBTQ+ organisations after Colgay leaves: Chattahoochee Valley Pride and Muscogee Queer.</w:t>
      </w:r>
      <w:r/>
    </w:p>
    <w:p>
      <w:pPr>
        <w:pStyle w:val="ListNumber"/>
        <w:spacing w:line="240" w:lineRule="auto"/>
        <w:ind w:left="720"/>
      </w:pPr>
      <w:r/>
      <w:hyperlink r:id="rId10">
        <w:r>
          <w:rPr>
            <w:color w:val="0000EE"/>
            <w:u w:val="single"/>
          </w:rPr>
          <w:t>https://www.ledger-enquirer.com/news/local/article317824889.html</w:t>
        </w:r>
      </w:hyperlink>
      <w:r>
        <w:t xml:space="preserve"> - Colgay Pride is hosting its 13th and final Halloween Festival on Saturday, October 31, 2026, from 5-11 p.m. at 4214 16th Ave., Columbus. The free event includes kids' trick-or-treating (5-8 p.m.), a HalloQueen drag show (9 p.m.), bonfire, s'mores, haunted walk, costume contests, live music, food trucks, and a cash bar. Colgay Pride is moving to Pensacola in 2027 due to fees, donor fatigue, and federal funding cuts. Columbus will still have two LGBTQ+ organisations after Colgay leaves: Chattahoochee Valley Pride and Muscogee Queer.</w:t>
      </w:r>
      <w:r/>
    </w:p>
    <w:p>
      <w:pPr>
        <w:pStyle w:val="ListNumber"/>
        <w:spacing w:line="240" w:lineRule="auto"/>
        <w:ind w:left="720"/>
      </w:pPr>
      <w:r/>
      <w:hyperlink r:id="rId10">
        <w:r>
          <w:rPr>
            <w:color w:val="0000EE"/>
            <w:u w:val="single"/>
          </w:rPr>
          <w:t>https://www.ledger-enquirer.com/news/local/article317824889.html</w:t>
        </w:r>
      </w:hyperlink>
      <w:r>
        <w:t xml:space="preserve"> - Colgay Pride is hosting its 13th and final Halloween Festival on Saturday, October 31, 2026, from 5-11 p.m. at 4214 16th Ave., Columbus. The free event includes kids' trick-or-treating (5-8 p.m.), a HalloQueen drag show (9 p.m.), bonfire, s'mores, haunted walk, costume contests, live music, food trucks, and a cash bar. Colgay Pride is moving to Pensacola in 2027 due to fees, donor fatigue, and federal funding cuts. Columbus will still have two LGBTQ+ organisations after Colgay leaves: Chattahoochee Valley Pride and Muscogee Queer.</w:t>
      </w:r>
      <w:r/>
    </w:p>
    <w:p>
      <w:pPr>
        <w:pStyle w:val="ListNumber"/>
        <w:spacing w:line="240" w:lineRule="auto"/>
        <w:ind w:left="720"/>
      </w:pPr>
      <w:r/>
      <w:hyperlink r:id="rId10">
        <w:r>
          <w:rPr>
            <w:color w:val="0000EE"/>
            <w:u w:val="single"/>
          </w:rPr>
          <w:t>https://www.ledger-enquirer.com/news/local/article317824889.html</w:t>
        </w:r>
      </w:hyperlink>
      <w:r>
        <w:t xml:space="preserve"> - Colgay Pride is hosting its 13th and final Halloween Festival on Saturday, October 31, 2026, from 5-11 p.m. at 4214 16th Ave., Columbus. The free event includes kids' trick-or-treating (5-8 p.m.), a HalloQueen drag show (9 p.m.), bonfire, s'mores, haunted walk, costume contests, live music, food trucks, and a cash bar. Colgay Pride is moving to Pensacola in 2027 due to fees, donor fatigue, and federal funding cuts. Columbus will still have two LGBTQ+ organisations after Colgay leaves: Chattahoochee Valley Pride and Muscogee Queer.</w:t>
      </w:r>
      <w:r/>
    </w:p>
    <w:sectPr w:rsidR="008F16EB" w:rsidRPr="008F16E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65639">
    <w:abstractNumId w:val="8"/>
  </w:num>
  <w:num w:numId="2" w16cid:durableId="1689715716">
    <w:abstractNumId w:val="6"/>
  </w:num>
  <w:num w:numId="3" w16cid:durableId="1422219261">
    <w:abstractNumId w:val="5"/>
  </w:num>
  <w:num w:numId="4" w16cid:durableId="1639651746">
    <w:abstractNumId w:val="4"/>
  </w:num>
  <w:num w:numId="5" w16cid:durableId="268244051">
    <w:abstractNumId w:val="7"/>
  </w:num>
  <w:num w:numId="6" w16cid:durableId="527262389">
    <w:abstractNumId w:val="3"/>
  </w:num>
  <w:num w:numId="7" w16cid:durableId="2116093898">
    <w:abstractNumId w:val="2"/>
  </w:num>
  <w:num w:numId="8" w16cid:durableId="1487162739">
    <w:abstractNumId w:val="1"/>
  </w:num>
  <w:num w:numId="9" w16cid:durableId="1639265226">
    <w:abstractNumId w:val="0"/>
  </w:num>
  <w:num w:numId="10" w16cid:durableId="495808350">
    <w:abstractNumId w:val="7"/>
    <w:lvlOverride w:ilvl="0">
      <w:startOverride w:val="1"/>
    </w:lvlOverride>
  </w:num>
  <w:num w:numId="11" w16cid:durableId="1894850684">
    <w:abstractNumId w:val="9"/>
  </w:num>
  <w:num w:numId="12" w16cid:durableId="1467312115">
    <w:abstractNumId w:val="9"/>
  </w:num>
  <w:num w:numId="13" w16cid:durableId="1615862868">
    <w:abstractNumId w:val="9"/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defaultTableStyle w:val="Noah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31"/>
    <w:rsid w:val="00034616"/>
    <w:rsid w:val="0006063C"/>
    <w:rsid w:val="0015074B"/>
    <w:rsid w:val="0029639D"/>
    <w:rsid w:val="00326F90"/>
    <w:rsid w:val="00327C26"/>
    <w:rsid w:val="006072D1"/>
    <w:rsid w:val="00641096"/>
    <w:rsid w:val="00733E31"/>
    <w:rsid w:val="00782A44"/>
    <w:rsid w:val="007D0B83"/>
    <w:rsid w:val="008F16EB"/>
    <w:rsid w:val="00920A5B"/>
    <w:rsid w:val="00AA1D8D"/>
    <w:rsid w:val="00B47730"/>
    <w:rsid w:val="00CB0664"/>
    <w:rsid w:val="00F369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5D908"/>
  <w14:defaultImageDpi w14:val="300"/>
  <w15:docId w15:val="{AFAB448B-A191-DB46-889A-C1A710B4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hAnsi="Georgia" w:cs="Georgia"/>
        <w:sz w:val="22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096"/>
  </w:style>
  <w:style w:type="paragraph" w:styleId="Heading1">
    <w:name w:val="heading 1"/>
    <w:basedOn w:val="Normal"/>
    <w:next w:val="Normal"/>
    <w:link w:val="Heading1Char"/>
    <w:uiPriority w:val="9"/>
    <w:qFormat/>
    <w:rsid w:val="00641096"/>
    <w:pPr>
      <w:keepNext/>
      <w:keepLines/>
      <w:spacing w:before="240" w:after="160" w:line="240" w:lineRule="auto"/>
      <w:outlineLvl w:val="0"/>
    </w:pPr>
    <w:rPr>
      <w:rFonts w:ascii="Georgia" w:hAnsi="Georgia" w:cs="Georgia"/>
      <w:b/>
      <w:bCs/>
      <w:color w:val="1C1917"/>
      <w:sz w:val="52"/>
      <w:szCs w:val="52"/>
      <w:w w:val="9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096"/>
    <w:pPr>
      <w:keepNext/>
      <w:keepLines/>
      <w:spacing w:before="400" w:after="120"/>
      <w:outlineLvl w:val="1"/>
    </w:pPr>
    <w:rPr>
      <w:rFonts w:ascii="Georgia" w:hAnsi="Georgia" w:cs="Georgia"/>
      <w:b/>
      <w:bCs/>
      <w:color w:val="1C1917"/>
      <w:sz w:val="36"/>
      <w:szCs w:val="36"/>
      <w:w w:val="9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096"/>
    <w:pPr>
      <w:keepNext/>
      <w:keepLines/>
      <w:spacing w:before="320" w:after="80"/>
      <w:outlineLvl w:val="2"/>
    </w:pPr>
    <w:rPr>
      <w:rFonts w:ascii="Georgia" w:hAnsi="Georgia" w:cs="Georgia"/>
      <w:b/>
      <w:bCs/>
      <w:color w:val="374151"/>
      <w:sz w:val="28"/>
      <w:szCs w:val="28"/>
      <w:w w:val="9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0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09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0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0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09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09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6410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41096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641096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109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096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109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64109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64109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41096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096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096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096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096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1096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641096"/>
    <w:rPr>
      <w:b/>
      <w:bCs/>
    </w:rPr>
  </w:style>
  <w:style w:type="character" w:styleId="Emphasis">
    <w:name w:val="Emphasis"/>
    <w:basedOn w:val="DefaultParagraphFont"/>
    <w:uiPriority w:val="20"/>
    <w:qFormat/>
    <w:rsid w:val="0064109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96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96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64109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41096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641096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41096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4109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096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641096"/>
  </w:style>
  <w:style w:type="paragraph" w:customStyle="1" w:styleId="PersonalName">
    <w:name w:val="Personal Name"/>
    <w:basedOn w:val="Title"/>
    <w:rsid w:val="00641096"/>
    <w:rPr>
      <w:b/>
      <w:caps/>
      <w:color w:val="000000"/>
      <w:sz w:val="28"/>
      <w:szCs w:val="28"/>
    </w:rPr>
  </w:style>
  <w:style w:type="table" w:styleId="GridTable7ColourfulAccent6">
    <w:name w:val="Grid Table 7 Colorful Accent 6"/>
    <w:basedOn w:val="TableNormal"/>
    <w:uiPriority w:val="52"/>
    <w:rsid w:val="008F16EB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1Light">
    <w:name w:val="Grid Table 1 Light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6Colourful">
    <w:name w:val="List Table 6 Colorful"/>
    <w:basedOn w:val="TableNormal"/>
    <w:uiPriority w:val="51"/>
    <w:rsid w:val="008F16E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oah">
    <w:name w:val="Noah"/>
    <w:basedOn w:val="TableNormal"/>
    <w:uiPriority w:val="99"/>
    <w:rsid w:val="008F1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shd w:val="clear" w:color="auto" w:fill="E8E8E8" w:themeFill="backgroun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Relationship Id="rId9" Type="http://schemas.openxmlformats.org/officeDocument/2006/relationships/hyperlink" Target="https://www.ledger-enquirer.com/entertainment/local-events/article317824889.html" TargetMode="External"/><Relationship Id="rId10" Type="http://schemas.openxmlformats.org/officeDocument/2006/relationships/hyperlink" Target="https://www.ledger-enquirer.com/news/local/article317824889.html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://schemas.openxmlformats.org/officeDocument/2006/relationships/officeDocument" TargetMode="External"/></Relationships>
</file>

<file path=word/theme/theme1.xml><?xml version="1.0" encoding="utf-8"?>
<a:theme xmlns:a="http://schemas.openxmlformats.org/drawingml/2006/main" name="Crop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op">
      <a:majorFont>
        <a:latin typeface="Franklin Gothic Book" panose="020B0503020102020204"/>
        <a:ea typeface=""/>
        <a:cs typeface=""/>
      </a:majorFont>
      <a:minorFont>
        <a:latin typeface="Franklin Gothic Book" panose="020B0503020102020204"/>
        <a:ea typeface=""/>
        <a:cs typeface=""/>
      </a:minorFont>
    </a:fontScheme>
    <a:fmtScheme name="Crop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Soares</dc:creator>
  <cp:keywords/>
  <dc:description>generated by python-docx</dc:description>
  <cp:lastModifiedBy>Joao Soares</cp:lastModifiedBy>
  <cp:revision>2</cp:revision>
  <dcterms:created xsi:type="dcterms:W3CDTF">2025-04-30T15:43:00Z</dcterms:created>
  <dcterms:modified xsi:type="dcterms:W3CDTF">2025-04-30T15:43:00Z</dcterms:modified>
  <cp:category/>
</cp:coreProperties>
</file>