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Survive a Breakup During Cuffing Season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breakup can feel especially raw when autumn’s cosy dates, festive plans and romantic social media feeds are everywhere. But spending cuffing season single doesn’t mean spending it without love, support or meaningful plans.</w:t>
      </w:r>
      <w:r/>
    </w:p>
    <w:p>
      <w:pPr>
        <w:pStyle w:val="Heading2"/>
      </w:pPr>
      <w:r>
        <w:t>When seasonal romance suddenly disappears</w:t>
      </w:r>
      <w:r/>
    </w:p>
    <w:p>
      <w:r/>
      <w:r>
        <w:t>The hardest part of a breakup during cuffing season may be losing the future you had pictured. Pumpkin-patch outings, Halloween costumes and Christmas lights can all become reminders of plans that no longer exist, making ordinary seasonal moments feel unexpectedly sharp.</w:t>
      </w:r>
      <w:r/>
    </w:p>
    <w:p>
      <w:r/>
      <w:r>
        <w:t>Psychology Today’s discussion of cuffing season suggests that colder, darker months can encourage people to seek companionship and emotional closeness. That doesn’t make a breakup inevitable, but it can make being newly single feel more conspicuous when couples seem to be everywhere.</w:t>
      </w:r>
      <w:r/>
    </w:p>
    <w:p>
      <w:pPr>
        <w:pStyle w:val="Heading2"/>
      </w:pPr>
      <w:r>
        <w:t>Cuffing season is a social script, not a rule</w:t>
      </w:r>
      <w:r/>
    </w:p>
    <w:p>
      <w:r/>
      <w:r>
        <w:t>The phrase “cuffing season” turns autumn and winter into a romantic timetable, as though everyone ought to find a partner before the weather turns cold. In reality, it’s a cultural idea rather than a deadline, and there’s no prize for entering January in a relationship.</w:t>
      </w:r>
      <w:r/>
    </w:p>
    <w:p>
      <w:r/>
      <w:r>
        <w:t>That pressure can also make people compare their private lives with carefully edited glimpses online. A quiet evening with friends, family or yourself may look less exciting than a couple’s festive photograph, but it can still be warm, memorable and genuinely restorative.</w:t>
      </w:r>
      <w:r/>
    </w:p>
    <w:p>
      <w:pPr>
        <w:pStyle w:val="Heading2"/>
      </w:pPr>
      <w:r>
        <w:t>Healing starts with making space for yourself</w:t>
      </w:r>
      <w:r/>
    </w:p>
    <w:p>
      <w:r/>
      <w:r>
        <w:t>After a breakup, it’s tempting to look for another person to fill the gap immediately. Yet the more useful question may be what the relationship revealed about your own needs, boundaries and wellbeing.</w:t>
      </w:r>
      <w:r/>
    </w:p>
    <w:p>
      <w:r/>
      <w:r>
        <w:t>Psychology Today’s coverage links the appeal of cuffing season with comfort, security and companionship, but those needs don’t belong exclusively to romantic partners. Therapy, trusted friends and small routines can provide steadier support than rushing into a new relationship before you’re ready.</w:t>
      </w:r>
      <w:r/>
    </w:p>
    <w:p>
      <w:r/>
      <w:r>
        <w:t>If obsessive thoughts, anxiety or low mood are making daily life difficult, professional help is worth considering. Reaching out isn’t a sign that you’re failing at independence; it’s a practical way to avoid carrying everything alone.</w:t>
      </w:r>
      <w:r/>
    </w:p>
    <w:p>
      <w:pPr>
        <w:pStyle w:val="Heading2"/>
      </w:pPr>
      <w:r>
        <w:t>Build a new version of the season</w:t>
      </w:r>
      <w:r/>
    </w:p>
    <w:p>
      <w:r/>
      <w:r>
        <w:t>Start with plans that feel manageable rather than dramatically transformative. Invite a friend for a film night, visit a winter market, try a new class or arrange a walk somewhere unfamiliar. The aim isn’t to prove that you’re over the breakup, but to remind yourself that your calendar still belongs to you.</w:t>
      </w:r>
      <w:r/>
    </w:p>
    <w:p>
      <w:r/>
      <w:r>
        <w:t>Solo plans can work, too. Choose something with a little ceremony, such as cooking a favourite meal, visiting a light trail or buying a small treat for a festive evening at home. It may feel strange at first, but confidence often grows through these modest acts of self-trust.</w:t>
      </w:r>
      <w:r/>
    </w:p>
    <w:p>
      <w:pPr>
        <w:pStyle w:val="Heading2"/>
      </w:pPr>
      <w:r>
        <w:t>Let friendship take centre stage</w:t>
      </w:r>
      <w:r/>
    </w:p>
    <w:p>
      <w:r/>
      <w:r>
        <w:t>Romantic love is only one form of connection, and breakups can make other relationships more visible. Friends who listen, family members who check in and new people met through shared interests can all help soften a season that once felt painfully couple-focused.</w:t>
      </w:r>
      <w:r/>
    </w:p>
    <w:p>
      <w:r/>
      <w:r>
        <w:t>There’s no need to pretend the loss doesn’t hurt. You can miss the relationship and still enjoy a new plan, feel sad about a cancelled tradition and laugh with someone else later that day. Emotional progress is rarely neat, but it can be real.</w:t>
      </w:r>
      <w:r/>
    </w:p>
    <w:p>
      <w:pPr>
        <w:pStyle w:val="Heading2"/>
      </w:pPr>
      <w:r>
        <w:t>Being uncuffed can still feel full</w:t>
      </w:r>
      <w:r/>
    </w:p>
    <w:p>
      <w:r/>
      <w:r>
        <w:t>The most useful shift is to stop treating singleness as an empty waiting room. Autumn and winter can hold discovery, rest, friendship and a stronger sense of identity, whether or not romance appears along the way.</w:t>
      </w:r>
      <w:r/>
    </w:p>
    <w:p>
      <w:r/>
      <w:r>
        <w:t>A breakup may close one imagined future, but it doesn’t erase every future available to you. Sometimes the season becomes meaningful not because someone chooses you, but because you begin choosing your own life again.</w:t>
      </w:r>
      <w:r/>
    </w:p>
    <w:p>
      <w:r/>
      <w:r>
        <w:t>It's possible to feel heartbroken and still make the season yours.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[4]</w:t>
        </w:r>
      </w:hyperlink>
      <w:r>
        <w:t xml:space="preserve">- Paragraph 5: </w:t>
      </w:r>
      <w:hyperlink r:id="rId10">
        <w:r>
          <w:rPr>
            <w:color w:val="0000EE"/>
            <w:u w:val="single"/>
          </w:rPr>
          <w:t>[3]</w:t>
        </w:r>
      </w:hyperlink>
      <w:r>
        <w:t xml:space="preserve">, </w:t>
      </w:r>
      <w:hyperlink r:id="rId10">
        <w:r>
          <w:rPr>
            <w:color w:val="0000EE"/>
            <w:u w:val="single"/>
          </w:rPr>
          <w:t>[5]</w:t>
        </w:r>
      </w:hyperlink>
      <w:r>
        <w:t xml:space="preserve">- Paragraph 6: </w:t>
      </w:r>
      <w:hyperlink r:id="rId10">
        <w:r>
          <w:rPr>
            <w:color w:val="0000EE"/>
            <w:u w:val="single"/>
          </w:rPr>
          <w:t>[6]</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[4]</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https://www.hercampus.com/wellness/going-through-breakup-cuffing-season-personal-essay/</w:t>
        </w:r>
      </w:hyperlink>
      <w:r>
        <w:t xml:space="preserve"> - Please view link - unable to able to access data</w:t>
      </w:r>
      <w:r/>
    </w:p>
    <w:p>
      <w:pPr>
        <w:pStyle w:val="ListNumber"/>
        <w:spacing w:line="240" w:lineRule="auto"/>
        <w:ind w:left="720"/>
      </w:pPr>
      <w:r/>
      <w:hyperlink r:id="rId10">
        <w:r>
          <w:rPr>
            <w:color w:val="0000EE"/>
            <w:u w:val="single"/>
          </w:rPr>
          <w:t>https://www.psychologytoday.com/us/blog/urban-survival/201810/why-do-we-have-cuffing-season</w:t>
        </w:r>
      </w:hyperlink>
      <w:r>
        <w:t xml:space="preserve"> - This article from Psychology Today explores the concept of 'cuffing season,' a period during the colder months when individuals seek out short-term relationships. It delves into the psychological factors behind this behaviour, including the desire for companionship and the impact of seasonal changes on mood and social interactions. The piece also discusses the potential benefits and drawbacks of engaging in such relationships, offering insights into human behaviour during this time of year.</w:t>
      </w:r>
      <w:r/>
    </w:p>
    <w:p>
      <w:pPr>
        <w:pStyle w:val="ListNumber"/>
        <w:spacing w:line="240" w:lineRule="auto"/>
        <w:ind w:left="720"/>
      </w:pPr>
      <w:r/>
      <w:hyperlink r:id="rId10">
        <w:r>
          <w:rPr>
            <w:color w:val="0000EE"/>
            <w:u w:val="single"/>
          </w:rPr>
          <w:t>https://www.psychologytoday.com/us/blog/urban-survival/201810/why-do-we-have-cuffing-season</w:t>
        </w:r>
      </w:hyperlink>
      <w:r>
        <w:t xml:space="preserve"> - This article from Psychology Today explores the concept of 'cuffing season,' a period during the colder months when individuals seek out short-term relationships. It delves into the psychological factors behind this behaviour, including the desire for companionship and the impact of seasonal changes on mood and social interactions. The piece also discusses the potential benefits and drawbacks of engaging in such relationships, offering insights into human behaviour during this time of year.</w:t>
      </w:r>
      <w:r/>
    </w:p>
    <w:p>
      <w:pPr>
        <w:pStyle w:val="ListNumber"/>
        <w:spacing w:line="240" w:lineRule="auto"/>
        <w:ind w:left="720"/>
      </w:pPr>
      <w:r/>
      <w:hyperlink r:id="rId10">
        <w:r>
          <w:rPr>
            <w:color w:val="0000EE"/>
            <w:u w:val="single"/>
          </w:rPr>
          <w:t>https://www.psychologytoday.com/us/blog/urban-survival/201810/why-do-we-have-cuffing-season</w:t>
        </w:r>
      </w:hyperlink>
      <w:r>
        <w:t xml:space="preserve"> - This article from Psychology Today explores the concept of 'cuffing season,' a period during the colder months when individuals seek out short-term relationships. It delves into the psychological factors behind this behaviour, including the desire for companionship and the impact of seasonal changes on mood and social interactions. The piece also discusses the potential benefits and drawbacks of engaging in such relationships, offering insights into human behaviour during this time of year.</w:t>
      </w:r>
      <w:r/>
    </w:p>
    <w:p>
      <w:pPr>
        <w:pStyle w:val="ListNumber"/>
        <w:spacing w:line="240" w:lineRule="auto"/>
        <w:ind w:left="720"/>
      </w:pPr>
      <w:r/>
      <w:hyperlink r:id="rId10">
        <w:r>
          <w:rPr>
            <w:color w:val="0000EE"/>
            <w:u w:val="single"/>
          </w:rPr>
          <w:t>https://www.psychologytoday.com/us/blog/urban-survival/201810/why-do-we-have-cuffing-season</w:t>
        </w:r>
      </w:hyperlink>
      <w:r>
        <w:t xml:space="preserve"> - This article from Psychology Today explores the concept of 'cuffing season,' a period during the colder months when individuals seek out short-term relationships. It delves into the psychological factors behind this behaviour, including the desire for companionship and the impact of seasonal changes on mood and social interactions. The piece also discusses the potential benefits and drawbacks of engaging in such relationships, offering insights into human behaviour during this time of year.</w:t>
      </w:r>
      <w:r/>
    </w:p>
    <w:p>
      <w:pPr>
        <w:pStyle w:val="ListNumber"/>
        <w:spacing w:line="240" w:lineRule="auto"/>
        <w:ind w:left="720"/>
      </w:pPr>
      <w:r/>
      <w:hyperlink r:id="rId10">
        <w:r>
          <w:rPr>
            <w:color w:val="0000EE"/>
            <w:u w:val="single"/>
          </w:rPr>
          <w:t>https://www.psychologytoday.com/us/blog/urban-survival/201810/why-do-we-have-cuffing-season</w:t>
        </w:r>
      </w:hyperlink>
      <w:r>
        <w:t xml:space="preserve"> - This article from Psychology Today explores the concept of 'cuffing season,' a period during the colder months when individuals seek out short-term relationships. It delves into the psychological factors behind this behaviour, including the desire for companionship and the impact of seasonal changes on mood and social interactions. The piece also discusses the potential benefits and drawbacks of engaging in such relationships, offering insights into human behaviour during this time of year.</w:t>
      </w:r>
      <w:r/>
    </w:p>
    <w:p>
      <w:pPr>
        <w:pStyle w:val="ListNumber"/>
        <w:spacing w:line="240" w:lineRule="auto"/>
        <w:ind w:left="720"/>
      </w:pPr>
      <w:r/>
      <w:hyperlink r:id="rId10">
        <w:r>
          <w:rPr>
            <w:color w:val="0000EE"/>
            <w:u w:val="single"/>
          </w:rPr>
          <w:t>https://www.psychologytoday.com/us/blog/urban-survival/201810/why-do-we-have-cuffing-season</w:t>
        </w:r>
      </w:hyperlink>
      <w:r>
        <w:t xml:space="preserve"> - This article from Psychology Today explores the concept of 'cuffing season,' a period during the colder months when individuals seek out short-term relationships. It delves into the psychological factors behind this behaviour, including the desire for companionship and the impact of seasonal changes on mood and social interactions. The piece also discusses the potential benefits and drawbacks of engaging in such relationships, offering insights into human behaviour during this time of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wellness/going-through-breakup-cuffing-season-personal-essay/" TargetMode="External"/><Relationship Id="rId10" Type="http://schemas.openxmlformats.org/officeDocument/2006/relationships/hyperlink" Target="https://www.psychologytoday.com/us/blog/urban-survival/201810/why-do-we-have-cuffing-seas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