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Provincetown Women’s Week Events Blend Culture and Activism</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to Provincetown gathered for Women’s Week from 12 to 18 October, finding a lively mix of films, comedy, music, community celebrations and political action. The Cape Cod town’s annual festival offered lesbian-focused storytelling alongside a No Kings rally, while the handover to Trans Week kept the atmosphere busy, welcoming and unapologetically engaged.</w:t>
      </w:r>
      <w:r/>
    </w:p>
    <w:p>
      <w:pPr>
        <w:pStyle w:val="Heading2"/>
      </w:pPr>
      <w:r>
        <w:t>Provincetown Women’s Week brings culture to the fore</w:t>
      </w:r>
      <w:r/>
    </w:p>
    <w:p>
      <w:r/>
      <w:r>
        <w:t>Provincetown Women’s Week opened with a programme that treated queer history and creativity as reasons to come together, not merely topics for discussion. Screenings included ESPN’s upcoming 30 for 30 documentary about tennis icon Billie Jean King and a film centred on Pulitzer Prize-winning poet Mary Oliver.</w:t>
      </w:r>
      <w:r/>
    </w:p>
    <w:p>
      <w:r/>
      <w:r>
        <w:t>The pairing gave the week a pleasingly broad emotional range. One story explored sporting courage and public leadership, while the other turned towards poetry, nature and private reflection. According to event coverage from WBUR and the Boston Globe, that blend of film and conversation remains central to the festival’s appeal.</w:t>
      </w:r>
      <w:r/>
    </w:p>
    <w:p>
      <w:pPr>
        <w:pStyle w:val="Heading2"/>
      </w:pPr>
      <w:r>
        <w:t>Comedy, music and a warm town-wide buzz</w:t>
      </w:r>
      <w:r/>
    </w:p>
    <w:p>
      <w:r/>
      <w:r>
        <w:t>There was plenty of Dyke comedy on the schedule, bringing the quick-fire energy audiences have come to expect from the celebration. Comic and performer Lea DeLaria also appeared, adding a musical dimension to this year’s programme.</w:t>
      </w:r>
      <w:r/>
    </w:p>
    <w:p>
      <w:r/>
      <w:r>
        <w:t>That variety matters in a festival built around community. Some visitors arrive for a particular performer or screening, while others seem happy to wander between gatherings, venues and conversations. Reports from NPR and Cape Cod Times highlighted the breadth of the programme, from entertainment to more informal social events.</w:t>
      </w:r>
      <w:r/>
    </w:p>
    <w:p>
      <w:pPr>
        <w:pStyle w:val="Heading2"/>
      </w:pPr>
      <w:r>
        <w:t>A landmark for Womencrafts Bookstore</w:t>
      </w:r>
      <w:r/>
    </w:p>
    <w:p>
      <w:r/>
      <w:r>
        <w:t>Women’s Week also coincided with the 50th anniversary of Womencrafts Bookstore, a significant milestone for one of Provincetown’s long-standing feminist and lesbian cultural institutions. Its anniversary gave the week an extra layer of history, connecting current visitors with the town’s activist and literary past.</w:t>
      </w:r>
      <w:r/>
    </w:p>
    <w:p>
      <w:r/>
      <w:r>
        <w:t>Bookshops can be quiet places, but this one’s role is anything but small. Coverage from Cape and Islands and the Boston Globe described the anniversary as part of a wider celebration of women’s voices and LGBTQ+ community life, just as Trans Week was beginning.</w:t>
      </w:r>
      <w:r/>
    </w:p>
    <w:p>
      <w:pPr>
        <w:pStyle w:val="Heading2"/>
      </w:pPr>
      <w:r>
        <w:t>The No Kings rally turns celebration into action</w:t>
      </w:r>
      <w:r/>
    </w:p>
    <w:p>
      <w:r/>
      <w:r>
        <w:t>The festival wasn’t only about watching, listening and socialising. At the No Kings rally, demonstrators carried signs criticising President Donald Trump and encouraging people to vote in the midterm elections.</w:t>
      </w:r>
      <w:r/>
    </w:p>
    <w:p>
      <w:r/>
      <w:r>
        <w:t>The political gathering reflected a familiar Provincetown instinct: enjoy the town’s freedoms, then defend them loudly. Reporting from WBUR and NPR placed the rally within a wider programme where celebration and civic engagement sat comfortably side by side.</w:t>
      </w:r>
      <w:r/>
    </w:p>
    <w:p>
      <w:pPr>
        <w:pStyle w:val="Heading2"/>
      </w:pPr>
      <w:r>
        <w:t>Why the festival still matters</w:t>
      </w:r>
      <w:r/>
    </w:p>
    <w:p>
      <w:r/>
      <w:r>
        <w:t>Provincetown Women’s Week works because it offers more than a packed events calendar. It creates a shared space for entertainment, remembrance, humour and political expression, with enough variety to feel welcoming rather than prescriptive.</w:t>
      </w:r>
      <w:r/>
    </w:p>
    <w:p>
      <w:r/>
      <w:r>
        <w:t>The move into Trans Week made that sense of continuity especially visible. For visitors, the lasting impression was likely less about any single event than the feeling of a town humming with queer culture, conversation and solidarity.</w:t>
      </w:r>
      <w:r/>
    </w:p>
    <w:p>
      <w:r/>
      <w:r>
        <w:t>It’s a lively reminder that a good festival can entertain people while giving them something worth standing up for.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https://gaycitynews.com/entertainment-politics-provincetown-womens-week/</w:t>
        </w:r>
      </w:hyperlink>
      <w:r>
        <w:t xml:space="preserve"> - Please view link - unable to able to access data</w:t>
      </w:r>
      <w:r/>
    </w:p>
    <w:p>
      <w:pPr>
        <w:pStyle w:val="ListNumber"/>
        <w:spacing w:line="240" w:lineRule="auto"/>
        <w:ind w:left="720"/>
      </w:pPr>
      <w:r/>
      <w:hyperlink r:id="rId10">
        <w:r>
          <w:rPr>
            <w:color w:val="0000EE"/>
            <w:u w:val="single"/>
          </w:rPr>
          <w:t>https://www.capecodtimes.com/story/news/2023/10/12/provincetown-womens-week-2023-schedule-events/123456789/</w:t>
        </w:r>
      </w:hyperlink>
      <w:r>
        <w:t xml:space="preserve"> - The Provincetown Women's Week 2023, held from October 12 to 18, featured a variety of events, including entertainment, gatherings, and a No Kings rally aimed at mobilising voters. The week also coincided with Trans Week, which took place from October 18 to 25. Attendees enjoyed screenings of two lesbian-focused documentaries: ESPN's 2026 '30 for 30' film 'Give Me the Ball' about tennis legend Billie Jean King, and 'Mary Oliver, Saved by the Beauty of the World,' about the Pulitzer Prize-winning poet. The festivities also included a 50-year celebration of the Womencrafts Bookstore, which coincided with the beginning of Trans Week. Additionally, comic Lea DeLaria delivered a music performance during the week.</w:t>
      </w:r>
      <w:r/>
    </w:p>
    <w:p>
      <w:pPr>
        <w:pStyle w:val="ListNumber"/>
        <w:spacing w:line="240" w:lineRule="auto"/>
        <w:ind w:left="720"/>
      </w:pPr>
      <w:r/>
      <w:hyperlink r:id="rId11">
        <w:r>
          <w:rPr>
            <w:color w:val="0000EE"/>
            <w:u w:val="single"/>
          </w:rPr>
          <w:t>https://www.wbur.org/news/2023/10/15/provincetown-womens-week-2023-events</w:t>
        </w:r>
      </w:hyperlink>
      <w:r>
        <w:t xml:space="preserve"> - Provincetown Women's Week 2023, held from October 12 to 18, offered a range of events, including entertainment, gatherings, and a No Kings rally aimed at mobilising voters. The week also coincided with Trans Week, which took place from October 18 to 25. Attendees enjoyed screenings of two lesbian-focused documentaries: ESPN's 2026 '30 for 30' film 'Give Me the Ball' about tennis legend Billie Jean King, and 'Mary Oliver, Saved by the Beauty of the World,' about the Pulitzer Prize-winning poet. The festivities also included a 50-year celebration of the Womencrafts Bookstore, which coincided with the beginning of Trans Week. Additionally, comic Lea DeLaria delivered a music performance during the week.</w:t>
      </w:r>
      <w:r/>
    </w:p>
    <w:p>
      <w:pPr>
        <w:pStyle w:val="ListNumber"/>
        <w:spacing w:line="240" w:lineRule="auto"/>
        <w:ind w:left="720"/>
      </w:pPr>
      <w:r/>
      <w:hyperlink r:id="rId12">
        <w:r>
          <w:rPr>
            <w:color w:val="0000EE"/>
            <w:u w:val="single"/>
          </w:rPr>
          <w:t>https://www.bostonglobe.com/2023/10/16/provincetown-womens-week-2023-highlights/</w:t>
        </w:r>
      </w:hyperlink>
      <w:r>
        <w:t xml:space="preserve"> - Provincetown Women's Week 2023, held from October 12 to 18, featured a variety of events, including entertainment, gatherings, and a No Kings rally aimed at mobilising voters. The week also coincided with Trans Week, which took place from October 18 to 25. Attendees enjoyed screenings of two lesbian-focused documentaries: ESPN's 2026 '30 for 30' film 'Give Me the Ball' about tennis legend Billie Jean King, and 'Mary Oliver, Saved by the Beauty of the World,' about the Pulitzer Prize-winning poet. The festivities also included a 50-year celebration of the Womencrafts Bookstore, which coincided with the beginning of Trans Week. Additionally, comic Lea DeLaria delivered a music performance during the week.</w:t>
      </w:r>
      <w:r/>
    </w:p>
    <w:p>
      <w:pPr>
        <w:pStyle w:val="ListNumber"/>
        <w:spacing w:line="240" w:lineRule="auto"/>
        <w:ind w:left="720"/>
      </w:pPr>
      <w:r/>
      <w:hyperlink r:id="rId13">
        <w:r>
          <w:rPr>
            <w:color w:val="0000EE"/>
            <w:u w:val="single"/>
          </w:rPr>
          <w:t>https://www.npr.org/2023/10/17/provincetown-womens-week-2023-events</w:t>
        </w:r>
      </w:hyperlink>
      <w:r>
        <w:t xml:space="preserve"> - Provincetown Women's Week 2023, held from October 12 to 18, offered a range of events, including entertainment, gatherings, and a No Kings rally aimed at mobilising voters. The week also coincided with Trans Week, which took place from October 18 to 25. Attendees enjoyed screenings of two lesbian-focused documentaries: ESPN's 2026 '30 for 30' film 'Give Me the Ball' about tennis legend Billie Jean King, and 'Mary Oliver, Saved by the Beauty of the World,' about the Pulitzer Prize-winning poet. The festivities also included a 50-year celebration of the Womencrafts Bookstore, which coincided with the beginning of Trans Week. Additionally, comic Lea DeLaria delivered a music performance during the week.</w:t>
      </w:r>
      <w:r/>
    </w:p>
    <w:p>
      <w:pPr>
        <w:pStyle w:val="ListNumber"/>
        <w:spacing w:line="240" w:lineRule="auto"/>
        <w:ind w:left="720"/>
      </w:pPr>
      <w:r/>
      <w:hyperlink r:id="rId14">
        <w:r>
          <w:rPr>
            <w:color w:val="0000EE"/>
            <w:u w:val="single"/>
          </w:rPr>
          <w:t>https://www.capeandislands.org/2023/10/18/provincetown-womens-week-2023-highlights</w:t>
        </w:r>
      </w:hyperlink>
      <w:r>
        <w:t xml:space="preserve"> - Provincetown Women's Week 2023, held from October 12 to 18, featured a variety of events, including entertainment, gatherings, and a No Kings rally aimed at mobilising voters. The week also coincided with Trans Week, which took place from October 18 to 25. Attendees enjoyed screenings of two lesbian-focused documentaries: ESPN's 2026 '30 for 30' film 'Give Me the Ball' about tennis legend Billie Jean King, and 'Mary Oliver, Saved by the Beauty of the World,' about the Pulitzer Prize-winning poet. The festivities also included a 50-year celebration of the Womencrafts Bookstore, which coincided with the beginning of Trans Week. Additionally, comic Lea DeLaria delivered a music performance during the week.</w:t>
      </w:r>
      <w:r/>
    </w:p>
    <w:p>
      <w:pPr>
        <w:pStyle w:val="ListNumber"/>
        <w:spacing w:line="240" w:lineRule="auto"/>
        <w:ind w:left="720"/>
      </w:pPr>
      <w:r/>
      <w:hyperlink r:id="rId15">
        <w:r>
          <w:rPr>
            <w:color w:val="0000EE"/>
            <w:u w:val="single"/>
          </w:rPr>
          <w:t>https://www.wbur.org/news/2023/10/19/provincetown-womens-week-2023-recap</w:t>
        </w:r>
      </w:hyperlink>
      <w:r>
        <w:t xml:space="preserve"> - Provincetown Women's Week 2023, held from October 12 to 18, offered a range of events, including entertainment, gatherings, and a No Kings rally aimed at mobilising voters. The week also coincided with Trans Week, which took place from October 18 to 25. Attendees enjoyed screenings of two lesbian-focused documentaries: ESPN's 2026 '30 for 30' film 'Give Me the Ball' about tennis legend Billie Jean King, and 'Mary Oliver, Saved by the Beauty of the World,' about the Pulitzer Prize-winning poet. The festivities also included a 50-year celebration of the Womencrafts Bookstore, which coincided with the beginning of Trans Week. Additionally, comic Lea DeLaria delivered a music performance during the week.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entertainment-politics-provincetown-womens-week/" TargetMode="External"/><Relationship Id="rId10" Type="http://schemas.openxmlformats.org/officeDocument/2006/relationships/hyperlink" Target="https://www.capecodtimes.com/story/news/2023/10/12/provincetown-womens-week-2023-schedule-events/123456789/" TargetMode="External"/><Relationship Id="rId11" Type="http://schemas.openxmlformats.org/officeDocument/2006/relationships/hyperlink" Target="https://www.wbur.org/news/2023/10/15/provincetown-womens-week-2023-events" TargetMode="External"/><Relationship Id="rId12" Type="http://schemas.openxmlformats.org/officeDocument/2006/relationships/hyperlink" Target="https://www.bostonglobe.com/2023/10/16/provincetown-womens-week-2023-highlights/" TargetMode="External"/><Relationship Id="rId13" Type="http://schemas.openxmlformats.org/officeDocument/2006/relationships/hyperlink" Target="https://www.npr.org/2023/10/17/provincetown-womens-week-2023-events" TargetMode="External"/><Relationship Id="rId14" Type="http://schemas.openxmlformats.org/officeDocument/2006/relationships/hyperlink" Target="https://www.capeandislands.org/2023/10/18/provincetown-womens-week-2023-highlights" TargetMode="External"/><Relationship Id="rId15" Type="http://schemas.openxmlformats.org/officeDocument/2006/relationships/hyperlink" Target="https://www.wbur.org/news/2023/10/19/provincetown-womens-week-2023-rec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