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Shows and Films to Stream in November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November's LGBTQIA+ screen releases bring festive sapphic romance, high-stakes thrillers and a final trip into the wilderness. From streaming picks to a UK cinema adaptation, here's what queer viewers can look forward to, and when to press play.</w:t>
      </w:r>
      <w:r/>
    </w:p>
    <w:p>
      <w:pPr>
        <w:pStyle w:val="Heading2"/>
      </w:pPr>
      <w:r>
        <w:t>Essential takeaways</w:t>
      </w:r>
      <w:r/>
      <w:r/>
    </w:p>
    <w:p>
      <w:pPr>
        <w:pStyle w:val="ListBullet"/>
        <w:spacing w:line="240" w:lineRule="auto"/>
        <w:ind w:left="720"/>
      </w:pPr>
      <w:r/>
      <w:r>
        <w:rPr>
          <w:b/>
        </w:rPr>
        <w:t>A festive sapphic pick:</w:t>
      </w:r>
      <w:r>
        <w:t xml:space="preserve"> </w:t>
      </w:r>
      <w:r>
        <w:rPr>
          <w:i/>
        </w:rPr>
        <w:t>Mixed Christmas</w:t>
      </w:r>
      <w:r>
        <w:t xml:space="preserve"> arrives on Tello on 1 November, with Black queer friendship and romance at its heart.</w:t>
      </w:r>
      <w:r/>
    </w:p>
    <w:p>
      <w:pPr>
        <w:pStyle w:val="ListBullet"/>
        <w:spacing w:line="240" w:lineRule="auto"/>
        <w:ind w:left="720"/>
      </w:pPr>
      <w:r/>
      <w:r>
        <w:rPr>
          <w:b/>
        </w:rPr>
        <w:t>A wilderness goodbye:</w:t>
      </w:r>
      <w:r>
        <w:t xml:space="preserve"> </w:t>
      </w:r>
      <w:r>
        <w:rPr>
          <w:i/>
        </w:rPr>
        <w:t>Yellowjackets</w:t>
      </w:r>
      <w:r>
        <w:t xml:space="preserve"> returns for its fourth and final season on Paramount+ on 20 November.</w:t>
      </w:r>
      <w:r/>
    </w:p>
    <w:p>
      <w:pPr>
        <w:pStyle w:val="ListBullet"/>
        <w:spacing w:line="240" w:lineRule="auto"/>
        <w:ind w:left="720"/>
      </w:pPr>
      <w:r/>
      <w:r>
        <w:rPr>
          <w:b/>
        </w:rPr>
        <w:t>A sci-fi reunion:</w:t>
      </w:r>
      <w:r>
        <w:t xml:space="preserve"> Hunter Schafer and Michelle Yeoh star in </w:t>
      </w:r>
      <w:r>
        <w:rPr>
          <w:i/>
        </w:rPr>
        <w:t>Blade Runner 2099</w:t>
      </w:r>
      <w:r>
        <w:t>, due on Prime Video on 25 November.</w:t>
      </w:r>
      <w:r/>
    </w:p>
    <w:p>
      <w:pPr>
        <w:pStyle w:val="ListBullet"/>
        <w:spacing w:line="240" w:lineRule="auto"/>
        <w:ind w:left="720"/>
      </w:pPr>
      <w:r/>
      <w:r>
        <w:rPr>
          <w:b/>
        </w:rPr>
        <w:t>Secrets and old enemies:</w:t>
      </w:r>
      <w:r>
        <w:t xml:space="preserve"> </w:t>
      </w:r>
      <w:r>
        <w:rPr>
          <w:i/>
        </w:rPr>
        <w:t>The Hunting Wives</w:t>
      </w:r>
      <w:r>
        <w:t xml:space="preserve"> returns to Netflix for season two on 26 November.</w:t>
      </w:r>
      <w:r/>
    </w:p>
    <w:p>
      <w:pPr>
        <w:pStyle w:val="ListBullet"/>
        <w:spacing w:line="240" w:lineRule="auto"/>
        <w:ind w:left="720"/>
      </w:pPr>
      <w:r/>
      <w:r>
        <w:rPr>
          <w:b/>
        </w:rPr>
        <w:t>More queer-led viewing:</w:t>
      </w:r>
      <w:r>
        <w:t xml:space="preserve"> November's other releases include animated titles, a supernatural school story and a play-to-screen adaptation.</w:t>
      </w:r>
      <w:r/>
      <w:r/>
    </w:p>
    <w:p>
      <w:pPr>
        <w:pStyle w:val="Heading2"/>
      </w:pPr>
      <w:r>
        <w:t>November's LGBTQIA+ releases bring plenty of variety</w:t>
      </w:r>
      <w:r/>
    </w:p>
    <w:p>
      <w:r/>
      <w:r>
        <w:t xml:space="preserve">The month begins with a cosy-looking counterpoint to the season's usual festive fare. </w:t>
      </w:r>
      <w:r>
        <w:rPr>
          <w:i/>
        </w:rPr>
        <w:t>Mixed Christmas</w:t>
      </w:r>
      <w:r>
        <w:t>, arriving on Tello on 1 November, centres Black queer friendship and love, with a sapphic romcom premise that gives its holiday cheer a welcome twist. Tello lists the film among its offerings. (</w:t>
      </w:r>
      <w:hyperlink r:id="rId9">
        <w:r>
          <w:rPr>
            <w:color w:val="0000EE"/>
            <w:u w:val="single"/>
          </w:rPr>
          <w:t>[6]</w:t>
        </w:r>
      </w:hyperlink>
      <w:r>
        <w:t>)</w:t>
      </w:r>
      <w:r/>
    </w:p>
    <w:p>
      <w:r/>
      <w:r>
        <w:t xml:space="preserve">There's more than one flavour of queer viewing on the calendar, too. Netflix's animated series </w:t>
      </w:r>
      <w:r>
        <w:rPr>
          <w:i/>
        </w:rPr>
        <w:t>Bass X Machina</w:t>
      </w:r>
      <w:r>
        <w:t xml:space="preserve">, featuring Janelle Monáe's voice work, is listed for 3 November, while </w:t>
      </w:r>
      <w:r>
        <w:rPr>
          <w:i/>
        </w:rPr>
        <w:t>The Body</w:t>
      </w:r>
      <w:r>
        <w:t>, a supernatural story set around Catholic schoolgirls and created by Quinn Shephard, is scheduled for 11 November. (</w:t>
      </w:r>
      <w:hyperlink r:id="rId10">
        <w:r>
          <w:rPr>
            <w:color w:val="0000EE"/>
            <w:u w:val="single"/>
          </w:rPr>
          <w:t>[2]</w:t>
        </w:r>
      </w:hyperlink>
      <w:r>
        <w:t>)</w:t>
      </w:r>
      <w:r/>
    </w:p>
    <w:p>
      <w:pPr>
        <w:pStyle w:val="Heading2"/>
      </w:pPr>
      <w:r>
        <w:rPr>
          <w:i/>
        </w:rPr>
        <w:t>Yellowjackets</w:t>
      </w:r>
      <w:r>
        <w:t xml:space="preserve"> prepares for its final chapter</w:t>
      </w:r>
      <w:r/>
    </w:p>
    <w:p>
      <w:r/>
      <w:r>
        <w:t xml:space="preserve">Fans of </w:t>
      </w:r>
      <w:r>
        <w:rPr>
          <w:i/>
        </w:rPr>
        <w:t>Yellowjackets</w:t>
      </w:r>
      <w:r>
        <w:t xml:space="preserve"> have one last wilderness journey ahead. The fourth season is billed as the show's final instalment, following survivors as they leave the wilderness and try to resume ordinary lives - a premise that suggests the hardest part may not be getting out. (</w:t>
      </w:r>
      <w:hyperlink r:id="rId11">
        <w:r>
          <w:rPr>
            <w:color w:val="0000EE"/>
            <w:u w:val="single"/>
          </w:rPr>
          <w:t>[3]</w:t>
        </w:r>
      </w:hyperlink>
      <w:r>
        <w:t>)</w:t>
      </w:r>
      <w:r/>
    </w:p>
    <w:p>
      <w:r/>
      <w:r>
        <w:t>The season is scheduled to arrive on Paramount+ on 20 November. If you're catching up first, the earlier seasons' mix of psychological tension and fractured friendships is a useful reminder that this isn't exactly a comfort watch, even when you're watching from the comfort of your sofa. (</w:t>
      </w:r>
      <w:hyperlink r:id="rId11">
        <w:r>
          <w:rPr>
            <w:color w:val="0000EE"/>
            <w:u w:val="single"/>
          </w:rPr>
          <w:t>[3]</w:t>
        </w:r>
      </w:hyperlink>
      <w:r>
        <w:t>)</w:t>
      </w:r>
      <w:r/>
    </w:p>
    <w:p>
      <w:pPr>
        <w:pStyle w:val="Heading2"/>
      </w:pPr>
      <w:r>
        <w:t>Sci-fi gets a starry queer connection</w:t>
      </w:r>
      <w:r/>
    </w:p>
    <w:p>
      <w:r/>
      <w:r>
        <w:rPr>
          <w:i/>
        </w:rPr>
        <w:t>Blade Runner 2099</w:t>
      </w:r>
      <w:r>
        <w:t xml:space="preserve"> pairs Hunter Schafer and Michelle Yeoh in a new chapter of the franchise, set decades after </w:t>
      </w:r>
      <w:r>
        <w:rPr>
          <w:i/>
        </w:rPr>
        <w:t>Blade Runner 2049</w:t>
      </w:r>
      <w:r>
        <w:t>. Prime Video's announcement confirms the series is part of the long-running dystopian universe, making it a notable November pick for viewers who like their future worlds sleek, shadowy and morally complicated. (</w:t>
      </w:r>
      <w:hyperlink r:id="rId12">
        <w:r>
          <w:rPr>
            <w:color w:val="0000EE"/>
            <w:u w:val="single"/>
          </w:rPr>
          <w:t>[4]</w:t>
        </w:r>
      </w:hyperlink>
      <w:r>
        <w:t>)</w:t>
      </w:r>
      <w:r/>
    </w:p>
    <w:p>
      <w:r/>
      <w:r>
        <w:t>The series is listed for 25 November. It also offers an easy way into the month's releases for audiences drawn to big-screen sci-fi, while the queer talent on screen gives the familiar franchise a fresh point of interest. (</w:t>
      </w:r>
      <w:hyperlink r:id="rId12">
        <w:r>
          <w:rPr>
            <w:color w:val="0000EE"/>
            <w:u w:val="single"/>
          </w:rPr>
          <w:t>[4]</w:t>
        </w:r>
      </w:hyperlink>
      <w:r>
        <w:t>)</w:t>
      </w:r>
      <w:r/>
    </w:p>
    <w:p>
      <w:pPr>
        <w:pStyle w:val="Heading2"/>
      </w:pPr>
      <w:r>
        <w:t>Netflix offers secrets, enemies and an animated Cinderella</w:t>
      </w:r>
      <w:r/>
    </w:p>
    <w:p>
      <w:r/>
      <w:r>
        <w:t xml:space="preserve">On 26 November, </w:t>
      </w:r>
      <w:r>
        <w:rPr>
          <w:i/>
        </w:rPr>
        <w:t>The Hunting Wives</w:t>
      </w:r>
      <w:r>
        <w:t xml:space="preserve"> returns for season two. Netflix's Tudum says old secrets and new enemies bring Sophie and Margo back together, setting up another round of tense alliances and shifting loyalties. (</w:t>
      </w:r>
      <w:hyperlink r:id="rId13">
        <w:r>
          <w:rPr>
            <w:color w:val="0000EE"/>
            <w:u w:val="single"/>
          </w:rPr>
          <w:t>[5]</w:t>
        </w:r>
      </w:hyperlink>
      <w:r>
        <w:t>)</w:t>
      </w:r>
      <w:r/>
    </w:p>
    <w:p>
      <w:r/>
      <w:r>
        <w:t xml:space="preserve">A week earlier, Netflix's animated film </w:t>
      </w:r>
      <w:r>
        <w:rPr>
          <w:i/>
        </w:rPr>
        <w:t>Steps</w:t>
      </w:r>
      <w:r>
        <w:t xml:space="preserve"> is due on 20 November, with Stephanie Hsu among its cast. The story loosely reworks Cinderella, offering a lighter change of pace between the month's darker thrillers and supernatural fare. (</w:t>
      </w:r>
      <w:hyperlink r:id="rId14">
        <w:r>
          <w:rPr>
            <w:color w:val="0000EE"/>
            <w:u w:val="single"/>
          </w:rPr>
          <w:t>[7]</w:t>
        </w:r>
      </w:hyperlink>
      <w:r>
        <w:t>)</w:t>
      </w:r>
      <w:r/>
    </w:p>
    <w:p>
      <w:pPr>
        <w:pStyle w:val="Heading2"/>
      </w:pPr>
      <w:r>
        <w:t>How to pick your next queer watch</w:t>
      </w:r>
      <w:r/>
    </w:p>
    <w:p>
      <w:r/>
      <w:r>
        <w:t xml:space="preserve">For a romantic seasonal mood, start with </w:t>
      </w:r>
      <w:r>
        <w:rPr>
          <w:i/>
        </w:rPr>
        <w:t>Mixed Christmas</w:t>
      </w:r>
      <w:r>
        <w:t xml:space="preserve">. If you're after suspense, </w:t>
      </w:r>
      <w:r>
        <w:rPr>
          <w:i/>
        </w:rPr>
        <w:t>Yellowjackets</w:t>
      </w:r>
      <w:r>
        <w:t xml:space="preserve"> and </w:t>
      </w:r>
      <w:r>
        <w:rPr>
          <w:i/>
        </w:rPr>
        <w:t>The Hunting Wives</w:t>
      </w:r>
      <w:r>
        <w:t xml:space="preserve"> offer very different kinds of danger, while </w:t>
      </w:r>
      <w:r>
        <w:rPr>
          <w:i/>
        </w:rPr>
        <w:t>Blade Runner 2099</w:t>
      </w:r>
      <w:r>
        <w:t xml:space="preserve"> is the pick for a sprawling sci-fi setting. Checking each platform's local listing before settling in is sensible, as release schedules can vary by region.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9">
        <w:r>
          <w:rPr>
            <w:color w:val="0000EE"/>
            <w:u w:val="single"/>
          </w:rPr>
          <w:t>[6]</w:t>
        </w:r>
      </w:hyperlink>
      <w:r>
        <w:t>)</w:t>
      </w:r>
      <w:r/>
    </w:p>
    <w:p>
      <w:r/>
      <w:r>
        <w:t xml:space="preserve">There's also a cinema option: </w:t>
      </w:r>
      <w:r>
        <w:rPr>
          <w:i/>
        </w:rPr>
        <w:t>Prima Facie</w:t>
      </w:r>
      <w:r>
        <w:t xml:space="preserve">, starring Cynthia Erivo, is listed for UK cinemas on 13 November. And if you still love a physical collection, the November slate includes DVD and Blu-ray dates for titles such as </w:t>
      </w:r>
      <w:r>
        <w:rPr>
          <w:i/>
        </w:rPr>
        <w:t>The Hunting Wives: Season 1</w:t>
      </w:r>
      <w:r>
        <w:t xml:space="preserve">, </w:t>
      </w:r>
      <w:r>
        <w:rPr>
          <w:i/>
        </w:rPr>
        <w:t>The Vampire Lestat</w:t>
      </w:r>
      <w:r>
        <w:t xml:space="preserve"> and </w:t>
      </w:r>
      <w:r>
        <w:rPr>
          <w:i/>
        </w:rPr>
        <w:t>Forbidden Fruits</w:t>
      </w:r>
      <w:r>
        <w:t>. (</w:t>
      </w:r>
      <w:hyperlink r:id="rId10">
        <w:r>
          <w:rPr>
            <w:color w:val="0000EE"/>
            <w:u w:val="single"/>
          </w:rPr>
          <w:t>[2]</w:t>
        </w:r>
      </w:hyperlink>
      <w:r>
        <w:t>)</w:t>
      </w:r>
      <w:r/>
    </w:p>
    <w:p>
      <w:r/>
      <w:r>
        <w:t>Whether you're in the mood for romance, unease or a familiar franchise with new faces, November has a queer watch for the gap in your calendar.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[5]</w:t>
        </w:r>
      </w:hyperlink>
      <w:r>
        <w:t xml:space="preserve">- Paragraph 8: </w:t>
      </w:r>
      <w:hyperlink r:id="rId14">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9">
        <w:r>
          <w:rPr>
            <w:color w:val="0000EE"/>
            <w:u w:val="single"/>
          </w:rPr>
          <w:t>[6]</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https://diva-magazine.com/2026/10/30/november-2026-lgbtqia-releases-you-dont-want-to-miss/?utm_source=rss&amp;utm_medium=rss&amp;utm_campaign=november-2026-lgbtqia-releases-you-dont-want-to-miss</w:t>
        </w:r>
      </w:hyperlink>
      <w:r>
        <w:t xml:space="preserve"> - Please view link - unable to able to access data</w:t>
      </w:r>
      <w:r/>
    </w:p>
    <w:p>
      <w:pPr>
        <w:pStyle w:val="ListNumber"/>
        <w:spacing w:line="240" w:lineRule="auto"/>
        <w:ind w:left="720"/>
      </w:pPr>
      <w:r/>
      <w:hyperlink r:id="rId10">
        <w:r>
          <w:rPr>
            <w:color w:val="0000EE"/>
            <w:u w:val="single"/>
          </w:rPr>
          <w:t>https://diva-magazine.com/2026/10/30/november-2026-lgbtqia-releases-you-dont-want-to-miss/</w:t>
        </w:r>
      </w:hyperlink>
      <w:r>
        <w:t xml:space="preserve"> - DIVA’s November 2026 guide highlights television, film and physical-media releases featuring LGBTQIA+ characters, performers or creators. It previews the festive queer comedy Mixed Christmas, the final season of Yellowjackets, Blade Runner 2099 and the second season of The Hunting Wives, with streaming dates and platforms. Further selections include animated series Bass X Machina, Marvel’s VisionQuest finale, The Body, Prima Facie and Steps. The article also lists several November DVD and Blu-ray releases, including The Vampire Lestat and Forbidden Fruits. Its focus is entertainment made by or featuring queer talent, with particular attention to LGBTQIA+ women and gender-diverse audiences. The article is a release guide, not a review.</w:t>
      </w:r>
      <w:r/>
    </w:p>
    <w:p>
      <w:pPr>
        <w:pStyle w:val="ListNumber"/>
        <w:spacing w:line="240" w:lineRule="auto"/>
        <w:ind w:left="720"/>
      </w:pPr>
      <w:r/>
      <w:hyperlink r:id="rId11">
        <w:r>
          <w:rPr>
            <w:color w:val="0000EE"/>
            <w:u w:val="single"/>
          </w:rPr>
          <w:t>https://www.paramountplus.com/sneak-peak/yellowjackets-season-4-everything-you-need-to-know/</w:t>
        </w:r>
      </w:hyperlink>
      <w:r>
        <w:t xml:space="preserve"> - Paramount+’s guide confirms that Yellowjackets returns for its fourth and final season on 20 November 2026, streaming on the service’s Premium plan. It describes the series’ two timelines: teenage survivors stranded in the wilderness and the adults dealing with the aftermath years later. The article says the new season moves the wilderness story closer to rescue, while present-day survivors face secrets and unresolved threats. It also identifies returning cast members, provides information about earlier seasons’ availability and links to the season teaser. This official programme guide supports the article’s stated release date, platform, final-season status and broad description of the continuing survival thriller.</w:t>
      </w:r>
      <w:r/>
    </w:p>
    <w:p>
      <w:pPr>
        <w:pStyle w:val="ListNumber"/>
        <w:spacing w:line="240" w:lineRule="auto"/>
        <w:ind w:left="720"/>
      </w:pPr>
      <w:r/>
      <w:hyperlink r:id="rId12">
        <w:r>
          <w:rPr>
            <w:color w:val="0000EE"/>
            <w:u w:val="single"/>
          </w:rPr>
          <w:t>https://www.aboutamazon.com/news/entertainment/blade-runner-2099-prime-video</w:t>
        </w:r>
      </w:hyperlink>
      <w:r>
        <w:t xml:space="preserve"> - Amazon’s entertainment announcement introduces Blade Runner 2099 as an eight-part limited series arriving on Prime Video on 25 November 2026. It confirms that Michelle Yeoh and Hunter Schafer star, with the story set fifty years after Blade Runner 2049. The plot follows Cora, a fugitive who takes on a new identity as a Blade Runner, and Olwen, a replicant nearing the end of her life; the pair pursue a runaway connected to a threat to their city. The article also names the showrunner, creative team and additional cast. This official source corroborates the release date, streaming service, lead performers and sequel setting.</w:t>
      </w:r>
      <w:r/>
    </w:p>
    <w:p>
      <w:pPr>
        <w:pStyle w:val="ListNumber"/>
        <w:spacing w:line="240" w:lineRule="auto"/>
        <w:ind w:left="720"/>
      </w:pPr>
      <w:r/>
      <w:hyperlink r:id="rId13">
        <w:r>
          <w:rPr>
            <w:color w:val="0000EE"/>
            <w:u w:val="single"/>
          </w:rPr>
          <w:t>https://www.netflix.com/tudum/articles/the-hunting-wives-season-2-cast-release-date-news</w:t>
        </w:r>
      </w:hyperlink>
      <w:r>
        <w:t xml:space="preserve"> - Netflix Tudum reports that The Hunting Wives will return for its second season on 26 November 2026. The article outlines the continuation of the drama based on May Cobb’s novel, following Sophie and Margo in the fictional Texas community of Maple Brook. Its season description says that the women are initially estranged, but old secrets and new enemies bring them together again as they play dangerous games. The piece also names returning performers, introduces new cast members and gives background on the series’ first-season popularity and source novel. It supports the article’s release-date and plot claims, though it is a Netflix promotional guide rather than an independent review.</w:t>
      </w:r>
      <w:r/>
    </w:p>
    <w:p>
      <w:pPr>
        <w:pStyle w:val="ListNumber"/>
        <w:spacing w:line="240" w:lineRule="auto"/>
        <w:ind w:left="720"/>
      </w:pPr>
      <w:r/>
      <w:hyperlink r:id="rId9">
        <w:r>
          <w:rPr>
            <w:color w:val="0000EE"/>
            <w:u w:val="single"/>
          </w:rPr>
          <w:t>https://www.tellofilms.com/mixed-christmas</w:t>
        </w:r>
      </w:hyperlink>
      <w:r>
        <w:t xml:space="preserve"> - Tello’s official film page describes Mixed Christmas as a lesbian holiday comedy about a group of friends whose festive getaway becomes complicated when their rental is also booked by one friend’s former girlfriend and her new partner. The characters share a house in Miami and navigate friendship, romantic history and unexpected holiday tension. Tello presents the film as a sapphic, women-loving-women Christmas story and offers it to subscribers, with rental or purchase options on selected devices. The page identifies the directors as Onyx Keesha and B. Danielle Watkins and dates the film to 2024. It supports the article’s description of the title as a queer festive romantic comedy.</w:t>
      </w:r>
      <w:r/>
    </w:p>
    <w:p>
      <w:pPr>
        <w:pStyle w:val="ListNumber"/>
        <w:spacing w:line="240" w:lineRule="auto"/>
        <w:ind w:left="720"/>
      </w:pPr>
      <w:r/>
      <w:hyperlink r:id="rId14">
        <w:r>
          <w:rPr>
            <w:color w:val="0000EE"/>
            <w:u w:val="single"/>
          </w:rPr>
          <w:t>https://www.netflix.com/tudum/articles/steps-cast-release-date</w:t>
        </w:r>
      </w:hyperlink>
      <w:r>
        <w:t xml:space="preserve"> - Netflix Tudum’s guide presents Steps as an animated adventure that retells Cinderella from the perspective of her supposedly wicked stepsisters. Ali Wong voices Lilith and Stephanie Hsu voices Margot; the story follows them after a magical mishap disrupts the kingdom and forces them into an unlikely alliance with Cinderella. The article identifies the directors, producers and other principal cast members, and confirms that the film arrives on Netflix on 20 November. It characterises the film as a playful reworking of a familiar fairy tale rather than a conventional Cinderella adaptation. This official source supports the November release, Netflix platform, animated format and Stephanie Hsu casting mentioned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lofilms.com/mixed-christmas" TargetMode="External"/><Relationship Id="rId10" Type="http://schemas.openxmlformats.org/officeDocument/2006/relationships/hyperlink" Target="https://diva-magazine.com/2026/10/30/november-2026-lgbtqia-releases-you-dont-want-to-miss/" TargetMode="External"/><Relationship Id="rId11" Type="http://schemas.openxmlformats.org/officeDocument/2006/relationships/hyperlink" Target="https://www.paramountplus.com/sneak-peak/yellowjackets-season-4-everything-you-need-to-know/" TargetMode="External"/><Relationship Id="rId12" Type="http://schemas.openxmlformats.org/officeDocument/2006/relationships/hyperlink" Target="https://www.aboutamazon.com/news/entertainment/blade-runner-2099-prime-video" TargetMode="External"/><Relationship Id="rId13" Type="http://schemas.openxmlformats.org/officeDocument/2006/relationships/hyperlink" Target="https://www.netflix.com/tudum/articles/the-hunting-wives-season-2-cast-release-date-news" TargetMode="External"/><Relationship Id="rId14" Type="http://schemas.openxmlformats.org/officeDocument/2006/relationships/hyperlink" Target="https://www.netflix.com/tudum/articles/steps-cast-release-date" TargetMode="External"/><Relationship Id="rId15" Type="http://schemas.openxmlformats.org/officeDocument/2006/relationships/hyperlink" Target="https://diva-magazine.com/2026/10/30/november-2026-lgbtqia-releases-you-dont-want-to-miss/?utm_source=rss&amp;utm_medium=rss&amp;utm_campaign=november-2026-lgbtqia-releases-you-dont-want-to-mi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