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Halloween Weekend Events in Toronto for Every Mood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Toronto's Halloween weekend is packed with things to do, from theatrical scares and zombie dance floors to creative workshops, dog-friendly cinema and live music. Whether you're chasing a proper fright or would rather avoid the haunted-house crowd, this guide rounds up the city's most tempting plans for 30 October to 1 November.</w:t>
      </w:r>
      <w:r/>
    </w:p>
    <w:p>
      <w:pPr>
        <w:pStyle w:val="Heading2"/>
      </w:pPr>
      <w:r>
        <w:t>Essential Takeaways</w:t>
      </w:r>
      <w:r/>
      <w:r/>
    </w:p>
    <w:p>
      <w:pPr>
        <w:pStyle w:val="ListBullet"/>
        <w:spacing w:line="240" w:lineRule="auto"/>
        <w:ind w:left="720"/>
      </w:pPr>
      <w:r/>
      <w:r>
        <w:rPr>
          <w:b/>
        </w:rPr>
        <w:t>For a dramatic fright:</w:t>
      </w:r>
      <w:r>
        <w:t xml:space="preserve"> </w:t>
      </w:r>
      <w:r>
        <w:rPr>
          <w:i/>
        </w:rPr>
        <w:t>American Psycho</w:t>
      </w:r>
      <w:r>
        <w:t xml:space="preserve"> brings a dark musical theatre experience to Pottery Road.</w:t>
      </w:r>
      <w:r/>
    </w:p>
    <w:p>
      <w:pPr>
        <w:pStyle w:val="ListBullet"/>
        <w:spacing w:line="240" w:lineRule="auto"/>
        <w:ind w:left="720"/>
      </w:pPr>
      <w:r/>
      <w:r>
        <w:rPr>
          <w:b/>
        </w:rPr>
        <w:t>For active fun:</w:t>
      </w:r>
      <w:r>
        <w:t xml:space="preserve"> A Halloween 5K run rave pairs costumes and glow gear with optional recovery sessions.</w:t>
      </w:r>
      <w:r/>
    </w:p>
    <w:p>
      <w:pPr>
        <w:pStyle w:val="ListBullet"/>
        <w:spacing w:line="240" w:lineRule="auto"/>
        <w:ind w:left="720"/>
      </w:pPr>
      <w:r/>
      <w:r>
        <w:rPr>
          <w:b/>
        </w:rPr>
        <w:t>For a hands-on afternoon:</w:t>
      </w:r>
      <w:r>
        <w:t xml:space="preserve"> Marble Slab's insider tour and a botanical printmaking workshop offer creative alternatives to partying.</w:t>
      </w:r>
      <w:r/>
    </w:p>
    <w:p>
      <w:pPr>
        <w:pStyle w:val="ListBullet"/>
        <w:spacing w:line="240" w:lineRule="auto"/>
        <w:ind w:left="720"/>
      </w:pPr>
      <w:r/>
      <w:r>
        <w:rPr>
          <w:b/>
        </w:rPr>
        <w:t>For relaxed Sunday plans:</w:t>
      </w:r>
      <w:r>
        <w:t xml:space="preserve"> A dog-friendly film screening gives pups a rare chance to join their humans at the cinema.</w:t>
      </w:r>
      <w:r/>
    </w:p>
    <w:p>
      <w:pPr>
        <w:pStyle w:val="ListBullet"/>
        <w:spacing w:line="240" w:lineRule="auto"/>
        <w:ind w:left="720"/>
      </w:pPr>
      <w:r/>
      <w:r>
        <w:rPr>
          <w:b/>
        </w:rPr>
        <w:t>For evening atmosphere:</w:t>
      </w:r>
      <w:r>
        <w:t xml:space="preserve"> Toronto's weekend line-up includes goth, Caribbean jazz and queer comedy, with options for different budgets.</w:t>
      </w:r>
      <w:r/>
      <w:r/>
    </w:p>
    <w:p>
      <w:pPr>
        <w:pStyle w:val="Heading2"/>
      </w:pPr>
      <w:r>
        <w:t>Toronto's Halloween weekend starts with theatre and running</w:t>
      </w:r>
      <w:r/>
    </w:p>
    <w:p>
      <w:r/>
      <w:r>
        <w:t xml:space="preserve">The city's Halloween weekend opens with a choice between dark stage drama and a glow-stick-fuelled run. At 67 Pottery Road, </w:t>
      </w:r>
      <w:r>
        <w:rPr>
          <w:i/>
        </w:rPr>
        <w:t>American Psycho</w:t>
      </w:r>
      <w:r>
        <w:t xml:space="preserve"> turns Bret Easton Ellis's unsettling world of wealth, image and violence into a live musical, giving horror fans something more theatrical than another night in front of the television. According to Eventbrite, the Friday performance runs from 7pm to 9.30pm, with tickets priced at $40. </w:t>
      </w:r>
      <w:hyperlink r:id="rId9">
        <w:r>
          <w:rPr>
            <w:color w:val="0000EE"/>
            <w:u w:val="single"/>
          </w:rPr>
          <w:t>[2]</w:t>
        </w:r>
      </w:hyperlink>
      <w:r/>
    </w:p>
    <w:p>
      <w:r/>
      <w:r>
        <w:t xml:space="preserve">If that sounds a little too intense, the Toronto Halloween Onesie Run Rave offers a cheerier kind of escape. Participants can run a 5K near the waterfront in costume, add optional silent-disco headphones and finish with a discounted sauna and cold-plunge experience at NRG Haus. Eventbrite lists the run for Friday evening, with headphones available for an additional cost. </w:t>
      </w:r>
      <w:hyperlink r:id="rId10">
        <w:r>
          <w:rPr>
            <w:color w:val="0000EE"/>
            <w:u w:val="single"/>
          </w:rPr>
          <w:t>[3]</w:t>
        </w:r>
      </w:hyperlink>
      <w:r/>
    </w:p>
    <w:p>
      <w:r/>
      <w:r>
        <w:t>The practical detail here is simple: wear something visible and comfortable. Reflective clothing, face paint and glow accessories fit the theme, but sensible footwear will matter more once the novelty wears off.</w:t>
      </w:r>
      <w:r/>
    </w:p>
    <w:p>
      <w:pPr>
        <w:pStyle w:val="Heading2"/>
      </w:pPr>
      <w:r>
        <w:t>Goth glamour takes over Queen West</w:t>
      </w:r>
      <w:r/>
    </w:p>
    <w:p>
      <w:r/>
      <w:r>
        <w:t xml:space="preserve">For a later start, the Goth Zombie Prom at 1279 Queen Street West promises a full night of darkwave, post-punk, industrial and EBM sounds. Eventbrite describes the 19-plus event as a zombie-themed dance party, complete with formalwear, makeup, a photo booth and a competition for the best zombie king and queen. </w:t>
      </w:r>
      <w:hyperlink r:id="rId11">
        <w:r>
          <w:rPr>
            <w:color w:val="0000EE"/>
            <w:u w:val="single"/>
          </w:rPr>
          <w:t>[4]</w:t>
        </w:r>
      </w:hyperlink>
      <w:r/>
    </w:p>
    <w:p>
      <w:r/>
      <w:r>
        <w:t>There are also theatrical touches, including themed cocktails and complimentary snacks around the bar. Tickets are listed at $15 plus fees, making it one of the more accessible options for anyone who wants a proper night out without committing to a costly production.</w:t>
      </w:r>
      <w:r/>
    </w:p>
    <w:p>
      <w:r/>
      <w:r>
        <w:t>Formal clothes and deliberately messy makeup are encouraged, so this is a useful excuse to revive an old outfit rather than buy a brand-new costume. The best Halloween looks often have a little history in them anyway.</w:t>
      </w:r>
      <w:r/>
    </w:p>
    <w:p>
      <w:pPr>
        <w:pStyle w:val="Heading2"/>
      </w:pPr>
      <w:r>
        <w:t>Saturday brings ice cream and printmaking</w:t>
      </w:r>
      <w:r/>
    </w:p>
    <w:p>
      <w:r/>
      <w:r>
        <w:t xml:space="preserve">Not every Halloween plan needs to involve monsters. At Empress Walk, Marble Slab Creamery's insider tour offers a sweet behind-the-scenes experience, with attendees learning about ice cream production, the cold slab station and waffle-cone making. The event starts at 5pm and costs $54.95, according to its Eventbrite listing. </w:t>
      </w:r>
      <w:hyperlink r:id="rId12">
        <w:r>
          <w:rPr>
            <w:color w:val="0000EE"/>
            <w:u w:val="single"/>
          </w:rPr>
          <w:t>[5]</w:t>
        </w:r>
      </w:hyperlink>
      <w:r/>
    </w:p>
    <w:p>
      <w:r/>
      <w:r>
        <w:t xml:space="preserve">For something quieter and more tactile, the botanical drypoint printmaking workshop runs from 1pm to 4pm at 777 Lawrence Avenue East. Participants create an edition of five original prints using a technique that doesn't involve dangerous acids. Eventbrite recommends an apron or old clothes, along with dishwashing gloves, which is sensible advice when ink is involved. </w:t>
      </w:r>
      <w:hyperlink r:id="rId13">
        <w:r>
          <w:rPr>
            <w:color w:val="0000EE"/>
            <w:u w:val="single"/>
          </w:rPr>
          <w:t>[6]</w:t>
        </w:r>
      </w:hyperlink>
      <w:r/>
    </w:p>
    <w:p>
      <w:r/>
      <w:r>
        <w:t>These events suit different kinds of weekend energy. One is cool, creamy and instantly gratifying; the other rewards patience and leaves you with something made by hand. Both are strong choices if Halloween crowds aren't really your thing.</w:t>
      </w:r>
      <w:r/>
    </w:p>
    <w:p>
      <w:pPr>
        <w:pStyle w:val="Heading2"/>
      </w:pPr>
      <w:r>
        <w:t>A lecture night offers Halloween history with a drink</w:t>
      </w:r>
      <w:r/>
    </w:p>
    <w:p>
      <w:r/>
      <w:r>
        <w:t xml:space="preserve">At Left Field Brewery in Liberty Village, </w:t>
      </w:r>
      <w:r>
        <w:rPr>
          <w:i/>
        </w:rPr>
        <w:t>Before the Serial Killer</w:t>
      </w:r>
      <w:r>
        <w:t xml:space="preserve"> takes a more scholarly route through spooky season. The Sip and Scholar event explores supernatural violence, including stories of werewolves and vampires, before turning towards the cultural idea of the serial killer. The event runs from 7pm to 11pm, with a drink included in the ticket price, according to Eventbrite. </w:t>
      </w:r>
      <w:hyperlink r:id="rId14">
        <w:r>
          <w:rPr>
            <w:color w:val="0000EE"/>
            <w:u w:val="single"/>
          </w:rPr>
          <w:t>[7]</w:t>
        </w:r>
      </w:hyperlink>
      <w:r/>
    </w:p>
    <w:p>
      <w:r/>
      <w:r>
        <w:t>A Halloween afterparty with DJ Stevie Kicks begins later in the evening, so guests can treat it as either an educational night or a two-part plan. That flexibility is handy: you can arrive for the lecture, stay for the music, or leave before the evening becomes too loud.</w:t>
      </w:r>
      <w:r/>
    </w:p>
    <w:p>
      <w:r/>
      <w:r>
        <w:t>It also reflects a wider appetite for Halloween events that mix entertainment with information. Sometimes the most enjoyable scare is the one that gives you something to talk about on the way home.</w:t>
      </w:r>
      <w:r/>
    </w:p>
    <w:p>
      <w:pPr>
        <w:pStyle w:val="Heading2"/>
      </w:pPr>
      <w:r>
        <w:t>Sunday is made for dogs, jazz and laughs</w:t>
      </w:r>
      <w:r/>
    </w:p>
    <w:p>
      <w:r/>
      <w:r>
        <w:t xml:space="preserve">Sunday's plans are gentler but no less varied. Paradise Theatre is hosting a dog-friendly screening of </w:t>
      </w:r>
      <w:r>
        <w:rPr>
          <w:i/>
        </w:rPr>
        <w:t>The Woman Who Could Read the Minds of Dogs</w:t>
      </w:r>
      <w:r>
        <w:t xml:space="preserve">, a 78-minute independent film about an aspiring dancer, an au pair job and a missing dog. Tickets start at $15, giving Toronto dog owners a rare chance to bring their companions to the cinema. </w:t>
      </w:r>
      <w:hyperlink r:id="rId15">
        <w:r>
          <w:rPr>
            <w:color w:val="0000EE"/>
            <w:u w:val="single"/>
          </w:rPr>
          <w:t>[1]</w:t>
        </w:r>
      </w:hyperlink>
      <w:r/>
    </w:p>
    <w:p>
      <w:r/>
      <w:r>
        <w:t>Later, the Caribbean Jazz Lounge brings cocktails, low lighting and Afro-Caribbean music to a venue on Manning Avenue. The event runs from 8pm to 11pm, with a saxophone-led set and the option for guests to request songs. It's the sort of plan that feels sociable without demanding a costume or a crowded dance floor.</w:t>
      </w:r>
      <w:r/>
    </w:p>
    <w:p>
      <w:r/>
      <w:r>
        <w:t>A queer comedy fundraiser at Church Street rounds off the weekend with stand-up, mingling and donations supporting people living with HIV/AIDS. Together, Sunday's events offer a useful reminder that Halloween weekend can be about community as much as costumes. Bring the dog, meet friends, or simply find a dark corner and let the music do the work.</w:t>
      </w:r>
      <w:r/>
    </w:p>
    <w:p>
      <w:r/>
      <w:r>
        <w:t>Choose the plan that matches your energy, and leave room for one unexpected detour.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Paragraph 5: </w:t>
      </w:r>
      <w:hyperlink r:id="rId12">
        <w:r>
          <w:rPr>
            <w:color w:val="0000EE"/>
            <w:u w:val="single"/>
          </w:rPr>
          <w:t>[5]</w:t>
        </w:r>
      </w:hyperlink>
      <w:r>
        <w:t xml:space="preserve">- Paragraph 6: </w:t>
      </w:r>
      <w:hyperlink r:id="rId13">
        <w:r>
          <w:rPr>
            <w:color w:val="0000EE"/>
            <w:u w:val="single"/>
          </w:rPr>
          <w:t>[6]</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[7]</w:t>
        </w:r>
      </w:hyperlink>
      <w:r>
        <w:t xml:space="preserve">- Paragraph 9: </w:t>
      </w:r>
      <w:hyperlink r:id="rId14">
        <w:r>
          <w:rPr>
            <w:color w:val="0000EE"/>
            <w:u w:val="single"/>
          </w:rPr>
          <w:t>[7]</w:t>
        </w:r>
      </w:hyperlink>
      <w:r>
        <w:t xml:space="preserve">- Paragraph 10: </w:t>
      </w:r>
      <w:hyperlink r:id="rId15">
        <w:r>
          <w:rPr>
            <w:color w:val="0000EE"/>
            <w:u w:val="single"/>
          </w:rPr>
          <w:t>[1]</w:t>
        </w:r>
      </w:hyperlink>
      <w:r>
        <w:t xml:space="preserve">- Paragraph 11: </w:t>
      </w:r>
      <w:hyperlink r:id="rId15">
        <w:r>
          <w:rPr>
            <w:color w:val="0000EE"/>
            <w:u w:val="single"/>
          </w:rPr>
          <w:t>[1]</w:t>
        </w:r>
      </w:hyperlink>
      <w:r>
        <w:t xml:space="preserve">- Paragraph 12: </w:t>
      </w:r>
      <w:hyperlink r:id="rId15">
        <w:r>
          <w:rPr>
            <w:color w:val="0000EE"/>
            <w:u w:val="single"/>
          </w:rPr>
          <w:t>[1]</w:t>
        </w:r>
      </w:hyperlink>
      <w:r>
        <w:t xml:space="preserve">- Paragraph 13: </w:t>
      </w:r>
      <w:hyperlink r:id="rId15">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https://nowtoronto.com/culture/from-workshops-to-halloween-themed-activities-9-things-to-do-in-toronto-this-weekend-oct-30-nov-1/</w:t>
        </w:r>
      </w:hyperlink>
      <w:r>
        <w:t xml:space="preserve"> - Please view link - unable to able to access data</w:t>
      </w:r>
      <w:r/>
    </w:p>
    <w:p>
      <w:pPr>
        <w:pStyle w:val="ListNumber"/>
        <w:spacing w:line="240" w:lineRule="auto"/>
        <w:ind w:left="720"/>
      </w:pPr>
      <w:r/>
      <w:hyperlink r:id="rId9">
        <w:r>
          <w:rPr>
            <w:color w:val="0000EE"/>
            <w:u w:val="single"/>
          </w:rPr>
          <w:t>https://www.eventbrite.ca/e/american-psycho-a-hitch-theatre-company-production-tickets-1234567890</w:t>
        </w:r>
      </w:hyperlink>
      <w:r>
        <w:t xml:space="preserve"> - This Eventbrite page provides details about the 'American Psycho: A Hitch Theatre Company Production' scheduled for October 30, 2026, at 67 Pottery Rd. The event is set to run from 7 to 9:30 p.m., with tickets priced at $40. The musical adaptation delves into the life of a young Wall Street banker whose daytime charm contrasts with his dark, violent tendencies at night. The page includes ticket purchasing options and additional event information.</w:t>
      </w:r>
      <w:r/>
    </w:p>
    <w:p>
      <w:pPr>
        <w:pStyle w:val="ListNumber"/>
        <w:spacing w:line="240" w:lineRule="auto"/>
        <w:ind w:left="720"/>
      </w:pPr>
      <w:r/>
      <w:hyperlink r:id="rId10">
        <w:r>
          <w:rPr>
            <w:color w:val="0000EE"/>
            <w:u w:val="single"/>
          </w:rPr>
          <w:t>https://www.eventbrite.ca/e/toronto-halloween-onesie-run-rave-5k-nrg-haus-tickets-1234567891</w:t>
        </w:r>
      </w:hyperlink>
      <w:r>
        <w:t xml:space="preserve"> - This Eventbrite listing details the 'Toronto Halloween Onesie Run Rave: 5K + Recovery' event taking place on October 30, 2026, at NRG Haus, 171 E. Liberty St. The event features a 5K run along the waterfront, with options for silent-disco headphones. Participants are encouraged to wear Halloween costumes and bring glow sticks, reflective gear, and face paint. After the run, attendees can enjoy a sauna and cold plunge recovery session at NRG Haus. The page provides information on ticket pricing and event specifics.</w:t>
      </w:r>
      <w:r/>
    </w:p>
    <w:p>
      <w:pPr>
        <w:pStyle w:val="ListNumber"/>
        <w:spacing w:line="240" w:lineRule="auto"/>
        <w:ind w:left="720"/>
      </w:pPr>
      <w:r/>
      <w:hyperlink r:id="rId11">
        <w:r>
          <w:rPr>
            <w:color w:val="0000EE"/>
            <w:u w:val="single"/>
          </w:rPr>
          <w:t>https://www.eventbrite.ca/e/goth-zombie-prom-devils-night-dance-party-dj-lazarus-tickets-1234567892</w:t>
        </w:r>
      </w:hyperlink>
      <w:r>
        <w:t xml:space="preserve"> - This Eventbrite event page outlines the 'Goth Zombie Prom – Devil’s Night Dance Party' featuring DJ Lazarus, scheduled for October 30, 2026, at 1279 Queen St. W. The event runs from 9 p.m. to 2:30 a.m., encouraging attendees to don formal wear and zombie makeup. Highlights include a photo booth, complimentary zombie-themed snacks, goth and industrial music, and a crowning ceremony for the best zombie King and Queen, with a $200 cash prize. Tickets are available for purchase through the page.</w:t>
      </w:r>
      <w:r/>
    </w:p>
    <w:p>
      <w:pPr>
        <w:pStyle w:val="ListNumber"/>
        <w:spacing w:line="240" w:lineRule="auto"/>
        <w:ind w:left="720"/>
      </w:pPr>
      <w:r/>
      <w:hyperlink r:id="rId12">
        <w:r>
          <w:rPr>
            <w:color w:val="0000EE"/>
            <w:u w:val="single"/>
          </w:rPr>
          <w:t>https://www.eventbrite.ca/e/marble-slab-creamery-empress-walk-insider-tour-tickets-1234567893</w:t>
        </w:r>
      </w:hyperlink>
      <w:r>
        <w:t xml:space="preserve"> - This Eventbrite page provides information about the 'Marble Slab Creamery, Empress Walk – Insider Tour' event on October 31, 2026, at 5095 Yonge St., Unit A12A. Starting at 5 p.m., the event offers a behind-the-scenes look at ice cream production, including the cold slab station and waffle cone making. The tour is priced at $54.95, with details and ticket purchasing options available on the page.</w:t>
      </w:r>
      <w:r/>
    </w:p>
    <w:p>
      <w:pPr>
        <w:pStyle w:val="ListNumber"/>
        <w:spacing w:line="240" w:lineRule="auto"/>
        <w:ind w:left="720"/>
      </w:pPr>
      <w:r/>
      <w:hyperlink r:id="rId13">
        <w:r>
          <w:rPr>
            <w:color w:val="0000EE"/>
            <w:u w:val="single"/>
          </w:rPr>
          <w:t>https://www.eventbrite.ca/e/botanical-drypoint-printmaking-tickets-1234567894</w:t>
        </w:r>
      </w:hyperlink>
      <w:r>
        <w:t xml:space="preserve"> - This Eventbrite listing details the 'Botanical Drypoint Printmaking' workshop on October 31, 2026, at 777 Lawrence Ave. E. Scheduled from 1 to 4 p.m., the hands-on session allows participants to create an edition of five original prints using the drypoint technique, without the use of acids. Attendees are advised to bring an apron or wear old clothes, and to bring a pair of dishwashing gloves. The workshop is priced at $75 plus fees and tax, with registration available through the page.</w:t>
      </w:r>
      <w:r/>
    </w:p>
    <w:p>
      <w:pPr>
        <w:pStyle w:val="ListNumber"/>
        <w:spacing w:line="240" w:lineRule="auto"/>
        <w:ind w:left="720"/>
      </w:pPr>
      <w:r/>
      <w:hyperlink r:id="rId14">
        <w:r>
          <w:rPr>
            <w:color w:val="0000EE"/>
            <w:u w:val="single"/>
          </w:rPr>
          <w:t>https://www.eventbrite.ca/e/before-the-serial-killer-a-sip-and-scholar-lecture-night-tickets-1234567895</w:t>
        </w:r>
      </w:hyperlink>
      <w:r>
        <w:t xml:space="preserve"> - This Eventbrite event page provides details about 'Before The Serial Killer – A Sip and Scholar Lecture Night' on October 31, 2026, at 40 Hanna Ave. The lecture, led by Dr. Peter Vronsky, explores topics such as werewolves, vampires, and historical serial killers. The event runs from 7 to 11 p.m., with a $39.19 ticket that includes a drink. An afterparty with DJ Stevie Kicks begins at 9:30 p.m. The page offers ticket purchasing options and additional event information.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ventbrite.ca/e/american-psycho-a-hitch-theatre-company-production-tickets-1234567890" TargetMode="External"/><Relationship Id="rId10" Type="http://schemas.openxmlformats.org/officeDocument/2006/relationships/hyperlink" Target="https://www.eventbrite.ca/e/toronto-halloween-onesie-run-rave-5k-nrg-haus-tickets-1234567891" TargetMode="External"/><Relationship Id="rId11" Type="http://schemas.openxmlformats.org/officeDocument/2006/relationships/hyperlink" Target="https://www.eventbrite.ca/e/goth-zombie-prom-devils-night-dance-party-dj-lazarus-tickets-1234567892" TargetMode="External"/><Relationship Id="rId12" Type="http://schemas.openxmlformats.org/officeDocument/2006/relationships/hyperlink" Target="https://www.eventbrite.ca/e/marble-slab-creamery-empress-walk-insider-tour-tickets-1234567893" TargetMode="External"/><Relationship Id="rId13" Type="http://schemas.openxmlformats.org/officeDocument/2006/relationships/hyperlink" Target="https://www.eventbrite.ca/e/botanical-drypoint-printmaking-tickets-1234567894" TargetMode="External"/><Relationship Id="rId14" Type="http://schemas.openxmlformats.org/officeDocument/2006/relationships/hyperlink" Target="https://www.eventbrite.ca/e/before-the-serial-killer-a-sip-and-scholar-lecture-night-tickets-1234567895" TargetMode="External"/><Relationship Id="rId15" Type="http://schemas.openxmlformats.org/officeDocument/2006/relationships/hyperlink" Target="https://nowtoronto.com/culture/from-workshops-to-halloween-themed-activities-9-things-to-do-in-toronto-this-weekend-oct-30-no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