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Affirmations LGBTQ+ Community Centre: Support in Metro Detroit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welcoming LGBTQ+ community centre in Ferndale offers much more than a place to meet. Affirmations connects people across southeast Michigan with mental health care, youth programmes, social groups and practical resources, creating routes to support and belonging for people at different stages of life.</w:t>
      </w:r>
      <w:r/>
    </w:p>
    <w:p>
      <w:pPr>
        <w:pStyle w:val="Heading2"/>
      </w:pPr>
      <w:r>
        <w:t>Essential Takeaways</w:t>
      </w:r>
      <w:r/>
      <w:r/>
    </w:p>
    <w:p>
      <w:pPr>
        <w:pStyle w:val="ListBullet"/>
        <w:spacing w:line="240" w:lineRule="auto"/>
        <w:ind w:left="720"/>
      </w:pPr>
      <w:r/>
      <w:r>
        <w:rPr>
          <w:b/>
        </w:rPr>
        <w:t>A broad welcome:</w:t>
      </w:r>
      <w:r>
        <w:t xml:space="preserve"> Affirmations serves LGBTQ+ people across southeast Michigan with opportunities to connect and find support. </w:t>
      </w:r>
      <w:hyperlink r:id="rId9">
        <w:r>
          <w:rPr>
            <w:color w:val="0000EE"/>
            <w:u w:val="single"/>
          </w:rPr>
          <w:t>[2]</w:t>
        </w:r>
      </w:hyperlink>
      <w:r/>
    </w:p>
    <w:p>
      <w:pPr>
        <w:pStyle w:val="ListBullet"/>
        <w:spacing w:line="240" w:lineRule="auto"/>
        <w:ind w:left="720"/>
      </w:pPr>
      <w:r/>
      <w:r>
        <w:rPr>
          <w:b/>
        </w:rPr>
        <w:t>Health services:</w:t>
      </w:r>
      <w:r>
        <w:t xml:space="preserve"> Its medical programmes include affirming care and free HIV and STI testing and vaccine clinics. </w:t>
      </w:r>
      <w:hyperlink r:id="rId10">
        <w:r>
          <w:rPr>
            <w:color w:val="0000EE"/>
            <w:u w:val="single"/>
          </w:rPr>
          <w:t>[3]</w:t>
        </w:r>
      </w:hyperlink>
      <w:r/>
    </w:p>
    <w:p>
      <w:pPr>
        <w:pStyle w:val="ListBullet"/>
        <w:spacing w:line="240" w:lineRule="auto"/>
        <w:ind w:left="720"/>
      </w:pPr>
      <w:r/>
      <w:r>
        <w:rPr>
          <w:b/>
        </w:rPr>
        <w:t>Support for young people:</w:t>
      </w:r>
      <w:r>
        <w:t xml:space="preserve"> Youth programming is part of the centre's offer. </w:t>
      </w:r>
      <w:hyperlink r:id="rId11">
        <w:r>
          <w:rPr>
            <w:color w:val="0000EE"/>
            <w:u w:val="single"/>
          </w:rPr>
          <w:t>[4]</w:t>
        </w:r>
      </w:hyperlink>
      <w:r/>
    </w:p>
    <w:p>
      <w:pPr>
        <w:pStyle w:val="ListBullet"/>
        <w:spacing w:line="240" w:lineRule="auto"/>
        <w:ind w:left="720"/>
      </w:pPr>
      <w:r/>
      <w:r>
        <w:rPr>
          <w:b/>
        </w:rPr>
        <w:t>Ways to get involved:</w:t>
      </w:r>
      <w:r>
        <w:t xml:space="preserve"> Events include a fundraising ride, an adults' prom and flexible volunteer days. </w:t>
      </w:r>
      <w:hyperlink r:id="rId12">
        <w:r>
          <w:rPr>
            <w:color w:val="0000EE"/>
            <w:u w:val="single"/>
          </w:rPr>
          <w:t>[5]</w:t>
        </w:r>
      </w:hyperlink>
      <w:r/>
    </w:p>
    <w:p>
      <w:pPr>
        <w:pStyle w:val="ListBullet"/>
        <w:spacing w:line="240" w:lineRule="auto"/>
        <w:ind w:left="720"/>
      </w:pPr>
      <w:r/>
      <w:r>
        <w:rPr>
          <w:b/>
        </w:rPr>
        <w:t>Find the centre:</w:t>
      </w:r>
      <w:r>
        <w:t xml:space="preserve"> Affirmations is at 290 W. Nine Mile Road in Ferndale. </w:t>
      </w:r>
      <w:hyperlink r:id="rId13">
        <w:r>
          <w:rPr>
            <w:color w:val="0000EE"/>
            <w:u w:val="single"/>
          </w:rPr>
          <w:t>[7]</w:t>
        </w:r>
      </w:hyperlink>
      <w:r/>
      <w:r/>
    </w:p>
    <w:p>
      <w:pPr>
        <w:pStyle w:val="Heading2"/>
      </w:pPr>
      <w:r>
        <w:t>A community centre with practical support at its heart</w:t>
      </w:r>
      <w:r/>
    </w:p>
    <w:p>
      <w:r/>
      <w:r>
        <w:t xml:space="preserve">Affirmations brings together a welcoming space and services designed around LGBTQ+ lives. Based in Ferndale, it serves people across metro Detroit and southeast Michigan, making connection and support part of everyday community life. </w:t>
      </w:r>
      <w:hyperlink r:id="rId9">
        <w:r>
          <w:rPr>
            <w:color w:val="0000EE"/>
            <w:u w:val="single"/>
          </w:rPr>
          <w:t>[2]</w:t>
        </w:r>
      </w:hyperlink>
      <w:hyperlink r:id="rId13">
        <w:r>
          <w:rPr>
            <w:color w:val="0000EE"/>
            <w:u w:val="single"/>
          </w:rPr>
          <w:t>[7]</w:t>
        </w:r>
      </w:hyperlink>
      <w:r/>
    </w:p>
    <w:p>
      <w:r/>
      <w:r>
        <w:t xml:space="preserve">That mix matters. Alongside social activities, the centre offers mental health care, groups and resource navigation, while a food pantry and computer lab provide practical help too. Support can be as simple as finding a place where you feel at ease, or as specific as getting help with a next step. </w:t>
      </w:r>
      <w:hyperlink r:id="rId9">
        <w:r>
          <w:rPr>
            <w:color w:val="0000EE"/>
            <w:u w:val="single"/>
          </w:rPr>
          <w:t>[2]</w:t>
        </w:r>
      </w:hyperlink>
      <w:hyperlink r:id="rId10">
        <w:r>
          <w:rPr>
            <w:color w:val="0000EE"/>
            <w:u w:val="single"/>
          </w:rPr>
          <w:t>[3]</w:t>
        </w:r>
      </w:hyperlink>
      <w:r/>
    </w:p>
    <w:p>
      <w:pPr>
        <w:pStyle w:val="Heading2"/>
      </w:pPr>
      <w:r>
        <w:t>Health care and resources, without the runaround</w:t>
      </w:r>
      <w:r/>
    </w:p>
    <w:p>
      <w:r/>
      <w:r>
        <w:t xml:space="preserve">Affirmations' medical services include affirming care, free HIV and STI testing and vaccine clinics. Having these options connected to a community centre may make it easier for people to find relevant services in a setting built to be welcoming. </w:t>
      </w:r>
      <w:hyperlink r:id="rId10">
        <w:r>
          <w:rPr>
            <w:color w:val="0000EE"/>
            <w:u w:val="single"/>
          </w:rPr>
          <w:t>[3]</w:t>
        </w:r>
      </w:hyperlink>
      <w:r/>
    </w:p>
    <w:p>
      <w:r/>
      <w:r>
        <w:t xml:space="preserve">The centre also offers resource navigation, so visitors can seek help working out what support is available. For anyone looking for care, it’s sensible to contact the organisation directly about current services, eligibility and appointments. </w:t>
      </w:r>
      <w:hyperlink r:id="rId9">
        <w:r>
          <w:rPr>
            <w:color w:val="0000EE"/>
            <w:u w:val="single"/>
          </w:rPr>
          <w:t>[2]</w:t>
        </w:r>
      </w:hyperlink>
      <w:hyperlink r:id="rId13">
        <w:r>
          <w:rPr>
            <w:color w:val="0000EE"/>
            <w:u w:val="single"/>
          </w:rPr>
          <w:t>[7]</w:t>
        </w:r>
      </w:hyperlink>
      <w:r/>
    </w:p>
    <w:p>
      <w:pPr>
        <w:pStyle w:val="Heading2"/>
      </w:pPr>
      <w:r>
        <w:t>Youth programmes and room to belong</w:t>
      </w:r>
      <w:r/>
    </w:p>
    <w:p>
      <w:r/>
      <w:r>
        <w:t xml:space="preserve">Young people have dedicated programming at Affirmations, alongside the centre's wider support and community offer. That matters because a reliable, affirming place to connect can help make the search for belonging feel less solitary. </w:t>
      </w:r>
      <w:hyperlink r:id="rId11">
        <w:r>
          <w:rPr>
            <w:color w:val="0000EE"/>
            <w:u w:val="single"/>
          </w:rPr>
          <w:t>[4]</w:t>
        </w:r>
      </w:hyperlink>
      <w:r/>
    </w:p>
    <w:p>
      <w:r/>
      <w:r>
        <w:t xml:space="preserve">Adults can take part in social groups, classes, wellness activities, arts and cultural programming, and events. The centre's approach isn't limited to a single kind of support; it makes room for conversation, creativity and simply spending time with other people. </w:t>
      </w:r>
      <w:hyperlink r:id="rId9">
        <w:r>
          <w:rPr>
            <w:color w:val="0000EE"/>
            <w:u w:val="single"/>
          </w:rPr>
          <w:t>[2]</w:t>
        </w:r>
      </w:hyperlink>
      <w:r/>
    </w:p>
    <w:p>
      <w:pPr>
        <w:pStyle w:val="Heading2"/>
      </w:pPr>
      <w:r>
        <w:t>Events offer an easy way to get involved</w:t>
      </w:r>
      <w:r/>
    </w:p>
    <w:p>
      <w:r/>
      <w:r>
        <w:t xml:space="preserve">Affirmations' events include Pedal for Pride, a fundraising ride, and Prom ReDeux, a prom for adults. Service Saturdays offer hands-on volunteering, while Queer Parent Pop-Ups bring LGBTQ+ families together. </w:t>
      </w:r>
      <w:hyperlink r:id="rId12">
        <w:r>
          <w:rPr>
            <w:color w:val="0000EE"/>
            <w:u w:val="single"/>
          </w:rPr>
          <w:t>[5]</w:t>
        </w:r>
      </w:hyperlink>
      <w:r/>
    </w:p>
    <w:p>
      <w:r/>
      <w:r>
        <w:t xml:space="preserve">If you're considering attending or volunteering, check the events calendar for dates and details before making plans. And for those who prefer to support the centre over the long term, legacy giving is another option to explore directly with the organisation. </w:t>
      </w:r>
      <w:hyperlink r:id="rId12">
        <w:r>
          <w:rPr>
            <w:color w:val="0000EE"/>
            <w:u w:val="single"/>
          </w:rPr>
          <w:t>[5]</w:t>
        </w:r>
      </w:hyperlink>
      <w:r/>
    </w:p>
    <w:p>
      <w:pPr>
        <w:pStyle w:val="Heading2"/>
      </w:pPr>
      <w:r>
        <w:t>A Ferndale address with a regional reach</w:t>
      </w:r>
      <w:r/>
    </w:p>
    <w:p>
      <w:r/>
      <w:r>
        <w:t xml:space="preserve">Affirmations is located at 290 W. Nine Mile Road, Ferndale, Michigan. The centre can be reached by phone at 248-398-7105, and its website provides further contact details. </w:t>
      </w:r>
      <w:hyperlink r:id="rId13">
        <w:r>
          <w:rPr>
            <w:color w:val="0000EE"/>
            <w:u w:val="single"/>
          </w:rPr>
          <w:t>[7]</w:t>
        </w:r>
      </w:hyperlink>
      <w:r/>
    </w:p>
    <w:p>
      <w:r/>
      <w:r>
        <w:t xml:space="preserve">For a community organisation, a welcoming door is only the beginning. The combination of health services, youth programmes, practical resources and shared events gives people several ways to find support or lend a hand. </w:t>
      </w:r>
      <w:hyperlink r:id="rId9">
        <w:r>
          <w:rPr>
            <w:color w:val="0000EE"/>
            <w:u w:val="single"/>
          </w:rPr>
          <w:t>[2]</w:t>
        </w:r>
      </w:hyperlink>
      <w:hyperlink r:id="rId10">
        <w:r>
          <w:rPr>
            <w:color w:val="0000EE"/>
            <w:u w:val="single"/>
          </w:rPr>
          <w:t>[3]</w:t>
        </w:r>
      </w:hyperlink>
      <w:hyperlink r:id="rId11">
        <w:r>
          <w:rPr>
            <w:color w:val="0000EE"/>
            <w:u w:val="single"/>
          </w:rPr>
          <w:t>[4]</w:t>
        </w:r>
      </w:hyperlink>
      <w:hyperlink r:id="rId12">
        <w:r>
          <w:rPr>
            <w:color w:val="0000EE"/>
            <w:u w:val="single"/>
          </w:rPr>
          <w:t>[5]</w:t>
        </w:r>
      </w:hyperlink>
      <w:r/>
    </w:p>
    <w:p>
      <w:r/>
      <w:r>
        <w:t>It's worth checking the latest programme details before you visit or get involved.</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3">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Paragraph 4: </w:t>
      </w:r>
      <w:hyperlink r:id="rId9">
        <w:r>
          <w:rPr>
            <w:color w:val="0000EE"/>
            <w:u w:val="single"/>
          </w:rPr>
          <w:t>[2]</w:t>
        </w:r>
      </w:hyperlink>
      <w:r>
        <w:t xml:space="preserve">, </w:t>
      </w:r>
      <w:hyperlink r:id="rId13">
        <w:r>
          <w:rPr>
            <w:color w:val="0000EE"/>
            <w:u w:val="single"/>
          </w:rPr>
          <w:t>[7]</w:t>
        </w:r>
      </w:hyperlink>
      <w:r>
        <w:t xml:space="preserve">- Paragraph 5: </w:t>
      </w:r>
      <w:hyperlink r:id="rId11">
        <w:r>
          <w:rPr>
            <w:color w:val="0000EE"/>
            <w:u w:val="single"/>
          </w:rPr>
          <w:t>[4]</w:t>
        </w:r>
      </w:hyperlink>
      <w:r>
        <w:t xml:space="preserve">- Paragraph 6: </w:t>
      </w:r>
      <w:hyperlink r:id="rId9">
        <w:r>
          <w:rPr>
            <w:color w:val="0000EE"/>
            <w:u w:val="single"/>
          </w:rPr>
          <w:t>[2]</w:t>
        </w:r>
      </w:hyperlink>
      <w:r>
        <w:t xml:space="preserve">- Paragraph 7: </w:t>
      </w:r>
      <w:hyperlink r:id="rId12">
        <w:r>
          <w:rPr>
            <w:color w:val="0000EE"/>
            <w:u w:val="single"/>
          </w:rPr>
          <w:t>[5]</w:t>
        </w:r>
      </w:hyperlink>
      <w:r>
        <w:t xml:space="preserve">- Paragraph 8: </w:t>
      </w:r>
      <w:hyperlink r:id="rId12">
        <w:r>
          <w:rPr>
            <w:color w:val="0000EE"/>
            <w:u w:val="single"/>
          </w:rPr>
          <w:t>[5]</w:t>
        </w:r>
      </w:hyperlink>
      <w:r>
        <w:t xml:space="preserve">- Paragraph 9: </w:t>
      </w:r>
      <w:hyperlink r:id="rId13">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11: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https://www.hourdetroit.com/give-detroit/affirmations-lgbtq-community-center/</w:t>
        </w:r>
      </w:hyperlink>
      <w:r>
        <w:t xml:space="preserve"> - Please view link - unable to able to access data</w:t>
      </w:r>
      <w:r/>
    </w:p>
    <w:p>
      <w:pPr>
        <w:pStyle w:val="ListNumber"/>
        <w:spacing w:line="240" w:lineRule="auto"/>
        <w:ind w:left="720"/>
      </w:pPr>
      <w:r/>
      <w:hyperlink r:id="rId9">
        <w:r>
          <w:rPr>
            <w:color w:val="0000EE"/>
            <w:u w:val="single"/>
          </w:rPr>
          <w:t>https://goaffirmations.org/mission-vision-values/</w:t>
        </w:r>
      </w:hyperlink>
      <w:r>
        <w:t xml:space="preserve"> - Affirmations Community Center describes its mission as improving the quality of life for LGBTQ+ people in Michigan through education, programmes, advocacy and community space. Based in Metro Detroit, it serves individuals, families and allies across south-east Michigan and supports LGBTQ+ centres elsewhere in the state. The article outlines services including affirming therapy and counselling, resource navigation, peer-led support groups, youth and family programmes, health and wellness, arts, culture, recreation and community events. It also presents the organisation’s values of belonging, empowerment, intentionality, transformation and equity, and reports its annual reach and service activity. The centre’s vision is a more equitable world.</w:t>
      </w:r>
      <w:r/>
    </w:p>
    <w:p>
      <w:pPr>
        <w:pStyle w:val="ListNumber"/>
        <w:spacing w:line="240" w:lineRule="auto"/>
        <w:ind w:left="720"/>
      </w:pPr>
      <w:r/>
      <w:hyperlink r:id="rId10">
        <w:r>
          <w:rPr>
            <w:color w:val="0000EE"/>
            <w:u w:val="single"/>
          </w:rPr>
          <w:t>https://goaffirmations.org/medical/</w:t>
        </w:r>
      </w:hyperlink>
      <w:r>
        <w:t xml:space="preserve"> - This page outlines Affirmations’ health services for LGBTQ+ people in south-east Michigan. The centre says its services are provided at no cost and without judgement, through partnerships with medical professionals who offer inclusive, gender-affirming care. It describes confidential HIV and STI testing, free condoms and lubricant, STI vaccines, and clinics offering vaccines such as flu, COVID-19, HPV, shingles and hepatitis. The page also highlights tobacco cessation, recovery and harm-reduction support, including education, resources, counselling and support groups. It explains that culturally competent care can address needs often overlooked in conventional healthcare settings and gives the centre’s Ferndale address and telephone number.</w:t>
      </w:r>
      <w:r/>
    </w:p>
    <w:p>
      <w:pPr>
        <w:pStyle w:val="ListNumber"/>
        <w:spacing w:line="240" w:lineRule="auto"/>
        <w:ind w:left="720"/>
      </w:pPr>
      <w:r/>
      <w:hyperlink r:id="rId11">
        <w:r>
          <w:rPr>
            <w:color w:val="0000EE"/>
            <w:u w:val="single"/>
          </w:rPr>
          <w:t>https://goaffirmations.org/youth/</w:t>
        </w:r>
      </w:hyperlink>
      <w:r>
        <w:t xml:space="preserve"> - Affirmations’ youth and family page describes programmes intended to help LGBTQ+ young people find support, connect, build leadership skills and advocate for themselves. Activities include a teen drop-in centre, youth leadership and job-readiness training, creative groups, and a Youth Advisory Council that helps shape programmes and events. Family activities aim to bring queer families, parents and allies together through parent pop-ups, shared meals and volunteer opportunities. The page provides information about age groups, meeting times, registration and upcoming events. It also explains that the teen drop-in centre offers a casual, supportive place to relax, make art, play games or spend time with others.</w:t>
      </w:r>
      <w:r/>
    </w:p>
    <w:p>
      <w:pPr>
        <w:pStyle w:val="ListNumber"/>
        <w:spacing w:line="240" w:lineRule="auto"/>
        <w:ind w:left="720"/>
      </w:pPr>
      <w:r/>
      <w:hyperlink r:id="rId12">
        <w:r>
          <w:rPr>
            <w:color w:val="0000EE"/>
            <w:u w:val="single"/>
          </w:rPr>
          <w:t>https://goaffirmations.org/events/</w:t>
        </w:r>
      </w:hyperlink>
      <w:r>
        <w:t xml:space="preserve"> - Affirmations’ events calendar describes the centre as a place for LGBTQ+ people to find support, meet others with shared interests and take part in social and community activities. The calendar lists a wide range of gatherings, including discussion and support groups, youth activities, health clinics, arts events, wellness activities and recovery meetings. Event listings provide dates, times, locations, eligibility details and whether activities are free, virtual or hybrid. The calendar also includes volunteer and family-oriented events as they are scheduled. Because dates and offerings change, this page is a useful source for checking current events rather than relying on older promotional descriptions.</w:t>
      </w:r>
      <w:r/>
    </w:p>
    <w:p>
      <w:pPr>
        <w:pStyle w:val="ListNumber"/>
        <w:spacing w:line="240" w:lineRule="auto"/>
        <w:ind w:left="720"/>
      </w:pPr>
      <w:r/>
      <w:hyperlink r:id="rId15">
        <w:r>
          <w:rPr>
            <w:color w:val="0000EE"/>
            <w:u w:val="single"/>
          </w:rPr>
          <w:t>https://goaffirmations.org/our-team/</w:t>
        </w:r>
      </w:hyperlink>
      <w:r>
        <w:t xml:space="preserve"> - The team page identifies Affirmations’ executive leadership and staff across behavioural health, community care, organisational growth, programming and facilities. It lists Tracy Hall as Executive Director and Brandon Gleaton and Jacqui Spicer as co-chairs in the executive leadership section. Other named team members oversee therapy, programmes, youth services, development, finance and community resources. The page also lists the Board of Directors and, for some members, their roles or the year they joined. This is the centre’s own directory, so it is a direct source for the leadership names and titles presented in the supplied article. The page also repeats the centre’s address and phone number.</w:t>
      </w:r>
      <w:r/>
    </w:p>
    <w:p>
      <w:pPr>
        <w:pStyle w:val="ListNumber"/>
        <w:spacing w:line="240" w:lineRule="auto"/>
        <w:ind w:left="720"/>
      </w:pPr>
      <w:r/>
      <w:hyperlink r:id="rId13">
        <w:r>
          <w:rPr>
            <w:color w:val="0000EE"/>
            <w:u w:val="single"/>
          </w:rPr>
          <w:t>https://goaffirmations.org/contact/</w:t>
        </w:r>
      </w:hyperlink>
      <w:r>
        <w:t xml:space="preserve"> - Affirmations’ contact page provides the community centre’s location in Ferndale, Michigan, and its main telephone number. It lists centre opening hours for Monday to Saturday and notes that the centre is closed on Sunday. The page also describes public transport routes and accessibility information, including an accessible building and ramp access at the rear entrance. Its introductory text says Affirmations has served south-east Michigan’s LGBTQ+ community since 1989 and aims to provide a safe space for people of diverse sexual orientations, gender expressions and cultural backgrounds. This source supports the contact details and welcoming-space description in the supplied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affirmations.org/mission-vision-values/" TargetMode="External"/><Relationship Id="rId10" Type="http://schemas.openxmlformats.org/officeDocument/2006/relationships/hyperlink" Target="https://goaffirmations.org/medical/" TargetMode="External"/><Relationship Id="rId11" Type="http://schemas.openxmlformats.org/officeDocument/2006/relationships/hyperlink" Target="https://goaffirmations.org/youth/" TargetMode="External"/><Relationship Id="rId12" Type="http://schemas.openxmlformats.org/officeDocument/2006/relationships/hyperlink" Target="https://goaffirmations.org/events/" TargetMode="External"/><Relationship Id="rId13" Type="http://schemas.openxmlformats.org/officeDocument/2006/relationships/hyperlink" Target="https://goaffirmations.org/contact/" TargetMode="External"/><Relationship Id="rId14" Type="http://schemas.openxmlformats.org/officeDocument/2006/relationships/hyperlink" Target="https://www.hourdetroit.com/give-detroit/affirmations-lgbtq-community-center/" TargetMode="External"/><Relationship Id="rId15" Type="http://schemas.openxmlformats.org/officeDocument/2006/relationships/hyperlink" Target="https://goaffirmations.org/our-te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