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 New LGBTQ+ Business Directory Helps People Find Local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LGBTQ+ business directory is bringing services, community groups and practical support into one searchable place. Launched from Little Rock, allthethings.gay already lists more than 1,200 organisations and businesses across 175 cities in 34 states. For LGBTQIA+ people looking for welcoming local options, it could make a useful first stop.</w:t>
      </w:r>
      <w:r/>
    </w:p>
    <w:p>
      <w:pPr>
        <w:pStyle w:val="Heading2"/>
      </w:pPr>
      <w:r>
        <w:t>Essential Takeaways</w:t>
      </w:r>
      <w:r/>
      <w:r/>
    </w:p>
    <w:p>
      <w:pPr>
        <w:pStyle w:val="ListBullet"/>
        <w:spacing w:line="240" w:lineRule="auto"/>
        <w:ind w:left="720"/>
      </w:pPr>
      <w:r/>
      <w:r>
        <w:rPr>
          <w:b/>
        </w:rPr>
        <w:t>A broad starting point:</w:t>
      </w:r>
      <w:r>
        <w:t xml:space="preserve"> The free directory launched with more than 1,200 listings across 175 cities in 34 states.</w:t>
      </w:r>
      <w:r/>
    </w:p>
    <w:p>
      <w:pPr>
        <w:pStyle w:val="ListBullet"/>
        <w:spacing w:line="240" w:lineRule="auto"/>
        <w:ind w:left="720"/>
      </w:pPr>
      <w:r/>
      <w:r>
        <w:rPr>
          <w:b/>
        </w:rPr>
        <w:t>Six ways to browse:</w:t>
      </w:r>
      <w:r>
        <w:t xml:space="preserve"> Categories cover services, community, shopping, travel, events and support.</w:t>
      </w:r>
      <w:r/>
    </w:p>
    <w:p>
      <w:pPr>
        <w:pStyle w:val="ListBullet"/>
        <w:spacing w:line="240" w:lineRule="auto"/>
        <w:ind w:left="720"/>
      </w:pPr>
      <w:r/>
      <w:r>
        <w:rPr>
          <w:b/>
        </w:rPr>
        <w:t>More than a shop finder:</w:t>
      </w:r>
      <w:r>
        <w:t xml:space="preserve"> Listings can include healthcare providers, legal help, clubs, accommodation and crisis support.</w:t>
      </w:r>
      <w:r/>
    </w:p>
    <w:p>
      <w:pPr>
        <w:pStyle w:val="ListBullet"/>
        <w:spacing w:line="240" w:lineRule="auto"/>
        <w:ind w:left="720"/>
      </w:pPr>
      <w:r/>
      <w:r>
        <w:rPr>
          <w:b/>
        </w:rPr>
        <w:t>An app is in the works:</w:t>
      </w:r>
      <w:r>
        <w:t xml:space="preserve"> Founder Will Gambill says a companion app is being built.</w:t>
      </w:r>
      <w:r/>
      <w:r/>
    </w:p>
    <w:p>
      <w:pPr>
        <w:pStyle w:val="Heading2"/>
      </w:pPr>
      <w:r>
        <w:t>One search, a much wider local picture</w:t>
      </w:r>
      <w:r/>
    </w:p>
    <w:p>
      <w:r/>
      <w:r>
        <w:t>Finding an LGBTQ-friendly doctor, therapist or tradesperson can take more than a quick search. Allthethings.gay aims to make that hunt easier by gathering local businesses and community resources in one free directory, launched by Little Rock creative agency founder Will Gambill.</w:t>
      </w:r>
      <w:r/>
    </w:p>
    <w:p>
      <w:r/>
      <w:r>
        <w:t>The platform arrived with more than 1,200 listings spread across 175 cities in 34 states. That gives it a substantial footprint from the outset, though a directory is only as useful as its listings stay current and relevant.</w:t>
      </w:r>
      <w:r/>
    </w:p>
    <w:p>
      <w:pPr>
        <w:pStyle w:val="Heading2"/>
      </w:pPr>
      <w:r>
        <w:t>What can you find on allthethings.gay?</w:t>
      </w:r>
      <w:r/>
    </w:p>
    <w:p>
      <w:r/>
      <w:r>
        <w:t>The directory is arranged into six sections: services, community, shopping, travel, events and support. That means a search might turn up a barber or solicitor, a book club or sports league, a local shop, a place to stay, or events happening nearby.</w:t>
      </w:r>
      <w:r/>
    </w:p>
    <w:p>
      <w:r/>
      <w:r>
        <w:t>The support category gives the platform a practical edge. Alongside everyday services, it can point users towards crisis lines, legal aid and housing assistance, making the directory more than a list of places to spend money.</w:t>
      </w:r>
      <w:r/>
    </w:p>
    <w:p>
      <w:pPr>
        <w:pStyle w:val="Heading2"/>
      </w:pPr>
      <w:r>
        <w:t>Why a specialist directory matters</w:t>
      </w:r>
      <w:r/>
    </w:p>
    <w:p>
      <w:r/>
      <w:r>
        <w:t>General search tools can surface plenty of results, but they don't always make it easy to judge whether a service will feel welcoming. A focused directory offers a more direct route to businesses and organisations serving LGBTQIA+ communities, while also helping people discover local groups they might otherwise miss.</w:t>
      </w:r>
      <w:r/>
    </w:p>
    <w:p>
      <w:r/>
      <w:r>
        <w:t>That mix matters: community isn't built only through formal support services or big events. Sometimes it's a nearby club, a trusted professional or a welcoming place to meet that makes a city feel more navigable.</w:t>
      </w:r>
      <w:r/>
    </w:p>
    <w:p>
      <w:pPr>
        <w:pStyle w:val="Heading2"/>
      </w:pPr>
      <w:r>
        <w:t>A useful tool, with room to grow</w:t>
      </w:r>
      <w:r/>
    </w:p>
    <w:p>
      <w:r/>
      <w:r>
        <w:t>Gambill told Arkansas Business that early feedback had been strong and that interest from businesses and users had already exceeded expectations. The project is also developing an app, which the founder said would launch soon.</w:t>
      </w:r>
      <w:r/>
    </w:p>
    <w:p>
      <w:r/>
      <w:r>
        <w:t>For now, users can browse the website and check what appears in their area. As with any new directory, it's sensible to confirm opening hours, eligibility and availability directly with a provider before making plans, particularly when seeking urgent help.</w:t>
      </w:r>
      <w:r/>
    </w:p>
    <w:p>
      <w:pPr>
        <w:pStyle w:val="Heading2"/>
      </w:pPr>
      <w:r>
        <w:t>Start local, then explore further</w:t>
      </w:r>
      <w:r/>
    </w:p>
    <w:p>
      <w:r/>
      <w:r>
        <w:t>A searchable directory can't replace personal recommendations, but it can make the first step towards finding community feel less daunting. Explore the listings that fit your needs, and double-check the details before you go.</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0">
        <w:r>
          <w:rPr>
            <w:color w:val="0000EE"/>
            <w:u w:val="single"/>
          </w:rPr>
          <w:t>[3]</w:t>
        </w:r>
      </w:hyperlink>
      <w:r>
        <w:t xml:space="preserve">, </w:t>
      </w:r>
      <w:hyperlink r:id="rId12">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10">
        <w:r>
          <w:rPr>
            <w:color w:val="0000EE"/>
            <w:u w:val="single"/>
          </w:rPr>
          <w:t>[3]</w:t>
        </w:r>
      </w:hyperlink>
      <w:r>
        <w:t xml:space="preserve">, </w:t>
      </w:r>
      <w:hyperlink r:id="rId13">
        <w:r>
          <w:rPr>
            <w:color w:val="0000EE"/>
            <w:u w:val="single"/>
          </w:rPr>
          <w:t>[7]</w:t>
        </w:r>
      </w:hyperlink>
      <w:r>
        <w:t xml:space="preserve">- Paragraph 10: </w:t>
      </w:r>
      <w:hyperlink r:id="rId10">
        <w:r>
          <w:rPr>
            <w:color w:val="0000EE"/>
            <w:u w:val="single"/>
          </w:rPr>
          <w:t>[3]</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https://www.arkansasbusiness.com/article/little-rock-founder-launches-lgbtq-business-directory-platform/</w:t>
        </w:r>
      </w:hyperlink>
      <w:r>
        <w:t xml:space="preserve"> - Please view link - unable to able to access data</w:t>
      </w:r>
      <w:r/>
    </w:p>
    <w:p>
      <w:pPr>
        <w:pStyle w:val="ListNumber"/>
        <w:spacing w:line="240" w:lineRule="auto"/>
        <w:ind w:left="720"/>
      </w:pPr>
      <w:r/>
      <w:hyperlink r:id="rId9">
        <w:r>
          <w:rPr>
            <w:color w:val="0000EE"/>
            <w:u w:val="single"/>
          </w:rPr>
          <w:t>https://www.arkansasbusiness.com/article/little-rock-founder-launches-lgbtq-business-directory-platform/</w:t>
        </w:r>
      </w:hyperlink>
      <w:r>
        <w:t xml:space="preserve"> - Arkansas Business reports that Little Rock-based Embarc founder Will Gambill launched allthethings.gay, a free directory intended to help LGBTQIA+ people find local services and community resources. At launch, the directory contained more than 1,200 listings covering 175 cities in 34 states. Gambill said early feedback and usage had been strong, and that an app was being developed for release soon. The report describes six sections: services, community, shopping, travel, events and support. Its examples range from doctors, therapists, barbers and lawyers to community groups, LGBTQ-owned shops, accommodation, events, crisis lines, legal aid and housing assistance.</w:t>
      </w:r>
      <w:r/>
    </w:p>
    <w:p>
      <w:pPr>
        <w:pStyle w:val="ListNumber"/>
        <w:spacing w:line="240" w:lineRule="auto"/>
        <w:ind w:left="720"/>
      </w:pPr>
      <w:r/>
      <w:hyperlink r:id="rId10">
        <w:r>
          <w:rPr>
            <w:color w:val="0000EE"/>
            <w:u w:val="single"/>
          </w:rPr>
          <w:t>https://allthethings.gay/</w:t>
        </w:r>
      </w:hyperlink>
      <w:r>
        <w:t xml:space="preserve"> - The directory’s official homepage invites people to search for services and places by need and location, using a search field for terms such as therapists, drag brunches and barbers, alongside a city or postcode. It presents six main areas: services, community, shopping, travel, events and support. Examples include doctors, therapists, lawyers, barbers, groups, bars, sports and faith communities, local shops, makers, stays, tours, events, hotlines, legal aid and housing help. The site also provides map browsing and links to support resources. It directly corroborates the platform’s purpose, its main categories and the kinds of listings described in the supplied article.</w:t>
      </w:r>
      <w:r/>
    </w:p>
    <w:p>
      <w:pPr>
        <w:pStyle w:val="ListNumber"/>
        <w:spacing w:line="240" w:lineRule="auto"/>
        <w:ind w:left="720"/>
      </w:pPr>
      <w:r/>
      <w:hyperlink r:id="rId11">
        <w:r>
          <w:rPr>
            <w:color w:val="0000EE"/>
            <w:u w:val="single"/>
          </w:rPr>
          <w:t>https://www.linkedin.com/company/weareembarc</w:t>
        </w:r>
      </w:hyperlink>
      <w:r>
        <w:t xml:space="preserve"> - Embarc’s company profile describes it as a marketing-services partnership based in Little Rock, Arkansas, and identifies Will Gambill and Tristan Cameron as its founders. It outlines the agency’s work across branding, websites, social media, content strategy, search optimisation, events and analytics. The profile supports the supplied article’s description of Embarc as a Little Rock creative agency and Gambill as one of its founders. It does not independently confirm the directory’s launch figures or the planned app, but it provides company information relevant to the article’s account of who created allthethings.gay and where the agency is based.</w:t>
      </w:r>
      <w:r/>
    </w:p>
    <w:p>
      <w:pPr>
        <w:pStyle w:val="ListNumber"/>
        <w:spacing w:line="240" w:lineRule="auto"/>
        <w:ind w:left="720"/>
      </w:pPr>
      <w:r/>
      <w:hyperlink r:id="rId14">
        <w:r>
          <w:rPr>
            <w:color w:val="0000EE"/>
            <w:u w:val="single"/>
          </w:rPr>
          <w:t>https://armoneyandpolitics.com/pinnacle-it-promotes-leadership/</w:t>
        </w:r>
      </w:hyperlink>
      <w:r>
        <w:t xml:space="preserve"> - Arkansas Money &amp; Politics reports that Little Rock technology company Pinnacle IT promoted Will Gambill to director of strategy and communication in September 2024. The article notes that he had previously served as the company’s marketing manager and describes the promotions of two other employees. It provides independent Arkansas reporting that connects a Will Gambill with a professional leadership role in Little Rock before the directory announcement. The story focuses on Pinnacle IT rather than allthethings.gay, and does not verify the directory’s listing count, categories or app plans; it serves as supplementary background on Gambill’s Arkansas business career.</w:t>
      </w:r>
      <w:r/>
    </w:p>
    <w:p>
      <w:pPr>
        <w:pStyle w:val="ListNumber"/>
        <w:spacing w:line="240" w:lineRule="auto"/>
        <w:ind w:left="720"/>
      </w:pPr>
      <w:r/>
      <w:hyperlink r:id="rId12">
        <w:r>
          <w:rPr>
            <w:color w:val="0000EE"/>
            <w:u w:val="single"/>
          </w:rPr>
          <w:t>https://www.everywhereisqueer.com/about</w:t>
        </w:r>
      </w:hyperlink>
      <w:r>
        <w:t xml:space="preserve"> - Everywhere Is Queer describes itself as a free, searchable directory and map intended to help people find LGBTQ+-owned and queer-affirming businesses. Its site outlines a map, mobile app and community network, and explains that users can explore businesses while travelling, moving or looking for places to support. This is a separate platform, not evidence for the specific launch figures or claims about allthethings.gay. It provides useful context for the broader category of community-focused LGBTQ+ business directories and illustrates similar directory functions, including location-based discovery and mobile access. The page does not establish any relationship between the two organisations.</w:t>
      </w:r>
      <w:r/>
    </w:p>
    <w:p>
      <w:pPr>
        <w:pStyle w:val="ListNumber"/>
        <w:spacing w:line="240" w:lineRule="auto"/>
        <w:ind w:left="720"/>
      </w:pPr>
      <w:r/>
      <w:hyperlink r:id="rId13">
        <w:r>
          <w:rPr>
            <w:color w:val="0000EE"/>
            <w:u w:val="single"/>
          </w:rPr>
          <w:t>https://inreach.org/faqs/</w:t>
        </w:r>
      </w:hyperlink>
      <w:r>
        <w:t xml:space="preserve"> - InReach’s frequently asked questions describe a free digital service that connects LGBTQ+ people with independently verified support and care resources. The listed areas include medical and mental-health services, housing, legal assistance, food, education, employment, translation, transportation and community support. The page explains that the platform aims to serve diverse LGBTQ+ communities and includes crisis-related resources such as emergency housing, legal help and mental-health hotlines. InReach is distinct from allthethings.gay, so this source does not substantiate the latter’s launch or directory statistics. It does, however, corroborate the types of support needs and resource categories referenced in the supplied article.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rkansasbusiness.com/article/little-rock-founder-launches-lgbtq-business-directory-platform/" TargetMode="External"/><Relationship Id="rId10" Type="http://schemas.openxmlformats.org/officeDocument/2006/relationships/hyperlink" Target="https://allthethings.gay/" TargetMode="External"/><Relationship Id="rId11" Type="http://schemas.openxmlformats.org/officeDocument/2006/relationships/hyperlink" Target="https://www.linkedin.com/company/weareembarc" TargetMode="External"/><Relationship Id="rId12" Type="http://schemas.openxmlformats.org/officeDocument/2006/relationships/hyperlink" Target="https://www.everywhereisqueer.com/about" TargetMode="External"/><Relationship Id="rId13" Type="http://schemas.openxmlformats.org/officeDocument/2006/relationships/hyperlink" Target="https://inreach.org/faqs/" TargetMode="External"/><Relationship Id="rId14" Type="http://schemas.openxmlformats.org/officeDocument/2006/relationships/hyperlink" Target="https://armoneyandpolitics.com/pinnacle-it-promotes-leadershi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