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Straight Acting Brotherhood Is Dividing Gay Identity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Men who are attracted to men but reject the gay label are drawing attention online, with the Straight Acting Brotherhood promising a more masculine, ambitious space. But the debate is less about labels than the stereotypes attached to them.</w:t>
      </w:r>
      <w:r/>
    </w:p>
    <w:p>
      <w:pPr>
        <w:pStyle w:val="Heading2"/>
      </w:pPr>
      <w:r>
        <w:t>Essential Takeaways</w:t>
      </w:r>
      <w:r/>
      <w:r/>
    </w:p>
    <w:p>
      <w:pPr>
        <w:pStyle w:val="ListBullet"/>
        <w:spacing w:line="240" w:lineRule="auto"/>
        <w:ind w:left="720"/>
      </w:pPr>
      <w:r/>
      <w:r>
        <w:rPr>
          <w:b/>
        </w:rPr>
        <w:t>Identity is personal:</w:t>
      </w:r>
      <w:r>
        <w:t xml:space="preserve"> Attraction, behaviour and labels don't always line up neatly.</w:t>
      </w:r>
      <w:r/>
    </w:p>
    <w:p>
      <w:pPr>
        <w:pStyle w:val="ListBullet"/>
        <w:spacing w:line="240" w:lineRule="auto"/>
        <w:ind w:left="720"/>
      </w:pPr>
      <w:r/>
      <w:r>
        <w:rPr>
          <w:b/>
        </w:rPr>
        <w:t>Masculinity isn't the issue:</w:t>
      </w:r>
      <w:r>
        <w:t xml:space="preserve"> Men can be masculine, private or uninterested in nightlife without distancing themselves from gay identity.</w:t>
      </w:r>
      <w:r/>
    </w:p>
    <w:p>
      <w:pPr>
        <w:pStyle w:val="ListBullet"/>
        <w:spacing w:line="240" w:lineRule="auto"/>
        <w:ind w:left="720"/>
      </w:pPr>
      <w:r/>
      <w:r>
        <w:rPr>
          <w:b/>
        </w:rPr>
        <w:t>The club is controversial:</w:t>
      </w:r>
      <w:r>
        <w:t xml:space="preserve"> Critics object to its apparent suggestion that gay culture is shallow or overly theatrical.</w:t>
      </w:r>
      <w:r/>
    </w:p>
    <w:p>
      <w:pPr>
        <w:pStyle w:val="ListBullet"/>
        <w:spacing w:line="240" w:lineRule="auto"/>
        <w:ind w:left="720"/>
      </w:pPr>
      <w:r/>
      <w:r>
        <w:rPr>
          <w:b/>
        </w:rPr>
        <w:t>A familiar pattern:</w:t>
      </w:r>
      <w:r>
        <w:t xml:space="preserve"> Earlier communities have also used alternative labels for men attracted to men.</w:t>
      </w:r>
      <w:r/>
    </w:p>
    <w:p>
      <w:pPr>
        <w:pStyle w:val="ListBullet"/>
        <w:spacing w:line="240" w:lineRule="auto"/>
        <w:ind w:left="720"/>
      </w:pPr>
      <w:r/>
      <w:r>
        <w:rPr>
          <w:b/>
        </w:rPr>
        <w:t>The real question:</w:t>
      </w:r>
      <w:r>
        <w:t xml:space="preserve"> Is the Brotherhood offering belonging, or simply repackaging old anxieties about being openly gay?</w:t>
      </w:r>
      <w:r/>
      <w:r/>
    </w:p>
    <w:p>
      <w:pPr>
        <w:pStyle w:val="Heading2"/>
      </w:pPr>
      <w:r>
        <w:t>The club's pitch is simple, but loaded</w:t>
      </w:r>
      <w:r/>
    </w:p>
    <w:p>
      <w:r/>
      <w:r>
        <w:t>The Straight Acting Brotherhood has attracted attention with a blunt proposition: men can be into men without calling themselves gay. Its online presentation centres on masculinity, ambition and a distance from what members see as conventional LGBTQ+ culture.</w:t>
      </w:r>
      <w:r/>
    </w:p>
    <w:p>
      <w:r/>
      <w:r>
        <w:t>That message has struck a nerve because it sounds both familiar and carefully branded. As coverage from Gay Sonoma describes it, the club presents itself as a new social home for men who don't identify with more recognisable gay stereotypes. The promise is understated, masculine and, presumably, free from compulsory glitter.</w:t>
      </w:r>
      <w:r/>
    </w:p>
    <w:p>
      <w:r/>
      <w:r>
        <w:t>There is nothing unusual about disliking clubs, avoiding Pride events or preferring a quiet weekend to a crowded bar. Plenty of gay men have never felt at home in nightlife culture. The awkwardness begins when those personal preferences are used to define gayness as something lesser.</w:t>
      </w:r>
      <w:r/>
    </w:p>
    <w:p>
      <w:pPr>
        <w:pStyle w:val="Heading2"/>
      </w:pPr>
      <w:r>
        <w:t>Being masculine doesn't make anyone less gay</w:t>
      </w:r>
      <w:r/>
    </w:p>
    <w:p>
      <w:r/>
      <w:r>
        <w:t>The most important distinction here is between identity and performance. A man can be masculine without being straight, and he can be gay without adopting a particular voice, wardrobe or social life.</w:t>
      </w:r>
      <w:r/>
    </w:p>
    <w:p>
      <w:r/>
      <w:r>
        <w:t>That point matters because the Brotherhood's language appears to frame "gay" as a lifestyle package rather than a description of same-sex attraction. Queerty's coverage captures the criticism: the club's branding can look less like a neutral alternative and more like a rejection of the wider community.</w:t>
      </w:r>
      <w:r/>
    </w:p>
    <w:p>
      <w:r/>
      <w:r>
        <w:t>The same tension has appeared in earlier debates around men who describe themselves as g0y, a label explored in Wikipedia's overview of the subculture. These categories can offer people room to describe complicated feelings, but they can also become a way to avoid the stigma attached to the word gay.</w:t>
      </w:r>
      <w:r/>
    </w:p>
    <w:p>
      <w:pPr>
        <w:pStyle w:val="Heading2"/>
      </w:pPr>
      <w:r>
        <w:t>Labels are personal, but stereotypes have consequences</w:t>
      </w:r>
      <w:r/>
    </w:p>
    <w:p>
      <w:r/>
      <w:r>
        <w:t>Nobody else gets to assign a sexuality label to another person. Attraction, sexual behaviour and identity can overlap, but they aren't identical. A man may be attracted to men and choose bisexual, queer, gay, no label or something entirely personal.</w:t>
      </w:r>
      <w:r/>
    </w:p>
    <w:p>
      <w:r/>
      <w:r>
        <w:t>That freedom should be respected. Yet labels don't exist in a vacuum, and the explanation for rejecting one can reveal just as much as the choice itself. If "gay" is rejected because it supposedly means flamboyant, shallow, promiscuous or obsessed with Pride, the issue isn't the label so much as the caricature.</w:t>
      </w:r>
      <w:r/>
    </w:p>
    <w:p>
      <w:r/>
      <w:r>
        <w:t>Wikipedia's discussion of My Husband's Not Gay shows how public conversations about men attracted to men have often focused on euphemisms, denial and the pressure to appear conventionally masculine. The terminology changes, but the underlying discomfort can feel remarkably familiar.</w:t>
      </w:r>
      <w:r/>
    </w:p>
    <w:p>
      <w:pPr>
        <w:pStyle w:val="Heading2"/>
      </w:pPr>
      <w:r>
        <w:t>A private club or a public rebuke?</w:t>
      </w:r>
      <w:r/>
    </w:p>
    <w:p>
      <w:r/>
      <w:r>
        <w:t>The Brotherhood's appeal seems to lie in exclusivity. Its pitch suggests a network for ambitious men who want meaningful relationships and a more traditionally masculine environment, rather than a social scene built around partying or hookups.</w:t>
      </w:r>
      <w:r/>
    </w:p>
    <w:p>
      <w:r/>
      <w:r>
        <w:t>That could be a perfectly reasonable niche. As Hypefresh reported, the club's founder has promoted a private membership model aimed at masculine men, giving the project the feel of a lifestyle brand as much as a social group. There are already countless spaces organised around shared interests, so a quieter or more traditionally masculine community isn't inherently a problem.</w:t>
      </w:r>
      <w:r/>
    </w:p>
    <w:p>
      <w:r/>
      <w:r>
        <w:t>But the branding becomes harder to defend when it relies on dismissing other gay men. The Tab's coverage presents the group in openly sceptical terms, reflecting how quickly a self-described alternative can appear less like inclusion and more like status-seeking.</w:t>
      </w:r>
      <w:r/>
    </w:p>
    <w:p>
      <w:pPr>
        <w:pStyle w:val="Heading2"/>
      </w:pPr>
      <w:r>
        <w:t>Why this debate keeps coming back</w:t>
      </w:r>
      <w:r/>
    </w:p>
    <w:p>
      <w:r/>
      <w:r>
        <w:t>The Straight Acting Brotherhood is unlikely to be the last group to challenge familiar LGBTQ+ labels. People have always searched for language that feels safer, more precise or more flattering, particularly when existing identities carry family, cultural or social baggage.</w:t>
      </w:r>
      <w:r/>
    </w:p>
    <w:p>
      <w:r/>
      <w:r>
        <w:t>The healthier answer isn't to demand that everyone use "gay". It's to stop treating gay identity as a narrow personality type. A man can build a business, fix a motorbike, dislike sequins and still be entirely comfortable within a broad, varied gay community.</w:t>
      </w:r>
      <w:r/>
    </w:p>
    <w:p>
      <w:r/>
      <w:r>
        <w:t>In the end, the Brotherhood may be responding to a genuine need for belonging. But belonging works best when it doesn't require contempt for the people outside the room. As the wider debate shows, masculinity doesn't need a membership card, and gay identity doesn't come with a dress code.</w:t>
      </w:r>
      <w:r/>
    </w:p>
    <w:p>
      <w:r/>
      <w:r>
        <w:t>It's fine to choose your own label, but nobody needs to shrink someone else's to make it fit.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Paragraph 4: </w:t>
      </w:r>
      <w:hyperlink r:id="rId15">
        <w:r>
          <w:rPr>
            <w:color w:val="0000EE"/>
            <w:u w:val="single"/>
          </w:rPr>
          <w:t>[7]</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https://instinctmagazine.com/straight-acting-brotherhood-men-like-men/</w:t>
        </w:r>
      </w:hyperlink>
      <w:r>
        <w:t xml:space="preserve"> - Please view link - unable to able to access data</w:t>
      </w:r>
      <w:r/>
    </w:p>
    <w:p>
      <w:pPr>
        <w:pStyle w:val="ListNumber"/>
        <w:spacing w:line="240" w:lineRule="auto"/>
        <w:ind w:left="720"/>
      </w:pPr>
      <w:r/>
      <w:hyperlink r:id="rId10">
        <w:r>
          <w:rPr>
            <w:color w:val="0000EE"/>
            <w:u w:val="single"/>
          </w:rPr>
          <w:t>https://thetab.com/2026/01/08/heres-the-leader-of-the-straight-acting-brotherhood-the-members-club-for-insufferable-gays</w:t>
        </w:r>
      </w:hyperlink>
      <w:r>
        <w:t xml:space="preserve"> - An article discussing the Straight Acting Brotherhood, a club for men attracted to other men who reject traditional gay culture. The founder criticises aspects like Pride parades and nightlife, aiming to create a space for masculine, ambitious men who feel out of place in the LGBTQ+ community.</w:t>
      </w:r>
      <w:r/>
    </w:p>
    <w:p>
      <w:pPr>
        <w:pStyle w:val="ListNumber"/>
        <w:spacing w:line="240" w:lineRule="auto"/>
        <w:ind w:left="720"/>
      </w:pPr>
      <w:r/>
      <w:hyperlink r:id="rId11">
        <w:r>
          <w:rPr>
            <w:color w:val="0000EE"/>
            <w:u w:val="single"/>
          </w:rPr>
          <w:t>https://www.gaysonoma.com/2025/12/22/meet-the-new-straight-acting-brotherhood-club/</w:t>
        </w:r>
      </w:hyperlink>
      <w:r>
        <w:t xml:space="preserve"> - A report on the Straight Acting Brotherhood, a members' club for men attracted to other men but not identifying as gay. The club rejects labels like 'gay' and 'LGBTQ+', focusing on masculine men who prefer to avoid traditional gay culture.</w:t>
      </w:r>
      <w:r/>
    </w:p>
    <w:p>
      <w:pPr>
        <w:pStyle w:val="ListNumber"/>
        <w:spacing w:line="240" w:lineRule="auto"/>
        <w:ind w:left="720"/>
      </w:pPr>
      <w:r/>
      <w:hyperlink r:id="rId12">
        <w:r>
          <w:rPr>
            <w:color w:val="0000EE"/>
            <w:u w:val="single"/>
          </w:rPr>
          <w:t>https://www.queerty.com/this-straight-acting-club-might-be-the-gayest-most-embarrassing-thing-weve-ever-seen-20251223/</w:t>
        </w:r>
      </w:hyperlink>
      <w:r>
        <w:t xml:space="preserve"> - An opinion piece critiquing the Straight Acting Brotherhood, a club for men attracted to other men who reject the 'LGBTQ' label. The article highlights the founder's desire to distance from traditional gay culture, questioning the club's authenticity.</w:t>
      </w:r>
      <w:r/>
    </w:p>
    <w:p>
      <w:pPr>
        <w:pStyle w:val="ListNumber"/>
        <w:spacing w:line="240" w:lineRule="auto"/>
        <w:ind w:left="720"/>
      </w:pPr>
      <w:r/>
      <w:hyperlink r:id="rId13">
        <w:r>
          <w:rPr>
            <w:color w:val="0000EE"/>
            <w:u w:val="single"/>
          </w:rPr>
          <w:t>https://www.hypefresh.com/straight-acting-man-goes-viral-over-3000-private-club-for-masculine-men/</w:t>
        </w:r>
      </w:hyperlink>
      <w:r>
        <w:t xml:space="preserve"> - An article about Johnny Cutuli, the founder of the Straight Acting Brotherhood, a private club for masculine men attracted to other men but not identifying as gay. The club charges a $3,000 membership fee and rejects traditional gay culture.</w:t>
      </w:r>
      <w:r/>
    </w:p>
    <w:p>
      <w:pPr>
        <w:pStyle w:val="ListNumber"/>
        <w:spacing w:line="240" w:lineRule="auto"/>
        <w:ind w:left="720"/>
      </w:pPr>
      <w:r/>
      <w:hyperlink r:id="rId14">
        <w:r>
          <w:rPr>
            <w:color w:val="0000EE"/>
            <w:u w:val="single"/>
          </w:rPr>
          <w:t>https://en.wikipedia.org/wiki/G0y</w:t>
        </w:r>
      </w:hyperlink>
      <w:r>
        <w:t xml:space="preserve"> - An entry on the G0y subculture, where men attracted to other men do not identify as gay or bisexual. The movement, inspired by Ancient Greece, involves specific sexual practices and rejects certain aspects of gay culture.</w:t>
      </w:r>
      <w:r/>
    </w:p>
    <w:p>
      <w:pPr>
        <w:pStyle w:val="ListNumber"/>
        <w:spacing w:line="240" w:lineRule="auto"/>
        <w:ind w:left="720"/>
      </w:pPr>
      <w:r/>
      <w:hyperlink r:id="rId15">
        <w:r>
          <w:rPr>
            <w:color w:val="0000EE"/>
            <w:u w:val="single"/>
          </w:rPr>
          <w:t>https://en.wikipedia.org/wiki/My_Husband%27s_Not_Gay</w:t>
        </w:r>
      </w:hyperlink>
      <w:r>
        <w:t xml:space="preserve"> - A Wikipedia page about the 2015 reality television special 'My Husband's Not Gay', which follows Mormon men who are attracted to men but do not identify as gay, exploring their relationships and identities.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straight-acting-brotherhood-men-like-men/" TargetMode="External"/><Relationship Id="rId10" Type="http://schemas.openxmlformats.org/officeDocument/2006/relationships/hyperlink" Target="https://thetab.com/2026/01/08/heres-the-leader-of-the-straight-acting-brotherhood-the-members-club-for-insufferable-gays" TargetMode="External"/><Relationship Id="rId11" Type="http://schemas.openxmlformats.org/officeDocument/2006/relationships/hyperlink" Target="https://www.gaysonoma.com/2025/12/22/meet-the-new-straight-acting-brotherhood-club/" TargetMode="External"/><Relationship Id="rId12" Type="http://schemas.openxmlformats.org/officeDocument/2006/relationships/hyperlink" Target="https://www.queerty.com/this-straight-acting-club-might-be-the-gayest-most-embarrassing-thing-weve-ever-seen-20251223/" TargetMode="External"/><Relationship Id="rId13" Type="http://schemas.openxmlformats.org/officeDocument/2006/relationships/hyperlink" Target="https://www.hypefresh.com/straight-acting-man-goes-viral-over-3000-private-club-for-masculine-men/" TargetMode="External"/><Relationship Id="rId14" Type="http://schemas.openxmlformats.org/officeDocument/2006/relationships/hyperlink" Target="https://en.wikipedia.org/wiki/G0y" TargetMode="External"/><Relationship Id="rId15" Type="http://schemas.openxmlformats.org/officeDocument/2006/relationships/hyperlink" Target="https://en.wikipedia.org/wiki/My_Husband%27s_Not_G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