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Relationship Traits You Should Never Tolerate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cuffing season approaches, queer daters are weighing the habits and beliefs that can quietly wreck a relationship. From dishonesty and controlling behaviour to political values that clash with your identity, the most popular relationship deal-breakers often come down to one question: can you still feel safe, respected and fully yourself?</w:t>
      </w:r>
      <w:r/>
    </w:p>
    <w:p>
      <w:pPr>
        <w:pStyle w:val="Heading2"/>
      </w:pPr>
      <w:r>
        <w:t>The biggest deal-breakers aren't always dramatic</w:t>
      </w:r>
      <w:r/>
    </w:p>
    <w:p>
      <w:r/>
      <w:r>
        <w:t>A partner doesn't need to slam doors to make a relationship unbearable. Persistent lying, dismissive behaviour and a refusal to communicate can wear down trust just as effectively, often in smaller, harder-to-pin-down moments.</w:t>
      </w:r>
      <w:r/>
    </w:p>
    <w:p>
      <w:r/>
      <w:r>
        <w:t>Psychology Today has highlighted traits such as unreliability, selfishness and poor emotional regulation among the qualities people commonly find difficult in a partner. The appeal may fade quickly when every disagreement becomes a guessing game or an exhausting negotiation.</w:t>
      </w:r>
      <w:r/>
    </w:p>
    <w:p>
      <w:pPr>
        <w:pStyle w:val="Heading2"/>
      </w:pPr>
      <w:r>
        <w:t>Political values can become personal</w:t>
      </w:r>
      <w:r/>
    </w:p>
    <w:p>
      <w:r/>
      <w:r>
        <w:t>For many LGBTQ+ people, politics isn't simply a dinner-table preference. Views on rights, healthcare, equality and bodily autonomy can affect daily life, so a partner's political identity may feel inseparable from questions of safety and belonging.</w:t>
      </w:r>
      <w:r/>
    </w:p>
    <w:p>
      <w:r/>
      <w:r>
        <w:t>That helps explain why some queer respondents say a conservative or openly anti-LGBTQ+ partner would be an immediate no. You can compromise over where to spend the weekend. It is much harder to compromise on whether your relationship, community or identity deserves respect.</w:t>
      </w:r>
      <w:r/>
    </w:p>
    <w:p>
      <w:pPr>
        <w:pStyle w:val="Heading2"/>
      </w:pPr>
      <w:r>
        <w:t>Watch for control disguised as concern</w:t>
      </w:r>
      <w:r/>
    </w:p>
    <w:p>
      <w:r/>
      <w:r>
        <w:t>Jealousy can be romanticised as proof of devotion, but repeated monitoring, isolation from friends or pressure to share passwords are warning signs, not love letters. Guidance from Psych Central describes controlling patterns and the erosion of independence as common features of unhealthy relationships.</w:t>
      </w:r>
      <w:r/>
    </w:p>
    <w:p>
      <w:r/>
      <w:r>
        <w:t>The same applies to manipulation that leaves you constantly apologising, second-guessing yourself or trying to keep the peace. A relationship should have room for privacy, friendships and a separate inner life. Otherwise, even a sleek dating-app connection can start to feel like a locked room.</w:t>
      </w:r>
      <w:r/>
    </w:p>
    <w:p>
      <w:pPr>
        <w:pStyle w:val="Heading2"/>
      </w:pPr>
      <w:r>
        <w:t>Honesty matters, especially around relationship structures</w:t>
      </w:r>
      <w:r/>
    </w:p>
    <w:p>
      <w:r/>
      <w:r>
        <w:t>Different couples build relationships in different ways, including monogamous, open and polyamorous arrangements. The structure itself isn't the problem; secrecy, coercion and one-sided expectations are.</w:t>
      </w:r>
      <w:r/>
    </w:p>
    <w:p>
      <w:r/>
      <w:r>
        <w:t>Clear conversations about exclusivity, sex, dating apps and coming out need to happen before resentment takes over. Relationship advice from Messy Relations and Our Mental Health both points towards deception, disrespect and emotional manipulation as damaging patterns. If one partner wants openness while the other feels pressured into it, that's not a compromise. It's a consent problem wearing a very convincing hat.</w:t>
      </w:r>
      <w:r/>
    </w:p>
    <w:p>
      <w:pPr>
        <w:pStyle w:val="Heading2"/>
      </w:pPr>
      <w:r>
        <w:t>How to separate a flaw from a red flag</w:t>
      </w:r>
      <w:r/>
    </w:p>
    <w:p>
      <w:r/>
      <w:r>
        <w:t>Everyone has irritating habits. Someone can be late, overly picky about restaurants or hopeless at replying without being unsafe or unkind. The more useful test is whether the behaviour is occasional, acknowledged and open to change.</w:t>
      </w:r>
      <w:r/>
    </w:p>
    <w:p>
      <w:r/>
      <w:r>
        <w:t>The warning signs become more serious when a pattern is repeated, denied or turned back on you. Clever Dude's relationship guidance and Psych Central both point to behaviours such as contempt, blame-shifting and a lack of accountability as signs worth taking seriously. Trust your own reaction, too. If your stomach drops every time their name appears on your phone, your body may be noticing the pattern before your brain has finished making excuses.</w:t>
      </w:r>
      <w:r/>
    </w:p>
    <w:p>
      <w:pPr>
        <w:pStyle w:val="Heading2"/>
      </w:pPr>
      <w:r>
        <w:t>The real non-negotiable is respect</w:t>
      </w:r>
      <w:r/>
    </w:p>
    <w:p>
      <w:r/>
      <w:r>
        <w:t>There isn't one universal answer to the question of which trait is impossible to tolerate. For some people, it's political hostility. For others, it's dishonesty, emotional cruelty, addiction, prejudice or an unwillingness to communicate.</w:t>
      </w:r>
      <w:r/>
    </w:p>
    <w:p>
      <w:r/>
      <w:r>
        <w:t>What matters is knowing your own boundary before chemistry makes it blurry. Cuffing season can be fun, but being partnered isn't the prize if the cost is your peace.</w:t>
      </w:r>
      <w:r/>
    </w:p>
    <w:p>
      <w:r/>
      <w:r>
        <w:t>Choose the relationship that lets you remain fully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https://www.queerty.com/whats-one-trait-from-a-partner-that-you-could-never-tolerate-why-20261028/</w:t>
        </w:r>
      </w:hyperlink>
      <w:r>
        <w:t xml:space="preserve"> - Please view link - unable to able to access data</w:t>
      </w:r>
      <w:r/>
    </w:p>
    <w:p>
      <w:pPr>
        <w:pStyle w:val="ListNumber"/>
        <w:spacing w:line="240" w:lineRule="auto"/>
        <w:ind w:left="720"/>
      </w:pPr>
      <w:r/>
      <w:hyperlink r:id="rId10">
        <w:r>
          <w:rPr>
            <w:color w:val="0000EE"/>
            <w:u w:val="single"/>
          </w:rPr>
          <w:t>https://www.ourmental.health/toxic-and-fake/identifying-harmful-behaviors-in-relationship-dynamics</w:t>
        </w:r>
      </w:hyperlink>
      <w:r>
        <w:t xml:space="preserve"> - This article discusses various toxic traits in relationships, such as dishonesty, manipulation, constant criticism, and lack of support. It emphasizes the importance of recognising these signs early to maintain healthy connections and protect one's mental health. The piece highlights how toxic individuals may exhibit behaviours like gaslighting and emotional manipulation, undermining their partner's self-worth and autonomy. It also outlines key signs of toxic relationships, including constant criticism, manipulation, jealousy, lack of boundaries, and abuse, urging readers to be vigilant and self-aware to safeguard their emotional well-being.</w:t>
      </w:r>
      <w:r/>
    </w:p>
    <w:p>
      <w:pPr>
        <w:pStyle w:val="ListNumber"/>
        <w:spacing w:line="240" w:lineRule="auto"/>
        <w:ind w:left="720"/>
      </w:pPr>
      <w:r/>
      <w:hyperlink r:id="rId11">
        <w:r>
          <w:rPr>
            <w:color w:val="0000EE"/>
            <w:u w:val="single"/>
          </w:rPr>
          <w:t>https://www.psychologytoday.com/ca/blog/meet-catch-and-keep/202206/the-7-least-desirable-traits-in-a-relationship-partner</w:t>
        </w:r>
      </w:hyperlink>
      <w:r>
        <w:t xml:space="preserve"> - This article identifies seven primary dealbreakers in romantic relationships, focusing on personality and behavioural traits that are often undesirable. The traits include being unambitious, hostile, filthy, arrogant, clingy, unattractive, and untrustworthy. The piece discusses how these traits can negatively impact relationship dynamics and the importance of recognising them early. It also notes that the significance of these dealbreakers can vary depending on whether the relationship is short-term or long-term, highlighting the need for self-awareness and clear communication in romantic partnerships.</w:t>
      </w:r>
      <w:r/>
    </w:p>
    <w:p>
      <w:pPr>
        <w:pStyle w:val="ListNumber"/>
        <w:spacing w:line="240" w:lineRule="auto"/>
        <w:ind w:left="720"/>
      </w:pPr>
      <w:r/>
      <w:hyperlink r:id="rId12">
        <w:r>
          <w:rPr>
            <w:color w:val="0000EE"/>
            <w:u w:val="single"/>
          </w:rPr>
          <w:t>https://www.cleverdude.com/content/10-traits-that-make-a-partner-difficult-to-love/</w:t>
        </w:r>
      </w:hyperlink>
      <w:r>
        <w:t xml:space="preserve"> - This article outlines ten traits that can make a partner difficult to love, including emotional unavailability, chronic negativity, selfishness, dishonesty, and lack of empathy. It discusses how these behaviours can erode trust and intimacy in relationships, leading to emotional distress. The piece emphasises the importance of recognising and addressing these traits to foster healthier and more fulfilling partnerships. It also provides insights into how such behaviours can manifest and impact relationship dynamics, offering guidance on navigating these challenges.</w:t>
      </w:r>
      <w:r/>
    </w:p>
    <w:p>
      <w:pPr>
        <w:pStyle w:val="ListNumber"/>
        <w:spacing w:line="240" w:lineRule="auto"/>
        <w:ind w:left="720"/>
      </w:pPr>
      <w:r/>
      <w:hyperlink r:id="rId13">
        <w:r>
          <w:rPr>
            <w:color w:val="0000EE"/>
            <w:u w:val="single"/>
          </w:rPr>
          <w:t>https://www.themodestman.com/relationship-red-flags-to-never-ignore/</w:t>
        </w:r>
      </w:hyperlink>
      <w:r>
        <w:t xml:space="preserve"> - This article highlights 15 red flags in relationships that should never be ignored, such as lack of respect for boundaries, dishonesty, emotional unavailability, and controlling behaviour. It discusses how these toxic traits can undermine trust and safety over time, urging readers to recognise and address them promptly. The piece provides insights into how these behaviours can manifest and impact relationship dynamics, offering guidance on navigating these challenges to maintain healthy and fulfilling partnerships.</w:t>
      </w:r>
      <w:r/>
    </w:p>
    <w:p>
      <w:pPr>
        <w:pStyle w:val="ListNumber"/>
        <w:spacing w:line="240" w:lineRule="auto"/>
        <w:ind w:left="720"/>
      </w:pPr>
      <w:r/>
      <w:hyperlink r:id="rId15">
        <w:r>
          <w:rPr>
            <w:color w:val="0000EE"/>
            <w:u w:val="single"/>
          </w:rPr>
          <w:t>https://www.messyrelations.com/relationship/15-toxic-traits-in-a-relationship/</w:t>
        </w:r>
      </w:hyperlink>
      <w:r>
        <w:t xml:space="preserve"> - This article explores 15 common toxic traits in relationships, including lack of communication, controlling behaviour, jealousy, lack of empathy, and emotional unavailability. It discusses how these behaviours can poison the emotional well-being and happiness of those involved. The piece emphasises the importance of recognising and addressing these traits to build a strong and positive connection with one's partner. It also provides insights into how such behaviours can manifest and impact relationship dynamics, offering guidance on fostering healthier relationships.</w:t>
      </w:r>
      <w:r/>
    </w:p>
    <w:p>
      <w:pPr>
        <w:pStyle w:val="ListNumber"/>
        <w:spacing w:line="240" w:lineRule="auto"/>
        <w:ind w:left="720"/>
      </w:pPr>
      <w:r/>
      <w:hyperlink r:id="rId14">
        <w:r>
          <w:rPr>
            <w:color w:val="0000EE"/>
            <w:u w:val="single"/>
          </w:rPr>
          <w:t>https://www.psychcentral.com/relationships/signs-of-toxic-relationships</w:t>
        </w:r>
      </w:hyperlink>
      <w:r>
        <w:t xml:space="preserve"> - This article outlines eight signs of toxic relationships, such as dishonesty, lack of trust, disrespect, poor communication, and constant stress. It discusses how these signs can indicate underlying issues that may lead to emotional or physical harm. The piece emphasises the importance of recognising these signs early to protect one's mental health and well-being. It also provides guidance on how to address these issues and seek support to maintain healthy relationships.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ats-one-trait-from-a-partner-that-you-could-never-tolerate-why-20261028/" TargetMode="External"/><Relationship Id="rId10" Type="http://schemas.openxmlformats.org/officeDocument/2006/relationships/hyperlink" Target="https://www.ourmental.health/toxic-and-fake/identifying-harmful-behaviors-in-relationship-dynamics" TargetMode="External"/><Relationship Id="rId11" Type="http://schemas.openxmlformats.org/officeDocument/2006/relationships/hyperlink" Target="https://www.psychologytoday.com/ca/blog/meet-catch-and-keep/202206/the-7-least-desirable-traits-in-a-relationship-partner" TargetMode="External"/><Relationship Id="rId12" Type="http://schemas.openxmlformats.org/officeDocument/2006/relationships/hyperlink" Target="https://www.cleverdude.com/content/10-traits-that-make-a-partner-difficult-to-love/" TargetMode="External"/><Relationship Id="rId13" Type="http://schemas.openxmlformats.org/officeDocument/2006/relationships/hyperlink" Target="https://www.themodestman.com/relationship-red-flags-to-never-ignore/" TargetMode="External"/><Relationship Id="rId14" Type="http://schemas.openxmlformats.org/officeDocument/2006/relationships/hyperlink" Target="https://www.psychcentral.com/relationships/signs-of-toxic-relationships" TargetMode="External"/><Relationship Id="rId15" Type="http://schemas.openxmlformats.org/officeDocument/2006/relationships/hyperlink" Target="https://www.messyrelations.com/relationship/15-toxic-traits-in-a-relation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