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Christmas events at Woolwich Works in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London’s Woolwich Works is turning Christmas into a glittering, gloriously queer night out, with disco orchestras, drag cabaret, festive bingo, karaoke and a silent disco. The seasonal programme runs from late November through December at the Royal Arsenal, giving South-East London a lively alternative to the usual carols and mulled wine.</w:t>
      </w:r>
      <w:r/>
    </w:p>
    <w:p>
      <w:pPr>
        <w:pStyle w:val="Heading2"/>
      </w:pPr>
      <w:r>
        <w:t>Essential Takeaways</w:t>
      </w:r>
      <w:r/>
      <w:r/>
    </w:p>
    <w:p>
      <w:pPr>
        <w:pStyle w:val="ListBullet"/>
        <w:spacing w:line="240" w:lineRule="auto"/>
        <w:ind w:left="720"/>
      </w:pPr>
      <w:r/>
      <w:r>
        <w:rPr>
          <w:b/>
        </w:rPr>
        <w:t>Festivities begin on 28 November:</w:t>
      </w:r>
      <w:r>
        <w:t xml:space="preserve"> Brixton Chamber Orchestra gives disco classics a full orchestral makeover.</w:t>
      </w:r>
      <w:r/>
    </w:p>
    <w:p>
      <w:pPr>
        <w:pStyle w:val="ListBullet"/>
        <w:spacing w:line="240" w:lineRule="auto"/>
        <w:ind w:left="720"/>
      </w:pPr>
      <w:r/>
      <w:r>
        <w:rPr>
          <w:b/>
        </w:rPr>
        <w:t>Drag leads the December line-up:</w:t>
      </w:r>
      <w:r>
        <w:t xml:space="preserve"> Drag the Halls arrives on 10 December, followed by festive drag bingo on 11 December.</w:t>
      </w:r>
      <w:r/>
    </w:p>
    <w:p>
      <w:pPr>
        <w:pStyle w:val="ListBullet"/>
        <w:spacing w:line="240" w:lineRule="auto"/>
        <w:ind w:left="720"/>
      </w:pPr>
      <w:r/>
      <w:r>
        <w:rPr>
          <w:b/>
        </w:rPr>
        <w:t>Karaoke gets a seasonal twist:</w:t>
      </w:r>
      <w:r>
        <w:t xml:space="preserve"> The 18 December event includes an earlier slot for younger singers before becoming adults-only.</w:t>
      </w:r>
      <w:r/>
    </w:p>
    <w:p>
      <w:pPr>
        <w:pStyle w:val="ListBullet"/>
        <w:spacing w:line="240" w:lineRule="auto"/>
        <w:ind w:left="720"/>
      </w:pPr>
      <w:r/>
      <w:r>
        <w:rPr>
          <w:b/>
        </w:rPr>
        <w:t>Late-night dancing continues:</w:t>
      </w:r>
      <w:r>
        <w:t xml:space="preserve"> Santa’s Silent Disco takes over on 19 December with three DJs and festive anthems.</w:t>
      </w:r>
      <w:r/>
    </w:p>
    <w:p>
      <w:pPr>
        <w:pStyle w:val="ListBullet"/>
        <w:spacing w:line="240" w:lineRule="auto"/>
        <w:ind w:left="720"/>
      </w:pPr>
      <w:r/>
      <w:r>
        <w:rPr>
          <w:b/>
        </w:rPr>
        <w:t>The setting matters:</w:t>
      </w:r>
      <w:r>
        <w:t xml:space="preserve"> Woolwich Works brings the events to the historic Royal Arsenal, adding atmosphere before the first song or punchline.</w:t>
      </w:r>
      <w:r/>
      <w:r/>
    </w:p>
    <w:p>
      <w:pPr>
        <w:pStyle w:val="Heading2"/>
      </w:pPr>
      <w:r>
        <w:t>Woolwich Works is making Christmas feel wonderfully different</w:t>
      </w:r>
      <w:r/>
    </w:p>
    <w:p>
      <w:r/>
      <w:r>
        <w:t>Forget the predictable office party circuit. Christmas at Woolwich Works is built around big personalities, singalong energy and the kind of joyful chaos that makes a festive night memorable.</w:t>
      </w:r>
      <w:r/>
    </w:p>
    <w:p>
      <w:r/>
      <w:r>
        <w:t>The programme takes over the historic Royal Arsenal venue in Woolwich, with events ranging from live music to drag, comedy and audience participation. Woolwich Works’ Christmas listings present the season as a broad programme rather than a single headline show, so visitors can choose between a polished concert, a cabaret night or a dancefloor-led celebration.</w:t>
      </w:r>
      <w:r/>
    </w:p>
    <w:p>
      <w:r/>
      <w:r>
        <w:t>That variety is the real draw. One night might involve sequins and bingo cards, while the next swaps them for headphones and three competing DJ channels.</w:t>
      </w:r>
      <w:r/>
    </w:p>
    <w:p>
      <w:pPr>
        <w:pStyle w:val="Heading2"/>
      </w:pPr>
      <w:r>
        <w:t>Disco classics meet a 19-piece orchestra</w:t>
      </w:r>
      <w:r/>
    </w:p>
    <w:p>
      <w:r/>
      <w:r>
        <w:t>The season opens on 28 November with Disco Orchestrated from the Brixton Chamber Orchestra. The show reworks familiar disco anthems for a 19-piece ensemble and four vocalists, promising a fuller, more dramatic sound than the average festive playlist.</w:t>
      </w:r>
      <w:r/>
    </w:p>
    <w:p>
      <w:r/>
      <w:r>
        <w:t>According to Woolwich Works, the format is designed for movement as much as listening, with audiences encouraged to sing and dance along. It should suit anyone who likes their Christmas music with a little more bass, brass and glittering orchestral scale.</w:t>
      </w:r>
      <w:r/>
    </w:p>
    <w:p>
      <w:r/>
      <w:r>
        <w:t>There’s something appealing about hearing dancefloor favourites translated into concert-hall language. The result could be a smart starting point for the season, particularly for groups who want a party atmosphere without committing to a traditional club night.</w:t>
      </w:r>
      <w:r/>
    </w:p>
    <w:p>
      <w:pPr>
        <w:pStyle w:val="Heading2"/>
      </w:pPr>
      <w:r>
        <w:t>Drag the Halls brings local LGBTQ+ talent centre stage</w:t>
      </w:r>
      <w:r/>
    </w:p>
    <w:p>
      <w:r/>
      <w:r>
        <w:t>On 10 December, Drag the Halls puts LGBTQ+ Greenwich at the heart of the festive programme. The variety show combines drag queens and kings with burlesque, clowning, comedy and live singing, creating a mixed-format evening rather than a single-style cabaret.</w:t>
      </w:r>
      <w:r/>
    </w:p>
    <w:p>
      <w:r/>
      <w:r>
        <w:t>Woolwich Works describes the show as a celebration of local LGBTQ+ creativity and diversity. That community focus gives the event a warmer feel than a standard seasonal spectacular, while the mix of acts should keep the pace lively from one performance to the next.</w:t>
      </w:r>
      <w:r/>
    </w:p>
    <w:p>
      <w:r/>
      <w:r>
        <w:t>The following evening, Drag Bingo UK: Festive Edition adds games, performance and seasonal mischief to the calendar. As the venue’s event listing indicates, it’s a natural choice for groups who enjoy a little friendly competition with their entertainment, especially when the prizes and punchlines arrive together.</w:t>
      </w:r>
      <w:r/>
    </w:p>
    <w:p>
      <w:pPr>
        <w:pStyle w:val="Heading2"/>
      </w:pPr>
      <w:r>
        <w:t>Karaoke, bingo and a silent disco keep the party moving</w:t>
      </w:r>
      <w:r/>
    </w:p>
    <w:p>
      <w:r/>
      <w:r>
        <w:t>Karaoke at the Works – Christmas Special lands on 18 December, hosted by cabaret characters Binkie and Maud. The evening begins with a younger-singer-friendly session before moving into an adults-only singalong, making it one of the more flexible options in the programme.</w:t>
      </w:r>
      <w:r/>
    </w:p>
    <w:p>
      <w:r/>
      <w:r>
        <w:t>It’s an easy format to understand and a hard one to resist. Even people who insist they’re only coming to watch often find themselves holding the microphone by the second chorus, particularly when the songbook turns towards festive favourites.</w:t>
      </w:r>
      <w:r/>
    </w:p>
    <w:p>
      <w:r/>
      <w:r>
        <w:t>Then, on 19 December, Santa’s Silent Disco: Ages 18 to 118 offers three DJs and a choice of musical channels. Woolwich Works’ listing positions it as an inclusive, all-ages-in-the-adult-sense celebration, where guests can dance together while still choosing their own soundtrack.</w:t>
      </w:r>
      <w:r/>
    </w:p>
    <w:p>
      <w:pPr>
        <w:pStyle w:val="Heading2"/>
      </w:pPr>
      <w:r>
        <w:t>How to choose the right festive night out</w:t>
      </w:r>
      <w:r/>
    </w:p>
    <w:p>
      <w:r/>
      <w:r>
        <w:t>For a polished opening night, Disco Orchestrated is the obvious pick. Drag the Halls is better suited to anyone seeking live variety and local queer talent, while Drag Bingo is likely to appeal to groups who want a more interactive evening.</w:t>
      </w:r>
      <w:r/>
    </w:p>
    <w:p>
      <w:r/>
      <w:r>
        <w:t>Karaoke works well for people who prefer participation over watching from the sidelines. The silent disco, meanwhile, is the safest bet when a group can never agree on music. Three DJ channels mean fewer debates, although nobody can guarantee that your friends won’t still argue over the headphones.</w:t>
      </w:r>
      <w:r/>
    </w:p>
    <w:p>
      <w:r/>
      <w:r>
        <w:t>Check the official Woolwich Works event pages before booking, particularly for age guidance, timings, accessibility information and availability. Popular December events can fill quickly, and it’s worth planning travel in advance if you’re heading to the Royal Arsenal after work.</w:t>
      </w:r>
      <w:r/>
    </w:p>
    <w:p>
      <w:pPr>
        <w:pStyle w:val="Heading2"/>
      </w:pPr>
      <w:r>
        <w:t>A festive alternative with plenty of personality</w:t>
      </w:r>
      <w:r/>
    </w:p>
    <w:p>
      <w:r/>
      <w:r>
        <w:t>Woolwich Works’ Christmas programme reflects a wider appetite for events that feel social, expressive and a little less formal. It keeps the familiar ingredients of the season, music, laughter, dressing up and gathering together, but gives them a distinctly queer and community-minded spin.</w:t>
      </w:r>
      <w:r/>
    </w:p>
    <w:p>
      <w:r/>
      <w:r>
        <w:t>That makes the line-up feel more than a collection of nights out. It’s a reminder that festive traditions don’t have to look the same every year, and sometimes the best Christmas memory starts with a bingo card, a karaoke microphone or a pair of glowing headphones.</w:t>
      </w:r>
      <w:r/>
    </w:p>
    <w:p>
      <w:r/>
      <w:r>
        <w:t>A glittering December at Woolwich Works could be just the antidote to another ordinary Christmas party.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Paragraph 7: </w:t>
      </w:r>
      <w:hyperlink r:id="rId13">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Paragraph 10: </w:t>
      </w:r>
      <w:hyperlink r:id="rId14">
        <w:r>
          <w:rPr>
            <w:color w:val="0000EE"/>
            <w:u w:val="single"/>
          </w:rPr>
          <w:t>[7]</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5">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3">
        <w:r>
          <w:rPr>
            <w:color w:val="0000EE"/>
            <w:u w:val="single"/>
          </w:rPr>
          <w:t>[6]</w:t>
        </w:r>
      </w:hyperlink>
      <w:r>
        <w:t xml:space="preserve">- Paragraph 17: </w:t>
      </w:r>
      <w:hyperlink r:id="rId10">
        <w:r>
          <w:rPr>
            <w:color w:val="0000EE"/>
            <w:u w:val="single"/>
          </w:rPr>
          <w:t>[2]</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5">
        <w:r>
          <w:rPr>
            <w:color w:val="0000EE"/>
            <w:u w:val="single"/>
          </w:rPr>
          <w:t>[3]</w:t>
        </w:r>
      </w:hyperlink>
      <w:r>
        <w:t xml:space="preserve">- Paragraph 19: </w:t>
      </w:r>
      <w:hyperlink r:id="rId11">
        <w:r>
          <w:rPr>
            <w:color w:val="0000EE"/>
            <w:u w:val="single"/>
          </w:rPr>
          <w:t>[4]</w:t>
        </w:r>
      </w:hyperlink>
      <w:r>
        <w:t xml:space="preserve">, </w:t>
      </w:r>
      <w:hyperlink r:id="rId12">
        <w:r>
          <w:rPr>
            <w:color w:val="0000EE"/>
            <w:u w:val="single"/>
          </w:rPr>
          <w:t>[5]</w:t>
        </w:r>
      </w:hyperlink>
      <w:r>
        <w:t xml:space="preserve">- Paragraph 20: </w:t>
      </w:r>
      <w:hyperlink r:id="rId10">
        <w:r>
          <w:rPr>
            <w:color w:val="0000EE"/>
            <w:u w:val="single"/>
          </w:rPr>
          <w:t>[2]</w:t>
        </w:r>
      </w:hyperlink>
      <w:r>
        <w:t xml:space="preserve">, </w:t>
      </w:r>
      <w:hyperlink r:id="rId13">
        <w:r>
          <w:rPr>
            <w:color w:val="0000EE"/>
            <w:u w:val="single"/>
          </w:rPr>
          <w:t>[6]</w:t>
        </w:r>
      </w:hyperlink>
      <w:r>
        <w:t xml:space="preserve">- Paragraph 21: </w:t>
      </w:r>
      <w:hyperlink r:id="rId10">
        <w:r>
          <w:rPr>
            <w:color w:val="0000EE"/>
            <w:u w:val="single"/>
          </w:rPr>
          <w:t>[2]</w:t>
        </w:r>
      </w:hyperlink>
      <w:r>
        <w:t xml:space="preserve">, </w:t>
      </w:r>
      <w:hyperlink r:id="rId14">
        <w:r>
          <w:rPr>
            <w:color w:val="0000EE"/>
            <w:u w:val="single"/>
          </w:rPr>
          <w:t>[7]</w:t>
        </w:r>
      </w:hyperlink>
      <w:r>
        <w:t xml:space="preserve">- Paragraph 22: </w:t>
      </w:r>
      <w:hyperlink r:id="rId10">
        <w:r>
          <w:rPr>
            <w:color w:val="0000EE"/>
            <w:u w:val="single"/>
          </w:rPr>
          <w:t>[2]</w:t>
        </w:r>
      </w:hyperlink>
      <w:r>
        <w:t xml:space="preserve">, </w:t>
      </w:r>
      <w:hyperlink r:id="rId15">
        <w:r>
          <w:rPr>
            <w:color w:val="0000EE"/>
            <w:u w:val="single"/>
          </w:rPr>
          <w:t>[3]</w:t>
        </w:r>
      </w:hyperlink>
      <w:r>
        <w:t xml:space="preserve">- Paragraph 23: </w:t>
      </w:r>
      <w:hyperlink r:id="rId10">
        <w:r>
          <w:rPr>
            <w:color w:val="0000EE"/>
            <w:u w:val="single"/>
          </w:rPr>
          <w:t>[2]</w:t>
        </w:r>
      </w:hyperlink>
      <w:r>
        <w:t xml:space="preserve">, </w:t>
      </w:r>
      <w:hyperlink r:id="rId12">
        <w:r>
          <w:rPr>
            <w:color w:val="0000EE"/>
            <w:u w:val="single"/>
          </w:rPr>
          <w:t>[5]</w:t>
        </w:r>
      </w:hyperlink>
      <w:r>
        <w:t xml:space="preserve">- Paragraph 24: </w:t>
      </w:r>
      <w:hyperlink r:id="rId10">
        <w:r>
          <w:rPr>
            <w:color w:val="0000EE"/>
            <w:u w:val="single"/>
          </w:rPr>
          <w:t>[2]</w:t>
        </w:r>
      </w:hyperlink>
      <w:r>
        <w:t xml:space="preserve">, </w:t>
      </w:r>
      <w:hyperlink r:id="rId11">
        <w:r>
          <w:rPr>
            <w:color w:val="0000EE"/>
            <w:u w:val="single"/>
          </w:rPr>
          <w:t>[4]</w:t>
        </w:r>
      </w:hyperlink>
      <w:r>
        <w:t xml:space="preserve">- Paragraph 25: </w:t>
      </w:r>
      <w:hyperlink r:id="rId10">
        <w:r>
          <w:rPr>
            <w:color w:val="0000EE"/>
            <w:u w:val="single"/>
          </w:rPr>
          <w:t>[2]</w:t>
        </w:r>
      </w:hyperlink>
      <w:r>
        <w:t xml:space="preserve">, </w:t>
      </w:r>
      <w:hyperlink r:id="rId13">
        <w:r>
          <w:rPr>
            <w:color w:val="0000EE"/>
            <w:u w:val="single"/>
          </w:rPr>
          <w:t>[6]</w:t>
        </w:r>
      </w:hyperlink>
      <w:r>
        <w:t xml:space="preserve">- Paragraph 26: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https://www.qxmagazine.com/2026/10/a-queer-christmas-at-woolwich-works/</w:t>
        </w:r>
      </w:hyperlink>
      <w:r>
        <w:t xml:space="preserve"> - Please view link - unable to able to access data</w:t>
      </w:r>
      <w:r/>
    </w:p>
    <w:p>
      <w:pPr>
        <w:pStyle w:val="ListNumber"/>
        <w:spacing w:line="240" w:lineRule="auto"/>
        <w:ind w:left="720"/>
      </w:pPr>
      <w:r/>
      <w:hyperlink r:id="rId10">
        <w:r>
          <w:rPr>
            <w:color w:val="0000EE"/>
            <w:u w:val="single"/>
          </w:rPr>
          <w:t>https://www.woolwich.works/christmas</w:t>
        </w:r>
      </w:hyperlink>
      <w:r>
        <w:t xml:space="preserve"> - Woolwich Works has announced its 2026 Christmas programme, featuring a variety of events from 22 November to 31 December. Highlights include the National Children’s Orchestras Winter Concert on 22 November, a sneak preview of Santa's Grotto on 27 November, and the Brixton Chamber Orchestra's 'Disco Orchestrated' on 28 November. The festive season also features performances of 'The Magic Flute' and 'A Christmas Carol', as well as events like Drag the Halls, Drag Bingo UK: Festive Edition, and Santa's Silent Disco. Tickets are available for various events, with prices starting from £9.50. (</w:t>
      </w:r>
      <w:hyperlink r:id="rId16">
        <w:r>
          <w:rPr>
            <w:color w:val="0000EE"/>
            <w:u w:val="single"/>
          </w:rPr>
          <w:t>woolwich.works</w:t>
        </w:r>
      </w:hyperlink>
      <w:r>
        <w:t>)</w:t>
      </w:r>
      <w:r/>
    </w:p>
    <w:p>
      <w:pPr>
        <w:pStyle w:val="ListNumber"/>
        <w:spacing w:line="240" w:lineRule="auto"/>
        <w:ind w:left="720"/>
      </w:pPr>
      <w:r/>
      <w:hyperlink r:id="rId15">
        <w:r>
          <w:rPr>
            <w:color w:val="0000EE"/>
            <w:u w:val="single"/>
          </w:rPr>
          <w:t>https://www.woolwich.works/santas-grotto</w:t>
        </w:r>
      </w:hyperlink>
      <w:r>
        <w:t xml:space="preserve"> - Santa's Grotto at Woolwich Works returns for Christmas 2026, offering a magical experience for families. The Grotto will be open on select dates from 27 November to 23 December, with tickets starting from £9.50. Visitors can enjoy festive activities, meet Santa, and receive a special Christmas gift. Quiet sessions and dog-only sessions are also available. (</w:t>
      </w:r>
      <w:hyperlink r:id="rId17">
        <w:r>
          <w:rPr>
            <w:color w:val="0000EE"/>
            <w:u w:val="single"/>
          </w:rPr>
          <w:t>woolwich.works</w:t>
        </w:r>
      </w:hyperlink>
      <w:r>
        <w:t>)</w:t>
      </w:r>
      <w:r/>
    </w:p>
    <w:p>
      <w:pPr>
        <w:pStyle w:val="ListNumber"/>
        <w:spacing w:line="240" w:lineRule="auto"/>
        <w:ind w:left="720"/>
      </w:pPr>
      <w:r/>
      <w:hyperlink r:id="rId11">
        <w:r>
          <w:rPr>
            <w:color w:val="0000EE"/>
            <w:u w:val="single"/>
          </w:rPr>
          <w:t>https://www.woolwich.works/events/brixton-chamber-orchestra-disco-orchestrated</w:t>
        </w:r>
      </w:hyperlink>
      <w:r>
        <w:t xml:space="preserve"> - The Brixton Chamber Orchestra presents 'Disco Orchestrated' at Woolwich Works on 28 November 2026. This event features a 19-piece ensemble and four vocalists, reimagining classic disco hits in a live orchestral setting. The concert promises an evening of dancing, singing, and holiday cheer. Tickets are available, with prices starting from £18. (</w:t>
      </w:r>
      <w:hyperlink r:id="rId18">
        <w:r>
          <w:rPr>
            <w:color w:val="0000EE"/>
            <w:u w:val="single"/>
          </w:rPr>
          <w:t>woolwich.works</w:t>
        </w:r>
      </w:hyperlink>
      <w:r>
        <w:t>)</w:t>
      </w:r>
      <w:r/>
    </w:p>
    <w:p>
      <w:pPr>
        <w:pStyle w:val="ListNumber"/>
        <w:spacing w:line="240" w:lineRule="auto"/>
        <w:ind w:left="720"/>
      </w:pPr>
      <w:r/>
      <w:hyperlink r:id="rId12">
        <w:r>
          <w:rPr>
            <w:color w:val="0000EE"/>
            <w:u w:val="single"/>
          </w:rPr>
          <w:t>https://www.woolwich.works/events/drag-the-halls-2026</w:t>
        </w:r>
      </w:hyperlink>
      <w:r>
        <w:t xml:space="preserve"> - Drag the Halls returns to Woolwich Works on 10 December 2026, presented by LGBTQ+ Greenwich. This vibrant cabaret variety show features drag queens, kings, and various performers alongside burlesque, clowning, comedy, and live singing. The event celebrates the creativity and diversity of the local LGBTQ+ community. Tickets are available, with prices starting from £11.50. (</w:t>
      </w:r>
      <w:hyperlink r:id="rId16">
        <w:r>
          <w:rPr>
            <w:color w:val="0000EE"/>
            <w:u w:val="single"/>
          </w:rPr>
          <w:t>woolwich.works</w:t>
        </w:r>
      </w:hyperlink>
      <w:r>
        <w:t>)</w:t>
      </w:r>
      <w:r/>
    </w:p>
    <w:p>
      <w:pPr>
        <w:pStyle w:val="ListNumber"/>
        <w:spacing w:line="240" w:lineRule="auto"/>
        <w:ind w:left="720"/>
      </w:pPr>
      <w:r/>
      <w:hyperlink r:id="rId13">
        <w:r>
          <w:rPr>
            <w:color w:val="0000EE"/>
            <w:u w:val="single"/>
          </w:rPr>
          <w:t>https://www.woolwich.works/events/drag-bingo-uk-festive-edition</w:t>
        </w:r>
      </w:hyperlink>
      <w:r>
        <w:t xml:space="preserve"> - Drag Bingo UK: Festive Edition takes place at Woolwich Works on 11 December 2026. This lively event blends bingo with drag entertainment and seasonal fun, offering a unique and entertaining experience. Tickets are available, with prices starting from £25. (</w:t>
      </w:r>
      <w:hyperlink r:id="rId16">
        <w:r>
          <w:rPr>
            <w:color w:val="0000EE"/>
            <w:u w:val="single"/>
          </w:rPr>
          <w:t>woolwich.works</w:t>
        </w:r>
      </w:hyperlink>
      <w:r>
        <w:t>)</w:t>
      </w:r>
      <w:r/>
    </w:p>
    <w:p>
      <w:pPr>
        <w:pStyle w:val="ListNumber"/>
        <w:spacing w:line="240" w:lineRule="auto"/>
        <w:ind w:left="720"/>
      </w:pPr>
      <w:r/>
      <w:hyperlink r:id="rId14">
        <w:r>
          <w:rPr>
            <w:color w:val="0000EE"/>
            <w:u w:val="single"/>
          </w:rPr>
          <w:t>https://www.woolwich.works/events/santas-silent-disco-ages-18-to-118</w:t>
        </w:r>
      </w:hyperlink>
      <w:r>
        <w:t xml:space="preserve"> - Santa’s Silent Disco: Ages 18 to 118 is scheduled for 19 December 2026 at Woolwich Works. The event features three DJs playing festive anthems, providing an opportunity to dance and celebrate with friends before Christmas. Tickets are available, with prices starting from £17.50. (</w:t>
      </w:r>
      <w:hyperlink r:id="rId16">
        <w:r>
          <w:rPr>
            <w:color w:val="0000EE"/>
            <w:u w:val="single"/>
          </w:rPr>
          <w:t>woolwich.works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10/a-queer-christmas-at-woolwich-works/" TargetMode="External"/><Relationship Id="rId10" Type="http://schemas.openxmlformats.org/officeDocument/2006/relationships/hyperlink" Target="https://www.woolwich.works/christmas" TargetMode="External"/><Relationship Id="rId11" Type="http://schemas.openxmlformats.org/officeDocument/2006/relationships/hyperlink" Target="https://www.woolwich.works/events/brixton-chamber-orchestra-disco-orchestrated" TargetMode="External"/><Relationship Id="rId12" Type="http://schemas.openxmlformats.org/officeDocument/2006/relationships/hyperlink" Target="https://www.woolwich.works/events/drag-the-halls-2026" TargetMode="External"/><Relationship Id="rId13" Type="http://schemas.openxmlformats.org/officeDocument/2006/relationships/hyperlink" Target="https://www.woolwich.works/events/drag-bingo-uk-festive-edition" TargetMode="External"/><Relationship Id="rId14" Type="http://schemas.openxmlformats.org/officeDocument/2006/relationships/hyperlink" Target="https://www.woolwich.works/events/santas-silent-disco-ages-18-to-118" TargetMode="External"/><Relationship Id="rId15" Type="http://schemas.openxmlformats.org/officeDocument/2006/relationships/hyperlink" Target="https://www.woolwich.works/santas-grotto" TargetMode="External"/><Relationship Id="rId16" Type="http://schemas.openxmlformats.org/officeDocument/2006/relationships/hyperlink" Target="https://www.woolwich.works/christmas?utm_source=openai" TargetMode="External"/><Relationship Id="rId17" Type="http://schemas.openxmlformats.org/officeDocument/2006/relationships/hyperlink" Target="https://www.woolwich.works/santas-grotto?utm_source=openai" TargetMode="External"/><Relationship Id="rId18" Type="http://schemas.openxmlformats.org/officeDocument/2006/relationships/hyperlink" Target="https://www.woolwich.works/events/brixton-chamber-orchestra-disco-orchestrate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