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books to read during LGBTQ+ History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queer books during LGBTQ+ History Month are finding plenty of choice beyond straightforward romance. From glamorous Hollywood drama to layered bisexual representation, these titles offer emotional stories, complicated characters and historical context, making them memorable picks for a thoughtful reading list.</w:t>
      </w:r>
      <w:r/>
    </w:p>
    <w:p>
      <w:pPr>
        <w:pStyle w:val="Heading2"/>
      </w:pPr>
      <w:r>
        <w:t>Essential takeaways</w:t>
      </w:r>
      <w:r/>
      <w:r/>
    </w:p>
    <w:p>
      <w:pPr>
        <w:pStyle w:val="ListBullet"/>
        <w:spacing w:line="240" w:lineRule="auto"/>
        <w:ind w:left="720"/>
      </w:pPr>
      <w:r/>
      <w:r>
        <w:rPr>
          <w:b/>
        </w:rPr>
        <w:t>A standout starting point:</w:t>
      </w:r>
      <w:r>
        <w:t xml:space="preserve"> </w:t>
      </w:r>
      <w:r>
        <w:rPr>
          <w:i/>
        </w:rPr>
        <w:t>The Seven Husbands of Evelyn Hugo</w:t>
      </w:r>
      <w:r>
        <w:t xml:space="preserve"> combines celebrity glamour, complicated love and bisexual representation.</w:t>
      </w:r>
      <w:r/>
    </w:p>
    <w:p>
      <w:pPr>
        <w:pStyle w:val="ListBullet"/>
        <w:spacing w:line="240" w:lineRule="auto"/>
        <w:ind w:left="720"/>
      </w:pPr>
      <w:r/>
      <w:r>
        <w:rPr>
          <w:b/>
        </w:rPr>
        <w:t>Expect emotional depth:</w:t>
      </w:r>
      <w:r>
        <w:t xml:space="preserve"> The novel explores identity, secrecy and the pressures of public image rather than offering a simple romance.</w:t>
      </w:r>
      <w:r/>
    </w:p>
    <w:p>
      <w:pPr>
        <w:pStyle w:val="ListBullet"/>
        <w:spacing w:line="240" w:lineRule="auto"/>
        <w:ind w:left="720"/>
      </w:pPr>
      <w:r/>
      <w:r>
        <w:rPr>
          <w:b/>
        </w:rPr>
        <w:t>Its structure keeps pages turning:</w:t>
      </w:r>
      <w:r>
        <w:t xml:space="preserve"> A journalist uncovers an ageing star's life through a revealing interview.</w:t>
      </w:r>
      <w:r/>
    </w:p>
    <w:p>
      <w:pPr>
        <w:pStyle w:val="ListBullet"/>
        <w:spacing w:line="240" w:lineRule="auto"/>
        <w:ind w:left="720"/>
      </w:pPr>
      <w:r/>
      <w:r>
        <w:rPr>
          <w:b/>
        </w:rPr>
        <w:t>The story has wider resonance:</w:t>
      </w:r>
      <w:r>
        <w:t xml:space="preserve"> Readers and critics have discussed its approach to queer storytelling and bisexual visibility.</w:t>
      </w:r>
      <w:r/>
    </w:p>
    <w:p>
      <w:pPr>
        <w:pStyle w:val="ListBullet"/>
        <w:spacing w:line="240" w:lineRule="auto"/>
        <w:ind w:left="720"/>
      </w:pPr>
      <w:r/>
      <w:r>
        <w:rPr>
          <w:b/>
        </w:rPr>
        <w:t>More than a book trend:</w:t>
      </w:r>
      <w:r>
        <w:t xml:space="preserve"> Its continuing popularity has fuelled fresh interest in adaptations and Taylor Jenkins Reid's wider work.</w:t>
      </w:r>
      <w:r/>
      <w:r/>
    </w:p>
    <w:p>
      <w:pPr>
        <w:pStyle w:val="Heading2"/>
      </w:pPr>
      <w:r>
        <w:t>Why this queer novel still commands attention</w:t>
      </w:r>
      <w:r/>
    </w:p>
    <w:p>
      <w:r/>
      <w:r>
        <w:t xml:space="preserve">Some books arrive with a soft glow around them, and </w:t>
      </w:r>
      <w:r>
        <w:rPr>
          <w:i/>
        </w:rPr>
        <w:t>The Seven Husbands of Evelyn Hugo</w:t>
      </w:r>
      <w:r>
        <w:t xml:space="preserve"> has become one of those titles. Taylor Jenkins Reid's novel follows Monique Grant, a relatively unknown journalist chosen to record the life story of Evelyn Hugo, a famously private former Hollywood star.</w:t>
      </w:r>
      <w:r/>
    </w:p>
    <w:p>
      <w:r/>
      <w:r>
        <w:t>The setup is deliciously dramatic, but the appeal isn't just old-Hollywood sparkle. As the interview unfolds, Evelyn's carefully managed public image begins to crack, revealing a life shaped by ambition, desire and difficult compromises. The University of Sheffield's discussion of the novel highlights how its celebrity framework creates space for a deeper examination of identity and representation.</w:t>
      </w:r>
      <w:r/>
    </w:p>
    <w:p>
      <w:r/>
      <w:r>
        <w:t>That balance helps explain why the book works for both romance readers and people drawn to character-led historical fiction. It's glossy on the surface, yet quietly bruising underneath. (Sources: University of Sheffield, Tufts Daily.)</w:t>
      </w:r>
      <w:r/>
    </w:p>
    <w:p>
      <w:pPr>
        <w:pStyle w:val="Heading2"/>
      </w:pPr>
      <w:r>
        <w:t>A celebrity story with a more complicated centre</w:t>
      </w:r>
      <w:r/>
    </w:p>
    <w:p>
      <w:r/>
      <w:r>
        <w:t>Evelyn's sexuality isn't treated as a neat label that solves everything. Instead, the novel presents bisexuality as part of a full, sometimes contradictory life, which has helped make the book especially meaningful to many readers.</w:t>
      </w:r>
      <w:r/>
    </w:p>
    <w:p>
      <w:r/>
      <w:r>
        <w:t>Bi.org has examined the novel's bisexual representation, while SuperSummary places the story within the wider tradition of Hollywood narratives shaped by concealment and reinvention. That context matters because Evelyn's choices are influenced not only by romance, but also by a film industry that rewards secrecy and punishes anything it considers inconvenient.</w:t>
      </w:r>
      <w:r/>
    </w:p>
    <w:p>
      <w:r/>
      <w:r>
        <w:t>In other words, the seven husbands are part of the spectacle, but they aren't the whole story. The real drama lies in who gets to be visible, who must perform respectability and what people risk when they tell the truth. (Sources: Bi.org, SuperSummary, Tufts Daily.)</w:t>
      </w:r>
      <w:r/>
    </w:p>
    <w:p>
      <w:pPr>
        <w:pStyle w:val="Heading2"/>
      </w:pPr>
      <w:r>
        <w:t>The journalist-and-star pairing keeps the plot moving</w:t>
      </w:r>
      <w:r/>
    </w:p>
    <w:p>
      <w:r/>
      <w:r>
        <w:t>The novel's dual focus gives it a pleasing push and pull. Monique wants answers, while Evelyn controls the pace and decides when each revelation arrives. Their relationship gradually becomes as important as the glamorous memories being recorded.</w:t>
      </w:r>
      <w:r/>
    </w:p>
    <w:p>
      <w:r/>
      <w:r>
        <w:t>That structure also makes the book easy to recommend to readers who enjoy a mystery threaded through their historical fiction. You aren't simply watching a famous woman remember the past; you're waiting to understand why she selected this particular journalist and what she has been holding back.</w:t>
      </w:r>
      <w:r/>
    </w:p>
    <w:p>
      <w:r/>
      <w:r>
        <w:t>The result is a page-turner with plenty to discuss afterwards, from ambition and ageing to race, sexuality and the stories public figures construct around themselves. Marie Claire's coverage of Reid's work similarly points to the author's talent for combining accessible storytelling with emotionally weighty themes. (Sources: Tufts Daily, Marie Claire, SuperSummary.)</w:t>
      </w:r>
      <w:r/>
    </w:p>
    <w:p>
      <w:pPr>
        <w:pStyle w:val="Heading2"/>
      </w:pPr>
      <w:r>
        <w:t>How it compares with other queer reading choices</w:t>
      </w:r>
      <w:r/>
    </w:p>
    <w:p>
      <w:r/>
      <w:r>
        <w:t>For LGBTQ+ History Month, this is a strong pick if you want something polished, dramatic and relatively easy to get into. It may suit readers who prefer sweeping relationships and famous settings, while those seeking a more overtly historical or activist text might want to pair it with another book.</w:t>
      </w:r>
      <w:r/>
    </w:p>
    <w:p>
      <w:r/>
      <w:r>
        <w:t>Its particular strength is its accessibility. The Hollywood setting draws readers in quickly, then the novel introduces more complicated questions about bisexual identity, social expectations and the cost of reinvention. That makes it a useful bridge between mainstream commercial fiction and queer literary conversation.</w:t>
      </w:r>
      <w:r/>
    </w:p>
    <w:p>
      <w:r/>
      <w:r>
        <w:t>There are caveats, naturally. The book is emotionally intense, and its portrayal of secrecy and discrimination can be difficult. Still, the combination of page-turning drama and representation is precisely why it continues to inspire debate rather than disappearing after its initial success. (Sources: Bi.org, Tufts Daily, University of Sheffield.)</w:t>
      </w:r>
      <w:r/>
    </w:p>
    <w:p>
      <w:pPr>
        <w:pStyle w:val="Heading2"/>
      </w:pPr>
      <w:r>
        <w:t>Why the story continues beyond the page</w:t>
      </w:r>
      <w:r/>
    </w:p>
    <w:p>
      <w:r/>
      <w:r>
        <w:t xml:space="preserve">Interest in </w:t>
      </w:r>
      <w:r>
        <w:rPr>
          <w:i/>
        </w:rPr>
        <w:t>The Seven Husbands of Evelyn Hugo</w:t>
      </w:r>
      <w:r>
        <w:t xml:space="preserve"> has remained strong partly because its themes are so adaptable. Readers have embraced the novel online, book clubs continue to revisit its central relationships and a screen adaptation has kept the title in the cultural conversation.</w:t>
      </w:r>
      <w:r/>
    </w:p>
    <w:p>
      <w:r/>
      <w:r>
        <w:t>Marie Claire's reporting on the planned film version reflects that ongoing appetite. Adaptation news can bring a book to a much wider audience, although longtime readers will inevitably wonder which emotional details will survive the journey to the screen.</w:t>
      </w:r>
      <w:r/>
    </w:p>
    <w:p>
      <w:r/>
      <w:r>
        <w:t>For now, the novel remains an inviting place to begin a queer reading list. It's dramatic enough to pull you in, but layered enough to leave you thinking about identity long after the final page. (Sources: Marie Claire, Tufts Daily, University of Sheffield.)</w:t>
      </w:r>
      <w:r/>
    </w:p>
    <w:p>
      <w:r/>
      <w:r>
        <w:t>A glamorous story can still ask serious questions, and this one does both with remarkable ease.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https://www.hercampus.com/school/fsu/culture-my-top-5-favorite-queer-books-to-read-during-lgbtq-history-month/</w:t>
        </w:r>
      </w:hyperlink>
      <w:r>
        <w:t xml:space="preserve"> - Please view link - unable to able to access data</w:t>
      </w:r>
      <w:r/>
    </w:p>
    <w:p>
      <w:pPr>
        <w:pStyle w:val="ListNumber"/>
        <w:spacing w:line="240" w:lineRule="auto"/>
        <w:ind w:left="720"/>
      </w:pPr>
      <w:r/>
      <w:hyperlink r:id="rId10">
        <w:r>
          <w:rPr>
            <w:color w:val="0000EE"/>
            <w:u w:val="single"/>
          </w:rPr>
          <w:t>https://www.tuftsdaily.com/article/2022/10/queeries-the-seven-husbands-of-evelyn-hugo-showcases-a-new-form-of-queer-storytelling</w:t>
        </w:r>
      </w:hyperlink>
      <w:r>
        <w:t xml:space="preserve"> - An article from The Tufts Daily discusses how 'The Seven Husbands of Evelyn Hugo' presents a new form of queer storytelling. The novel follows Evelyn Hugo, a reclusive former Hollywood star, as she recounts her life and seven marriages, revealing her enduring love for fellow actress Celia St. James. The piece highlights the book's exploration of bisexuality and its impact on queer literature.</w:t>
      </w:r>
      <w:r/>
    </w:p>
    <w:p>
      <w:pPr>
        <w:pStyle w:val="ListNumber"/>
        <w:spacing w:line="240" w:lineRule="auto"/>
        <w:ind w:left="720"/>
      </w:pPr>
      <w:r/>
      <w:hyperlink r:id="rId12">
        <w:r>
          <w:rPr>
            <w:color w:val="0000EE"/>
            <w:u w:val="single"/>
          </w:rPr>
          <w:t>https://bi.org/en/bi-media/the-seven-husbands-of-evelyn-hugo/</w:t>
        </w:r>
      </w:hyperlink>
      <w:r>
        <w:t xml:space="preserve"> - Bi.org provides an analysis of 'The Seven Husbands of Evelyn Hugo,' focusing on the protagonist's bisexuality. The article examines Evelyn's relationships, including her love for actress Celia St. James, and discusses themes of bi erasure and the challenges of living as a bisexual woman in Hollywood during the mid-20th century.</w:t>
      </w:r>
      <w:r/>
    </w:p>
    <w:p>
      <w:pPr>
        <w:pStyle w:val="ListNumber"/>
        <w:spacing w:line="240" w:lineRule="auto"/>
        <w:ind w:left="720"/>
      </w:pPr>
      <w:r/>
      <w:hyperlink r:id="rId11">
        <w:r>
          <w:rPr>
            <w:color w:val="0000EE"/>
            <w:u w:val="single"/>
          </w:rPr>
          <w:t>https://www.supersummary.com/the-seven-husbands-of-evelyn-hugo/background/</w:t>
        </w:r>
      </w:hyperlink>
      <w:r>
        <w:t xml:space="preserve"> - SuperSummary offers a background analysis of 'The Seven Husbands of Evelyn Hugo,' contextualising the novel within the sociohistorical landscape of the 1960s. The piece explores the challenges faced by LGBTQ+ individuals during this era, including legal restrictions and societal discrimination, and how these issues are reflected in the novel's characters and narrative.</w:t>
      </w:r>
      <w:r/>
    </w:p>
    <w:p>
      <w:pPr>
        <w:pStyle w:val="ListNumber"/>
        <w:spacing w:line="240" w:lineRule="auto"/>
        <w:ind w:left="720"/>
      </w:pPr>
      <w:r/>
      <w:hyperlink r:id="rId13">
        <w:r>
          <w:rPr>
            <w:color w:val="0000EE"/>
            <w:u w:val="single"/>
          </w:rPr>
          <w:t>https://sheffield.ac.uk/english/undergraduate/blog/seven-husbands-evelyn-hugo</w:t>
        </w:r>
      </w:hyperlink>
      <w:r>
        <w:t xml:space="preserve"> - The University of Sheffield's English department blog provides a review of 'The Seven Husbands of Evelyn Hugo,' praising its storytelling and character development. The article highlights the novel's portrayal of bisexuality and its exploration of themes such as love, identity, and the complexities of relationships in the entertainment industry.</w:t>
      </w:r>
      <w:r/>
    </w:p>
    <w:p>
      <w:pPr>
        <w:pStyle w:val="ListNumber"/>
        <w:spacing w:line="240" w:lineRule="auto"/>
        <w:ind w:left="720"/>
      </w:pPr>
      <w:r/>
      <w:hyperlink r:id="rId14">
        <w:r>
          <w:rPr>
            <w:color w:val="0000EE"/>
            <w:u w:val="single"/>
          </w:rPr>
          <w:t>https://www.marieclaire.com/culture/books/best-taylor-jenkins-reid-books/</w:t>
        </w:r>
      </w:hyperlink>
      <w:r>
        <w:t xml:space="preserve"> - Marie Claire ranks Taylor Jenkins Reid's books, including 'The Seven Husbands of Evelyn Hugo,' highlighting its emotional depth and exploration of complex relationships. The article notes the novel's impact on readers and its contribution to queer literature, emphasising its portrayal of bisexuality and the challenges of living authentically.</w:t>
      </w:r>
      <w:r/>
    </w:p>
    <w:p>
      <w:pPr>
        <w:pStyle w:val="ListNumber"/>
        <w:spacing w:line="240" w:lineRule="auto"/>
        <w:ind w:left="720"/>
      </w:pPr>
      <w:r/>
      <w:hyperlink r:id="rId15">
        <w:r>
          <w:rPr>
            <w:color w:val="0000EE"/>
            <w:u w:val="single"/>
          </w:rPr>
          <w:t>https://www.marieclaire.com/culture/movies/the-seven-husbands-of-evelyn-hugo-movie/</w:t>
        </w:r>
      </w:hyperlink>
      <w:r>
        <w:t xml:space="preserve"> - Marie Claire reports on the upcoming film adaptation of 'The Seven Husbands of Evelyn Hugo,' detailing the project's development and the involvement of director Anna Kendrick. The article discusses the novel's themes of love, identity, and the LGBTQ+ experience, and how these elements are expected to be portrayed in the film.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fsu/culture-my-top-5-favorite-queer-books-to-read-during-lgbtq-history-month/" TargetMode="External"/><Relationship Id="rId10" Type="http://schemas.openxmlformats.org/officeDocument/2006/relationships/hyperlink" Target="https://www.tuftsdaily.com/article/2022/10/queeries-the-seven-husbands-of-evelyn-hugo-showcases-a-new-form-of-queer-storytelling" TargetMode="External"/><Relationship Id="rId11" Type="http://schemas.openxmlformats.org/officeDocument/2006/relationships/hyperlink" Target="https://www.supersummary.com/the-seven-husbands-of-evelyn-hugo/background/" TargetMode="External"/><Relationship Id="rId12" Type="http://schemas.openxmlformats.org/officeDocument/2006/relationships/hyperlink" Target="https://bi.org/en/bi-media/the-seven-husbands-of-evelyn-hugo/" TargetMode="External"/><Relationship Id="rId13" Type="http://schemas.openxmlformats.org/officeDocument/2006/relationships/hyperlink" Target="https://sheffield.ac.uk/english/undergraduate/blog/seven-husbands-evelyn-hugo" TargetMode="External"/><Relationship Id="rId14" Type="http://schemas.openxmlformats.org/officeDocument/2006/relationships/hyperlink" Target="https://www.marieclaire.com/culture/books/best-taylor-jenkins-reid-books/" TargetMode="External"/><Relationship Id="rId15" Type="http://schemas.openxmlformats.org/officeDocument/2006/relationships/hyperlink" Target="https://www.marieclaire.com/culture/movies/the-seven-husbands-of-evelyn-hugo-mov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