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Booking Platform for Inclusive Holidays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Travellers are turning to Out Traveler’s new booking platform to find LGBTQ+-friendly stays, Pride experiences and flexible holiday options in one place. The service connects readers with more than two million properties, offers potential discounts of up to 65 per cent, and directs booking support towards independent LGBTQ+ journalism.</w:t>
      </w:r>
      <w:r/>
    </w:p>
    <w:p>
      <w:pPr>
        <w:pStyle w:val="Heading2"/>
      </w:pPr>
      <w:r>
        <w:t>Essential Takeaways</w:t>
      </w:r>
      <w:r/>
      <w:r/>
    </w:p>
    <w:p>
      <w:pPr>
        <w:pStyle w:val="ListBullet"/>
        <w:spacing w:line="240" w:lineRule="auto"/>
        <w:ind w:left="720"/>
      </w:pPr>
      <w:r/>
      <w:r>
        <w:rPr>
          <w:b/>
        </w:rPr>
        <w:t>Inclusive focus:</w:t>
      </w:r>
      <w:r>
        <w:t xml:space="preserve"> The platform highlights gay-friendly destinations and Pride-led experiences.</w:t>
      </w:r>
      <w:r/>
    </w:p>
    <w:p>
      <w:pPr>
        <w:pStyle w:val="ListBullet"/>
        <w:spacing w:line="240" w:lineRule="auto"/>
        <w:ind w:left="720"/>
      </w:pPr>
      <w:r/>
      <w:r>
        <w:rPr>
          <w:b/>
        </w:rPr>
        <w:t>Broad choice:</w:t>
      </w:r>
      <w:r>
        <w:t xml:space="preserve"> Travellers can browse more than two million properties.</w:t>
      </w:r>
      <w:r/>
    </w:p>
    <w:p>
      <w:pPr>
        <w:pStyle w:val="ListBullet"/>
        <w:spacing w:line="240" w:lineRule="auto"/>
        <w:ind w:left="720"/>
      </w:pPr>
      <w:r/>
      <w:r>
        <w:rPr>
          <w:b/>
        </w:rPr>
        <w:t>Potential savings:</w:t>
      </w:r>
      <w:r>
        <w:t xml:space="preserve"> Selected trips may come with discounts of up to 65 per cent.</w:t>
      </w:r>
      <w:r/>
    </w:p>
    <w:p>
      <w:pPr>
        <w:pStyle w:val="ListBullet"/>
        <w:spacing w:line="240" w:lineRule="auto"/>
        <w:ind w:left="720"/>
      </w:pPr>
      <w:r/>
      <w:r>
        <w:rPr>
          <w:b/>
        </w:rPr>
        <w:t>Community benefit:</w:t>
      </w:r>
      <w:r>
        <w:t xml:space="preserve"> Bookings support The Advocate Journalism Project.</w:t>
      </w:r>
      <w:r/>
    </w:p>
    <w:p>
      <w:pPr>
        <w:pStyle w:val="ListBullet"/>
        <w:spacing w:line="240" w:lineRule="auto"/>
        <w:ind w:left="720"/>
      </w:pPr>
      <w:r/>
      <w:r>
        <w:rPr>
          <w:b/>
        </w:rPr>
        <w:t>Added flexibility:</w:t>
      </w:r>
      <w:r>
        <w:t xml:space="preserve"> Members can access flexible travel options and group discounts.</w:t>
      </w:r>
      <w:r/>
      <w:r/>
    </w:p>
    <w:p>
      <w:pPr>
        <w:pStyle w:val="Heading2"/>
      </w:pPr>
      <w:r>
        <w:t>A new way to book LGBTQ+ friendly holidays</w:t>
      </w:r>
      <w:r/>
    </w:p>
    <w:p>
      <w:r/>
      <w:r>
        <w:t>Finding a welcoming place to stay can make a huge difference to a trip. Out Traveler’s new travel booking platform aims to take some of the guesswork out of that process, bringing accommodation and experiences designed with LGBTQ+ travellers in mind into one searchable hub.</w:t>
      </w:r>
      <w:r/>
    </w:p>
    <w:p>
      <w:r/>
      <w:r>
        <w:t>The idea builds on the publication’s existing destination coverage, which focuses on places, events and travel experiences relevant to the community. According to Out Traveler, visitors can use the service to plan everything from city breaks to Pride getaways, with the practical bonus of booking accommodation at the same time.</w:t>
      </w:r>
      <w:r/>
    </w:p>
    <w:p>
      <w:pPr>
        <w:pStyle w:val="Heading2"/>
      </w:pPr>
      <w:r>
        <w:t>More than just a hotel search</w:t>
      </w:r>
      <w:r/>
    </w:p>
    <w:p>
      <w:r/>
      <w:r>
        <w:t>The platform isn’t limited to conventional hotel hunting. Travellers can explore gay-friendly destinations, Pride experiences and wider holiday options, making it useful for both carefully planned adventures and last-minute escapes.</w:t>
      </w:r>
      <w:r/>
    </w:p>
    <w:p>
      <w:r/>
      <w:r>
        <w:t>That broader approach matters because inclusive travel is rarely just about a room key. A welcoming neighbourhood, an established LGBTQ+ scene or an event calendar packed with community activity can shape the whole feel of a holiday. Out Traveler’s travel features provide the editorial backdrop, while its booking tool is designed to turn inspiration into an itinerary.</w:t>
      </w:r>
      <w:r/>
    </w:p>
    <w:p>
      <w:pPr>
        <w:pStyle w:val="Heading2"/>
      </w:pPr>
      <w:r>
        <w:t>Discounts, flexible options and group travel</w:t>
      </w:r>
      <w:r/>
    </w:p>
    <w:p>
      <w:r/>
      <w:r>
        <w:t>The service promises access to flexible travel choices, group discounts and deals of up to 65 per cent on selected trips. Those savings could be particularly appealing for friends travelling together, couples planning a Pride weekend or larger groups booking around a major event.</w:t>
      </w:r>
      <w:r/>
    </w:p>
    <w:p>
      <w:r/>
      <w:r>
        <w:t>As ever, it’s worth checking the individual terms before paying. Prices, availability and cancellation policies can vary, and a headline discount doesn’t necessarily apply to every date or property. Still, having a large pool of accommodation in one place should make comparing options less fiddly.</w:t>
      </w:r>
      <w:r/>
    </w:p>
    <w:p>
      <w:pPr>
        <w:pStyle w:val="Heading2"/>
      </w:pPr>
      <w:r>
        <w:t>Your booking can support LGBTQ+ journalism</w:t>
      </w:r>
      <w:r/>
    </w:p>
    <w:p>
      <w:r/>
      <w:r>
        <w:t>There’s also a social-impact element. Bookings benefit The Advocate Journalism Project, the nonprofit arm associated with equalpride, Out and Out Traveler’s parent company. The project supports independent LGBTQ+ reporting, linking the commercial side of the platform with the journalism that helps travellers discover new places in the first place.</w:t>
      </w:r>
      <w:r/>
    </w:p>
    <w:p>
      <w:r/>
      <w:r>
        <w:t>It’s a neat connection. A reader might arrive looking for a destination guide, then leave with a booked holiday that helps fund further reporting. In an era when community-focused media faces plenty of pressure, that extra layer gives the platform a purpose beyond simply filling hotel rooms.</w:t>
      </w:r>
      <w:r/>
    </w:p>
    <w:p>
      <w:pPr>
        <w:pStyle w:val="Heading2"/>
      </w:pPr>
      <w:r>
        <w:t>How to start planning your next trip</w:t>
      </w:r>
      <w:r/>
    </w:p>
    <w:p>
      <w:r/>
      <w:r>
        <w:t>Travellers can visit Out Traveler and select the Book Travel section to begin searching. Club OT membership starts with booking a first trip through the site, while the platform provides access to its wider range of properties and travel options.</w:t>
      </w:r>
      <w:r/>
    </w:p>
    <w:p>
      <w:r/>
      <w:r>
        <w:t>Before choosing, compare location, guest reviews, cancellation rules and transport links, not just the price. For LGBTQ+ travellers, it’s also sensible to research local laws, attitudes and community resources. The right stay should feel comfortable on the screen and reassuring once you arrive.</w:t>
      </w:r>
      <w:r/>
    </w:p>
    <w:p>
      <w:r/>
      <w:r>
        <w:t>A good holiday begins with feeling welcome, and this platform is trying to make that first step simpler.</w:t>
      </w:r>
      <w:r/>
    </w:p>
    <w:p>
      <w:r/>
      <w:r>
        <w:t>Explore options that suit your journey and your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0">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https://www.out.com/travel-nightlife/new-lgbtq-travel-booking-platform</w:t>
        </w:r>
      </w:hyperlink>
      <w:r>
        <w:t xml:space="preserve"> - Please view link - unable to able to access data</w:t>
      </w:r>
      <w:r/>
    </w:p>
    <w:p>
      <w:pPr>
        <w:pStyle w:val="ListNumber"/>
        <w:spacing w:line="240" w:lineRule="auto"/>
        <w:ind w:left="720"/>
      </w:pPr>
      <w:r/>
      <w:hyperlink r:id="rId10">
        <w:r>
          <w:rPr>
            <w:color w:val="0000EE"/>
            <w:u w:val="single"/>
          </w:rPr>
          <w:t>https://www.outtraveler.com/travel-proud</w:t>
        </w:r>
      </w:hyperlink>
      <w:r>
        <w:t xml:space="preserve"> - Out Traveler's 'Travel Proud' series highlights welcoming destinations for LGBTQ+ travellers, featuring spots like The Dunes Resort in the Midwest and Blue Moon Campground in North Georgia, offering unique experiences for the community.</w:t>
      </w:r>
      <w:r/>
    </w:p>
    <w:p>
      <w:pPr>
        <w:pStyle w:val="ListNumber"/>
        <w:spacing w:line="240" w:lineRule="auto"/>
        <w:ind w:left="720"/>
      </w:pPr>
      <w:r/>
      <w:hyperlink r:id="rId11">
        <w:r>
          <w:rPr>
            <w:color w:val="0000EE"/>
            <w:u w:val="single"/>
          </w:rPr>
          <w:t>https://www.outtraveler.com/features</w:t>
        </w:r>
      </w:hyperlink>
      <w:r>
        <w:t xml:space="preserve"> - Out Traveler's 'Features' section showcases in-depth articles on LGBTQ+ travel, including profiles of influential figures like Jonathan Bennett and Jaymes Vaughan, and insights into companies like Olivia that have revolutionised travel for lesbians.</w:t>
      </w:r>
      <w:r/>
    </w:p>
    <w:p>
      <w:pPr>
        <w:pStyle w:val="ListNumber"/>
        <w:spacing w:line="240" w:lineRule="auto"/>
        <w:ind w:left="720"/>
      </w:pPr>
      <w:r/>
      <w:hyperlink r:id="rId10">
        <w:r>
          <w:rPr>
            <w:color w:val="0000EE"/>
            <w:u w:val="single"/>
          </w:rPr>
          <w:t>https://www.outtraveler.com/travel-proud</w:t>
        </w:r>
      </w:hyperlink>
      <w:r>
        <w:t xml:space="preserve"> - Out Traveler's 'Travel Proud' series highlights welcoming destinations for LGBTQ+ travellers, featuring spots like The Dunes Resort in the Midwest and Blue Moon Campground in North Georgia, offering unique experiences for the community.</w:t>
      </w:r>
      <w:r/>
    </w:p>
    <w:p>
      <w:pPr>
        <w:pStyle w:val="ListNumber"/>
        <w:spacing w:line="240" w:lineRule="auto"/>
        <w:ind w:left="720"/>
      </w:pPr>
      <w:r/>
      <w:hyperlink r:id="rId11">
        <w:r>
          <w:rPr>
            <w:color w:val="0000EE"/>
            <w:u w:val="single"/>
          </w:rPr>
          <w:t>https://www.outtraveler.com/features</w:t>
        </w:r>
      </w:hyperlink>
      <w:r>
        <w:t xml:space="preserve"> - Out Traveler's 'Features' section showcases in-depth articles on LGBTQ+ travel, including profiles of influential figures like Jonathan Bennett and Jaymes Vaughan, and insights into companies like Olivia that have revolutionised travel for lesbians.</w:t>
      </w:r>
      <w:r/>
    </w:p>
    <w:p>
      <w:pPr>
        <w:pStyle w:val="ListNumber"/>
        <w:spacing w:line="240" w:lineRule="auto"/>
        <w:ind w:left="720"/>
      </w:pPr>
      <w:r/>
      <w:hyperlink r:id="rId10">
        <w:r>
          <w:rPr>
            <w:color w:val="0000EE"/>
            <w:u w:val="single"/>
          </w:rPr>
          <w:t>https://www.outtraveler.com/travel-proud</w:t>
        </w:r>
      </w:hyperlink>
      <w:r>
        <w:t xml:space="preserve"> - Out Traveler's 'Travel Proud' series highlights welcoming destinations for LGBTQ+ travellers, featuring spots like The Dunes Resort in the Midwest and Blue Moon Campground in North Georgia, offering unique experiences for the community.</w:t>
      </w:r>
      <w:r/>
    </w:p>
    <w:p>
      <w:pPr>
        <w:pStyle w:val="ListNumber"/>
        <w:spacing w:line="240" w:lineRule="auto"/>
        <w:ind w:left="720"/>
      </w:pPr>
      <w:r/>
      <w:hyperlink r:id="rId11">
        <w:r>
          <w:rPr>
            <w:color w:val="0000EE"/>
            <w:u w:val="single"/>
          </w:rPr>
          <w:t>https://www.outtraveler.com/features</w:t>
        </w:r>
      </w:hyperlink>
      <w:r>
        <w:t xml:space="preserve"> - Out Traveler's 'Features' section showcases in-depth articles on LGBTQ+ travel, including profiles of influential figures like Jonathan Bennett and Jaymes Vaughan, and insights into companies like Olivia that have revolutionised travel for lesbians.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travel-nightlife/new-lgbtq-travel-booking-platform" TargetMode="External"/><Relationship Id="rId10" Type="http://schemas.openxmlformats.org/officeDocument/2006/relationships/hyperlink" Target="https://www.outtraveler.com/travel-proud" TargetMode="External"/><Relationship Id="rId11" Type="http://schemas.openxmlformats.org/officeDocument/2006/relationships/hyperlink" Target="https://www.outtraveler.com/fea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