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Halloween events in Austin for Halloweekend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Shoppers are turning into party planners as Austin's LGBTQ+ Halloween calendar fills with drag shows, DJ nights, costume contests and theatrical surprises. From Rocky Horror performances to sapphic parties and Day of the Dead gatherings, the city offers plenty of ways to celebrate, whether you're chasing prize money, live music or a gentler afternoon outing.</w:t>
      </w:r>
      <w:r/>
    </w:p>
    <w:p>
      <w:pPr>
        <w:pStyle w:val="Heading2"/>
      </w:pPr>
      <w:r>
        <w:t>Essential takeaways</w:t>
      </w:r>
      <w:r/>
      <w:r/>
    </w:p>
    <w:p>
      <w:pPr>
        <w:pStyle w:val="ListBullet"/>
        <w:spacing w:line="240" w:lineRule="auto"/>
        <w:ind w:left="720"/>
      </w:pPr>
      <w:r/>
      <w:r>
        <w:rPr>
          <w:b/>
        </w:rPr>
        <w:t>Costume contests are everywhere:</w:t>
      </w:r>
      <w:r>
        <w:t xml:space="preserve"> Many Austin Halloween parties offer prizes, giving inventive dressers plenty of chances to shine.</w:t>
      </w:r>
      <w:r/>
    </w:p>
    <w:p>
      <w:pPr>
        <w:pStyle w:val="ListBullet"/>
        <w:spacing w:line="240" w:lineRule="auto"/>
        <w:ind w:left="720"/>
      </w:pPr>
      <w:r/>
      <w:r>
        <w:rPr>
          <w:b/>
        </w:rPr>
        <w:t>Rocky Horror is having a moment:</w:t>
      </w:r>
      <w:r>
        <w:t xml:space="preserve"> Student shadowcasts and established venues are bringing the cult musical back to the stage.</w:t>
      </w:r>
      <w:r/>
    </w:p>
    <w:p>
      <w:pPr>
        <w:pStyle w:val="ListBullet"/>
        <w:spacing w:line="240" w:lineRule="auto"/>
        <w:ind w:left="720"/>
      </w:pPr>
      <w:r/>
      <w:r>
        <w:rPr>
          <w:b/>
        </w:rPr>
        <w:t>DJs dominate the weekend:</w:t>
      </w:r>
      <w:r>
        <w:t xml:space="preserve"> Expect dance floors, themed sets and late-night parties across the city.</w:t>
      </w:r>
      <w:r/>
    </w:p>
    <w:p>
      <w:pPr>
        <w:pStyle w:val="ListBullet"/>
        <w:spacing w:line="240" w:lineRule="auto"/>
        <w:ind w:left="720"/>
      </w:pPr>
      <w:r/>
      <w:r>
        <w:rPr>
          <w:b/>
        </w:rPr>
        <w:t>There are daytime options too:</w:t>
      </w:r>
      <w:r>
        <w:t xml:space="preserve"> Craft gatherings, family-friendly treats, brunches and community events broaden the appeal.</w:t>
      </w:r>
      <w:r/>
    </w:p>
    <w:p>
      <w:pPr>
        <w:pStyle w:val="ListBullet"/>
        <w:spacing w:line="240" w:lineRule="auto"/>
        <w:ind w:left="720"/>
      </w:pPr>
      <w:r/>
      <w:r>
        <w:rPr>
          <w:b/>
        </w:rPr>
        <w:t>Plan for comfort and safety:</w:t>
      </w:r>
      <w:r>
        <w:t xml:space="preserve"> Carry water, check venue details, and arrange your journey home before the glitter starts flying.</w:t>
      </w:r>
      <w:r/>
      <w:r/>
    </w:p>
    <w:p>
      <w:pPr>
        <w:pStyle w:val="Heading2"/>
      </w:pPr>
      <w:r>
        <w:t>Austin's queer Halloween calendar is wonderfully overbooked</w:t>
      </w:r>
      <w:r/>
    </w:p>
    <w:p>
      <w:r/>
      <w:r>
        <w:t>The clearest trend is also the most useful one: there are far too many costume contests to enter in a single weekend. Austin's LGBTQ+ Halloween events are competing not only with elaborate outfits, but also with cash prizes, drag line-ups, themed cocktails and increasingly inventive settings.</w:t>
      </w:r>
      <w:r/>
    </w:p>
    <w:p>
      <w:r/>
      <w:r>
        <w:t>That makes choosing a party less about finding something to do and more about deciding what sort of night you want. Go for a polished drag showcase if you enjoy performance, a DJ-led party if dancing is the priority, or a community gathering if you fancy something a little less frantic. Austin-focused event guides from Austinot and Lite + Brite ATX similarly point to a packed seasonal programme, with options spread across nightlife, live entertainment and more relaxed celebrations.</w:t>
      </w:r>
      <w:r/>
    </w:p>
    <w:p>
      <w:r/>
      <w:r>
        <w:t>A practical tip: check the contest rules before committing to a look. Some events reward spectacle, while others favour humour, originality or a strong connection to the theme. Your outfit might be fabulous, but it still needs to survive the queue.</w:t>
      </w:r>
      <w:r/>
    </w:p>
    <w:p>
      <w:pPr>
        <w:pStyle w:val="Heading2"/>
      </w:pPr>
      <w:r>
        <w:t>Rocky Horror returns to the spotlight</w:t>
      </w:r>
      <w:r/>
    </w:p>
    <w:p>
      <w:r/>
      <w:r>
        <w:t>Among the most recognisable theatrical choices is The Rocky Horror Picture Show, with performances scheduled at Ark Park and Esther's Follies. The student shadowcast format adds its own energy, turning a familiar cult classic into a lively, audience-facing event rather than a quiet cinema screening.</w:t>
      </w:r>
      <w:r/>
    </w:p>
    <w:p>
      <w:r/>
      <w:r>
        <w:t>Esther's Follies has long been associated with comedy, variety and theatrical entertainment in Austin, so its involvement feels particularly fitting. Background on the venue from Wikipedia highlights its place in the city's performance scene, while the wider Halloween listings show just how strongly stage shows continue to sit alongside club nights.</w:t>
      </w:r>
      <w:r/>
    </w:p>
    <w:p>
      <w:r/>
      <w:r>
        <w:t>The appeal is easy to understand. Rocky Horror brings costumes, camp, music and audience participation together in one gloriously messy package. If you're attending for the first time, arrive ready for noise, interaction and a crowd that may know every beat better than you do.</w:t>
      </w:r>
      <w:r/>
    </w:p>
    <w:p>
      <w:pPr>
        <w:pStyle w:val="Heading2"/>
      </w:pPr>
      <w:r>
        <w:t>DJs are steering the city's spooky soundtrack</w:t>
      </w:r>
      <w:r/>
    </w:p>
    <w:p>
      <w:r/>
      <w:r>
        <w:t>This year's schedule is packed with DJs, from club showcases and soul sets to parties built around drag, go-go performances and costume competitions. The result is a Halloween weekend that feels less like one central festival and more like a sprawling city-wide dance floor.</w:t>
      </w:r>
      <w:r/>
    </w:p>
    <w:p>
      <w:r/>
      <w:r>
        <w:t>Events listed across Austin include sets from local and visiting selectors, with venues ranging from established nightlife spaces to co-operatives, bars and outdoor-friendly locations. Austin Monthly's guide to adult Halloween celebrations also reflects the breadth of the city's seasonal nightlife, from themed parties to more social ways of marking the occasion.</w:t>
      </w:r>
      <w:r/>
    </w:p>
    <w:p>
      <w:r/>
      <w:r>
        <w:t>If you're comparing events, look beyond the headline act. A shorter line-up with a comfortable venue, sensible drinks prices and enough room to dance may deliver a better night than the most hyped party in town. And if your costume includes wings, a cape or an aggressively tall hat, floor space suddenly becomes a serious consideration.</w:t>
      </w:r>
      <w:r/>
    </w:p>
    <w:p>
      <w:pPr>
        <w:pStyle w:val="Heading2"/>
      </w:pPr>
      <w:r>
        <w:t>Sapphic events and community gatherings add welcome variety</w:t>
      </w:r>
      <w:r/>
    </w:p>
    <w:p>
      <w:r/>
      <w:r>
        <w:t>The calendar also makes room for sapphic audiences, queer people of colour, writers, gamers and people who'd rather meet friends than spend the entire evening shouting over a speaker. Listings include a sapphics-only party combining kink education and nightlife, a Halloween writers' gathering, a queer gaming night and community-focused events with performances and shared food.</w:t>
      </w:r>
      <w:r/>
    </w:p>
    <w:p>
      <w:r/>
      <w:r>
        <w:t>That variety matters because not everyone wants the same version of Halloween. Some people want a packed dance floor and dramatic make-up; others want a warm drink, a craft activity or a space where conversation is possible. Guides such as HappeningNext and Austin event round-ups underline how broad the audience for Halloween celebrations has become.</w:t>
      </w:r>
      <w:r/>
    </w:p>
    <w:p>
      <w:r/>
      <w:r>
        <w:t>For anyone new to Austin's queer scene, smaller gatherings can be a good starting point. Look for clear information about accessibility, age limits, photography rules and whether tickets or reservations are required. A little preparation makes the evening feel more welcoming from the moment you arrive.</w:t>
      </w:r>
      <w:r/>
    </w:p>
    <w:p>
      <w:pPr>
        <w:pStyle w:val="Heading2"/>
      </w:pPr>
      <w:r>
        <w:t>Daytime plans make the weekend easier to enjoy</w:t>
      </w:r>
      <w:r/>
    </w:p>
    <w:p>
      <w:r/>
      <w:r>
        <w:t>Not every celebration begins after dark. The programme includes afternoon carnival-style events, early happy hours, brunch, family-friendly treats and cultural gatherings connected with Día de los Muertos. Those options are especially useful for visitors building a full weekend itinerary, or for anyone who wants Halloween atmosphere without committing to a 2am finish.</w:t>
      </w:r>
      <w:r/>
    </w:p>
    <w:p>
      <w:r/>
      <w:r>
        <w:t>A daytime event can also be the perfect warm-up. Start with a market, drag brunch or community celebration, then decide later whether the night calls for a costume contest or a quiet ride home. Austin's wider event coverage suggests there are plenty of ways to combine food, performance and seasonal fun without treating every outing like an endurance test.</w:t>
      </w:r>
      <w:r/>
    </w:p>
    <w:p>
      <w:r/>
      <w:r>
        <w:t>The final piece of planning is the unglamorous one. Drink water, keep an eye on your belongings, remove heavy make-up before bed and decide how you'll get home before the final encore. The best Halloween story is the one that ends with everyone safe, hydrated and still pleased with their costume.</w:t>
      </w:r>
      <w:r/>
    </w:p>
    <w:p>
      <w:r/>
      <w:r>
        <w:t>Choose the event that matches your mood, then leave room for a little Austin magic.</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[5]</w:t>
        </w:r>
      </w:hyperlink>
      <w:r>
        <w:t xml:space="preserve">, </w:t>
      </w:r>
      <w:hyperlink r:id="rId11">
        <w:r>
          <w:rPr>
            <w:color w:val="0000EE"/>
            <w:u w:val="single"/>
          </w:rPr>
          <w:t>[6]</w:t>
        </w:r>
      </w:hyperlink>
      <w:r>
        <w:t xml:space="preserve">- Paragraph 2: </w:t>
      </w:r>
      <w:hyperlink r:id="rId12">
        <w:r>
          <w:rPr>
            <w:color w:val="0000EE"/>
            <w:u w:val="single"/>
          </w:rPr>
          <w:t>[7]</w:t>
        </w:r>
      </w:hyperlink>
      <w:r>
        <w:t xml:space="preserve">, </w:t>
      </w:r>
      <w:hyperlink r:id="rId10">
        <w:r>
          <w:rPr>
            <w:color w:val="0000EE"/>
            <w:u w:val="single"/>
          </w:rPr>
          <w:t>[5]</w:t>
        </w:r>
      </w:hyperlink>
      <w:r>
        <w:t xml:space="preserve">- Paragraph 3: </w:t>
      </w:r>
      <w:hyperlink r:id="rId11">
        <w:r>
          <w:rPr>
            <w:color w:val="0000EE"/>
            <w:u w:val="single"/>
          </w:rPr>
          <w:t>[6]</w:t>
        </w:r>
      </w:hyperlink>
      <w:r>
        <w:t xml:space="preserve">, </w:t>
      </w:r>
      <w:hyperlink r:id="rId12">
        <w:r>
          <w:rPr>
            <w:color w:val="0000EE"/>
            <w:u w:val="single"/>
          </w:rPr>
          <w:t>[7]</w:t>
        </w:r>
      </w:hyperlink>
      <w:r>
        <w:t xml:space="preserve">- Paragraph 4: </w:t>
      </w:r>
      <w:hyperlink r:id="rId13">
        <w:r>
          <w:rPr>
            <w:color w:val="0000EE"/>
            <w:u w:val="single"/>
          </w:rPr>
          <w:t>[4]</w:t>
        </w:r>
      </w:hyperlink>
      <w:r>
        <w:t xml:space="preserve">, </w:t>
      </w:r>
      <w:hyperlink r:id="rId10">
        <w:r>
          <w:rPr>
            <w:color w:val="0000EE"/>
            <w:u w:val="single"/>
          </w:rPr>
          <w:t>[5]</w:t>
        </w:r>
      </w:hyperlink>
      <w:r>
        <w:t xml:space="preserve">- Paragraph 5: </w:t>
      </w:r>
      <w:hyperlink r:id="rId13">
        <w:r>
          <w:rPr>
            <w:color w:val="0000EE"/>
            <w:u w:val="single"/>
          </w:rPr>
          <w:t>[4]</w:t>
        </w:r>
      </w:hyperlink>
      <w:r>
        <w:t xml:space="preserve">, </w:t>
      </w:r>
      <w:hyperlink r:id="rId11">
        <w:r>
          <w:rPr>
            <w:color w:val="0000EE"/>
            <w:u w:val="single"/>
          </w:rPr>
          <w:t>[6]</w:t>
        </w:r>
      </w:hyperlink>
      <w:r>
        <w:t xml:space="preserve">- Paragraph 6: </w:t>
      </w:r>
      <w:hyperlink r:id="rId10">
        <w:r>
          <w:rPr>
            <w:color w:val="0000EE"/>
            <w:u w:val="single"/>
          </w:rPr>
          <w:t>[5]</w:t>
        </w:r>
      </w:hyperlink>
      <w:r>
        <w:t xml:space="preserve">, </w:t>
      </w:r>
      <w:hyperlink r:id="rId12">
        <w:r>
          <w:rPr>
            <w:color w:val="0000EE"/>
            <w:u w:val="single"/>
          </w:rPr>
          <w:t>[7]</w:t>
        </w:r>
      </w:hyperlink>
      <w:r>
        <w:t xml:space="preserve">- Paragraph 7: </w:t>
      </w:r>
      <w:hyperlink r:id="rId14">
        <w:r>
          <w:rPr>
            <w:color w:val="0000EE"/>
            <w:u w:val="single"/>
          </w:rPr>
          <w:t>[3]</w:t>
        </w:r>
      </w:hyperlink>
      <w:r>
        <w:t xml:space="preserve">, </w:t>
      </w:r>
      <w:hyperlink r:id="rId11">
        <w:r>
          <w:rPr>
            <w:color w:val="0000EE"/>
            <w:u w:val="single"/>
          </w:rPr>
          <w:t>[6]</w:t>
        </w:r>
      </w:hyperlink>
      <w:r>
        <w:t xml:space="preserve">- Paragraph 8: </w:t>
      </w:r>
      <w:hyperlink r:id="rId15">
        <w:r>
          <w:rPr>
            <w:color w:val="0000EE"/>
            <w:u w:val="single"/>
          </w:rPr>
          <w:t>[2]</w:t>
        </w:r>
      </w:hyperlink>
      <w:r>
        <w:t xml:space="preserve">, </w:t>
      </w:r>
      <w:hyperlink r:id="rId10">
        <w:r>
          <w:rPr>
            <w:color w:val="0000EE"/>
            <w:u w:val="single"/>
          </w:rPr>
          <w:t>[5]</w:t>
        </w:r>
      </w:hyperlink>
      <w:r>
        <w:t xml:space="preserve">- Paragraph 9: </w:t>
      </w:r>
      <w:hyperlink r:id="rId10">
        <w:r>
          <w:rPr>
            <w:color w:val="0000EE"/>
            <w:u w:val="single"/>
          </w:rPr>
          <w:t>[5]</w:t>
        </w:r>
      </w:hyperlink>
      <w:r>
        <w:t xml:space="preserve">, </w:t>
      </w:r>
      <w:hyperlink r:id="rId12">
        <w:r>
          <w:rPr>
            <w:color w:val="0000EE"/>
            <w:u w:val="single"/>
          </w:rPr>
          <w:t>[7]</w:t>
        </w:r>
      </w:hyperlink>
      <w:r>
        <w:t xml:space="preserve">- Paragraph 10: </w:t>
      </w:r>
      <w:hyperlink r:id="rId11">
        <w:r>
          <w:rPr>
            <w:color w:val="0000EE"/>
            <w:u w:val="single"/>
          </w:rPr>
          <w:t>[6]</w:t>
        </w:r>
      </w:hyperlink>
      <w:r>
        <w:t xml:space="preserve">, </w:t>
      </w:r>
      <w:hyperlink r:id="rId12">
        <w:r>
          <w:rPr>
            <w:color w:val="0000EE"/>
            <w:u w:val="single"/>
          </w:rPr>
          <w:t>[7]</w:t>
        </w:r>
      </w:hyperlink>
      <w:r>
        <w:t xml:space="preserve">- Paragraph 11: </w:t>
      </w:r>
      <w:hyperlink r:id="rId15">
        <w:r>
          <w:rPr>
            <w:color w:val="0000EE"/>
            <w:u w:val="single"/>
          </w:rPr>
          <w:t>[2]</w:t>
        </w:r>
      </w:hyperlink>
      <w:r>
        <w:t xml:space="preserve">, </w:t>
      </w:r>
      <w:hyperlink r:id="rId10">
        <w:r>
          <w:rPr>
            <w:color w:val="0000EE"/>
            <w:u w:val="single"/>
          </w:rPr>
          <w:t>[5]</w:t>
        </w:r>
      </w:hyperlink>
      <w:r>
        <w:t xml:space="preserve">- Paragraph 12: </w:t>
      </w:r>
      <w:hyperlink r:id="rId11">
        <w:r>
          <w:rPr>
            <w:color w:val="0000EE"/>
            <w:u w:val="single"/>
          </w:rPr>
          <w:t>[6]</w:t>
        </w:r>
      </w:hyperlink>
      <w:r>
        <w:t xml:space="preserve">, </w:t>
      </w:r>
      <w:hyperlink r:id="rId12">
        <w:r>
          <w:rPr>
            <w:color w:val="0000EE"/>
            <w:u w:val="single"/>
          </w:rPr>
          <w:t>[7]</w:t>
        </w:r>
      </w:hyperlink>
      <w:r>
        <w:t xml:space="preserve">- Paragraph 13: </w:t>
      </w:r>
      <w:hyperlink r:id="rId10">
        <w:r>
          <w:rPr>
            <w:color w:val="0000EE"/>
            <w:u w:val="single"/>
          </w:rPr>
          <w:t>[5]</w:t>
        </w:r>
      </w:hyperlink>
      <w:r>
        <w:t xml:space="preserve">, </w:t>
      </w:r>
      <w:hyperlink r:id="rId12">
        <w:r>
          <w:rPr>
            <w:color w:val="0000EE"/>
            <w:u w:val="single"/>
          </w:rPr>
          <w:t>[7]</w:t>
        </w:r>
      </w:hyperlink>
      <w:r>
        <w:t xml:space="preserve">- Paragraph 14: </w:t>
      </w:r>
      <w:hyperlink r:id="rId15">
        <w:r>
          <w:rPr>
            <w:color w:val="0000EE"/>
            <w:u w:val="single"/>
          </w:rPr>
          <w:t>[2]</w:t>
        </w:r>
      </w:hyperlink>
      <w:r>
        <w:t xml:space="preserve">, </w:t>
      </w:r>
      <w:hyperlink r:id="rId11">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https://www.austinchronicle.com/columns/qmmunity-halloweekend-trends/</w:t>
        </w:r>
      </w:hyperlink>
      <w:r>
        <w:t xml:space="preserve"> - Please view link - unable to able to access data</w:t>
      </w:r>
      <w:r/>
    </w:p>
    <w:p>
      <w:pPr>
        <w:pStyle w:val="ListNumber"/>
        <w:spacing w:line="240" w:lineRule="auto"/>
        <w:ind w:left="720"/>
      </w:pPr>
      <w:r/>
      <w:hyperlink r:id="rId15">
        <w:r>
          <w:rPr>
            <w:color w:val="0000EE"/>
            <w:u w:val="single"/>
          </w:rPr>
          <w:t>https://www.gayout.com/usa-canada/united-states/austin/events/spooktacular-halloween-event-2026-10-31</w:t>
        </w:r>
      </w:hyperlink>
      <w:r>
        <w:t xml:space="preserve"> - The Spooktacular Halloween Event in Austin on October 31, 2026, offers a night of frights and delights, featuring music from DJ Horrorizer, unique vendor offerings, thrilling drag performances, and exciting costume contests. This indoor horror-movie screening promises a festive atmosphere for attendees. (</w:t>
      </w:r>
      <w:hyperlink r:id="rId16">
        <w:r>
          <w:rPr>
            <w:color w:val="0000EE"/>
            <w:u w:val="single"/>
          </w:rPr>
          <w:t>gayout.com</w:t>
        </w:r>
      </w:hyperlink>
      <w:r>
        <w:t>)</w:t>
      </w:r>
      <w:r/>
    </w:p>
    <w:p>
      <w:pPr>
        <w:pStyle w:val="ListNumber"/>
        <w:spacing w:line="240" w:lineRule="auto"/>
        <w:ind w:left="720"/>
      </w:pPr>
      <w:r/>
      <w:hyperlink r:id="rId14">
        <w:r>
          <w:rPr>
            <w:color w:val="0000EE"/>
            <w:u w:val="single"/>
          </w:rPr>
          <w:t>https://happeningnext.com/event/sapphics-andamp-spirits-a-lesbian-halloween-party-at-high-noon-eid1ef0l8hm6m0r</w:t>
        </w:r>
      </w:hyperlink>
      <w:r>
        <w:t xml:space="preserve"> - Sapphics &amp; Spirits is a Halloween party for lesbian, sapphic, and queer women in Austin, held at High Noon on October 22, 2026. The event features music by DJ Monaleah, flash tattoos by Lady Paraffin, tarot readings by Winona Catherine, and more, creating a safe space for the community. (</w:t>
      </w:r>
      <w:hyperlink r:id="rId17">
        <w:r>
          <w:rPr>
            <w:color w:val="0000EE"/>
            <w:u w:val="single"/>
          </w:rPr>
          <w:t>happeningnext.com</w:t>
        </w:r>
      </w:hyperlink>
      <w:r>
        <w:t>)</w:t>
      </w:r>
      <w:r/>
    </w:p>
    <w:p>
      <w:pPr>
        <w:pStyle w:val="ListNumber"/>
        <w:spacing w:line="240" w:lineRule="auto"/>
        <w:ind w:left="720"/>
      </w:pPr>
      <w:r/>
      <w:hyperlink r:id="rId13">
        <w:r>
          <w:rPr>
            <w:color w:val="0000EE"/>
            <w:u w:val="single"/>
          </w:rPr>
          <w:t>https://en.wikipedia.org/wiki/Esther%27s_Follies</w:t>
        </w:r>
      </w:hyperlink>
      <w:r>
        <w:t xml:space="preserve"> - Esther's Follies is a modern-day vaudeville theatre on Sixth Street in downtown Austin, Texas. Known for its fast-paced shows combining magic, juggling, singing, dancing, and comedy sketches about current events, performances run Thursday through Saturday evenings. (</w:t>
      </w:r>
      <w:hyperlink r:id="rId18">
        <w:r>
          <w:rPr>
            <w:color w:val="0000EE"/>
            <w:u w:val="single"/>
          </w:rPr>
          <w:t>en.wikipedia.org</w:t>
        </w:r>
      </w:hyperlink>
      <w:r>
        <w:t>)</w:t>
      </w:r>
      <w:r/>
    </w:p>
    <w:p>
      <w:pPr>
        <w:pStyle w:val="ListNumber"/>
        <w:spacing w:line="240" w:lineRule="auto"/>
        <w:ind w:left="720"/>
      </w:pPr>
      <w:r/>
      <w:hyperlink r:id="rId10">
        <w:r>
          <w:rPr>
            <w:color w:val="0000EE"/>
            <w:u w:val="single"/>
          </w:rPr>
          <w:t>https://austinot.com/halloween-parties-austin</w:t>
        </w:r>
      </w:hyperlink>
      <w:r>
        <w:t xml:space="preserve"> - Austin's Halloween scene is vibrant, with 6th Street hosting numerous costume contests, DJ performances, and live bands. The area is known for its lively atmosphere, attracting crowds eager to celebrate in elaborate costumes. (</w:t>
      </w:r>
      <w:hyperlink r:id="rId19">
        <w:r>
          <w:rPr>
            <w:color w:val="0000EE"/>
            <w:u w:val="single"/>
          </w:rPr>
          <w:t>austinot.com</w:t>
        </w:r>
      </w:hyperlink>
      <w:r>
        <w:t>)</w:t>
      </w:r>
      <w:r/>
    </w:p>
    <w:p>
      <w:pPr>
        <w:pStyle w:val="ListNumber"/>
        <w:spacing w:line="240" w:lineRule="auto"/>
        <w:ind w:left="720"/>
      </w:pPr>
      <w:r/>
      <w:hyperlink r:id="rId11">
        <w:r>
          <w:rPr>
            <w:color w:val="0000EE"/>
            <w:u w:val="single"/>
          </w:rPr>
          <w:t>https://liteandbriteatx.com/2026/10/01/lite-brites-guide-to-austin-halloween-2026/</w:t>
        </w:r>
      </w:hyperlink>
      <w:r>
        <w:t xml:space="preserve"> - Lite + Brite's Guide to Austin Halloween 2026 provides a comprehensive list of 234 Halloween events, including costume contests, trick-or-treating, dance parties, haunted houses, and more, ensuring a spooky-good month for attendees. (</w:t>
      </w:r>
      <w:hyperlink r:id="rId20">
        <w:r>
          <w:rPr>
            <w:color w:val="0000EE"/>
            <w:u w:val="single"/>
          </w:rPr>
          <w:t>liteandbriteatx.com</w:t>
        </w:r>
      </w:hyperlink>
      <w:r>
        <w:t>)</w:t>
      </w:r>
      <w:r/>
    </w:p>
    <w:p>
      <w:pPr>
        <w:pStyle w:val="ListNumber"/>
        <w:spacing w:line="240" w:lineRule="auto"/>
        <w:ind w:left="720"/>
      </w:pPr>
      <w:r/>
      <w:hyperlink r:id="rId12">
        <w:r>
          <w:rPr>
            <w:color w:val="0000EE"/>
            <w:u w:val="single"/>
          </w:rPr>
          <w:t>https://www.austinmonthly.com/adult-friendly-ways-to-celebrate-halloween-in-austin/</w:t>
        </w:r>
      </w:hyperlink>
      <w:r>
        <w:t xml:space="preserve"> - Austin Monthly Magazine highlights various adult-friendly Halloween events in Austin, including haunted attractions, pop-up bars, and immersive experiences, offering a range of activities for those seeking grown-up scares. (</w:t>
      </w:r>
      <w:hyperlink r:id="rId21">
        <w:r>
          <w:rPr>
            <w:color w:val="0000EE"/>
            <w:u w:val="single"/>
          </w:rPr>
          <w:t>austinmonthly.com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ustinchronicle.com/columns/qmmunity-halloweekend-trends/" TargetMode="External"/><Relationship Id="rId10" Type="http://schemas.openxmlformats.org/officeDocument/2006/relationships/hyperlink" Target="https://austinot.com/halloween-parties-austin" TargetMode="External"/><Relationship Id="rId11" Type="http://schemas.openxmlformats.org/officeDocument/2006/relationships/hyperlink" Target="https://liteandbriteatx.com/2026/10/01/lite-brites-guide-to-austin-halloween-2026/" TargetMode="External"/><Relationship Id="rId12" Type="http://schemas.openxmlformats.org/officeDocument/2006/relationships/hyperlink" Target="https://www.austinmonthly.com/adult-friendly-ways-to-celebrate-halloween-in-austin/" TargetMode="External"/><Relationship Id="rId13" Type="http://schemas.openxmlformats.org/officeDocument/2006/relationships/hyperlink" Target="https://en.wikipedia.org/wiki/Esther%27s_Follies" TargetMode="External"/><Relationship Id="rId14" Type="http://schemas.openxmlformats.org/officeDocument/2006/relationships/hyperlink" Target="https://happeningnext.com/event/sapphics-andamp-spirits-a-lesbian-halloween-party-at-high-noon-eid1ef0l8hm6m0r" TargetMode="External"/><Relationship Id="rId15" Type="http://schemas.openxmlformats.org/officeDocument/2006/relationships/hyperlink" Target="https://www.gayout.com/usa-canada/united-states/austin/events/spooktacular-halloween-event-2026-10-31" TargetMode="External"/><Relationship Id="rId16" Type="http://schemas.openxmlformats.org/officeDocument/2006/relationships/hyperlink" Target="https://www.gayout.com/usa-canada/united-states/austin/events/spooktacular-halloween-event-2026-10-31?utm_source=openai" TargetMode="External"/><Relationship Id="rId17" Type="http://schemas.openxmlformats.org/officeDocument/2006/relationships/hyperlink" Target="https://happeningnext.com/event/sapphics-andamp-spirits-a-lesbian-halloween-party-at-high-noon-eid1ef0l8hm6m0r?utm_source=openai" TargetMode="External"/><Relationship Id="rId18" Type="http://schemas.openxmlformats.org/officeDocument/2006/relationships/hyperlink" Target="https://en.wikipedia.org/wiki/Esther%27s_Follies?utm_source=openai" TargetMode="External"/><Relationship Id="rId19" Type="http://schemas.openxmlformats.org/officeDocument/2006/relationships/hyperlink" Target="https://austinot.com/halloween-parties-austin?utm_source=openai" TargetMode="External"/><Relationship Id="rId20" Type="http://schemas.openxmlformats.org/officeDocument/2006/relationships/hyperlink" Target="https://liteandbriteatx.com/2026/10/01/lite-brites-guide-to-austin-halloween-2026/?utm_source=openai" TargetMode="External"/><Relationship Id="rId21" Type="http://schemas.openxmlformats.org/officeDocument/2006/relationships/hyperlink" Target="https://www.austinmonthly.com/adult-friendly-ways-to-celebrate-halloween-in-austin/?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