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Houston Halloween Costume Ball Highlights From South Beach</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Houston’s Halloween crowd turned South Beach into a riot of colour, glitter and theatrical make-up for the 45th Annual Halloween Fantasy Ball. The long-running LGBTQ nightlife event drew costumed revellers to Montrose for music, dancing and an anything-goes showcase of imagination, proving that Houston Halloween events still know how to make an entrance.</w:t>
      </w:r>
      <w:r/>
    </w:p>
    <w:p>
      <w:pPr>
        <w:pStyle w:val="Heading2"/>
      </w:pPr>
      <w:r>
        <w:t>Essential Takeaways</w:t>
      </w:r>
      <w:r/>
      <w:r/>
    </w:p>
    <w:p>
      <w:pPr>
        <w:pStyle w:val="ListBullet"/>
        <w:spacing w:line="240" w:lineRule="auto"/>
        <w:ind w:left="720"/>
      </w:pPr>
      <w:r/>
      <w:r>
        <w:rPr>
          <w:b/>
        </w:rPr>
        <w:t>Big anniversary energy:</w:t>
      </w:r>
      <w:r>
        <w:t xml:space="preserve"> The Halloween Fantasy Ball reached its 45th year at South Beach in Houston.</w:t>
      </w:r>
      <w:r/>
    </w:p>
    <w:p>
      <w:pPr>
        <w:pStyle w:val="ListBullet"/>
        <w:spacing w:line="240" w:lineRule="auto"/>
        <w:ind w:left="720"/>
      </w:pPr>
      <w:r/>
      <w:r>
        <w:rPr>
          <w:b/>
        </w:rPr>
        <w:t>Costumes took centre stage:</w:t>
      </w:r>
      <w:r>
        <w:t xml:space="preserve"> Guests arrived in fantasy looks, horror creations, campy outfits and coordinated group ensembles.</w:t>
      </w:r>
      <w:r/>
    </w:p>
    <w:p>
      <w:pPr>
        <w:pStyle w:val="ListBullet"/>
        <w:spacing w:line="240" w:lineRule="auto"/>
        <w:ind w:left="720"/>
      </w:pPr>
      <w:r/>
      <w:r>
        <w:rPr>
          <w:b/>
        </w:rPr>
        <w:t>The venue was buzzing:</w:t>
      </w:r>
      <w:r>
        <w:t xml:space="preserve"> Montrose’s South Beach hosted a packed night of dancing, music and nightlife.</w:t>
      </w:r>
      <w:r/>
    </w:p>
    <w:p>
      <w:pPr>
        <w:pStyle w:val="ListBullet"/>
        <w:spacing w:line="240" w:lineRule="auto"/>
        <w:ind w:left="720"/>
      </w:pPr>
      <w:r/>
      <w:r>
        <w:rPr>
          <w:b/>
        </w:rPr>
        <w:t>Creativity mattered most:</w:t>
      </w:r>
      <w:r>
        <w:t xml:space="preserve"> Towering headpieces, dramatic make-up and revealing looks helped define the evening.</w:t>
      </w:r>
      <w:r/>
    </w:p>
    <w:p>
      <w:pPr>
        <w:pStyle w:val="ListBullet"/>
        <w:spacing w:line="240" w:lineRule="auto"/>
        <w:ind w:left="720"/>
      </w:pPr>
      <w:r/>
      <w:r>
        <w:rPr>
          <w:b/>
        </w:rPr>
        <w:t>A lasting LGBTQ tradition:</w:t>
      </w:r>
      <w:r>
        <w:t xml:space="preserve"> The event remains a familiar fixture in Houston’s LGBTQ social calendar.</w:t>
      </w:r>
      <w:r/>
      <w:r/>
    </w:p>
    <w:p>
      <w:pPr>
        <w:pStyle w:val="Heading2"/>
      </w:pPr>
      <w:r>
        <w:t>South Beach became Houston’s costume catwalk</w:t>
      </w:r>
      <w:r/>
    </w:p>
    <w:p>
      <w:r/>
      <w:r>
        <w:t>The strongest impression from the Halloween Fantasy Ball was visual. South Beach filled with sequins, sculpted make-up, extravagant accessories and costumes that seemed designed for a spotlight rather than a quiet walk to the bar.</w:t>
      </w:r>
      <w:r/>
    </w:p>
    <w:p>
      <w:r/>
      <w:r>
        <w:t xml:space="preserve">According to OutSmart Magazine, the 45th annual event brought together returning faces and first-time guests for a night where subtlety was very much optional. The result was part party, part live fashion parade and part wonderfully chaotic group photo. </w:t>
      </w:r>
      <w:hyperlink r:id="rId9">
        <w:r>
          <w:rPr>
            <w:color w:val="0000EE"/>
            <w:u w:val="single"/>
          </w:rPr>
          <w:t>[2]</w:t>
        </w:r>
      </w:hyperlink>
      <w:r/>
    </w:p>
    <w:p>
      <w:pPr>
        <w:pStyle w:val="Heading2"/>
      </w:pPr>
      <w:r>
        <w:t>Forty-five years of dressing up and showing out</w:t>
      </w:r>
      <w:r/>
    </w:p>
    <w:p>
      <w:r/>
      <w:r>
        <w:t xml:space="preserve">Reaching 45 years is no small feat for a nightlife event, particularly one built around a holiday that encourages bigger, bolder ideas every season. The Halloween Fantasy Ball has become part of Houston’s LGBTQ nightlife story, with South Beach providing a familiar home for its annual burst of theatricality. </w:t>
      </w:r>
      <w:hyperlink r:id="rId9">
        <w:r>
          <w:rPr>
            <w:color w:val="0000EE"/>
            <w:u w:val="single"/>
          </w:rPr>
          <w:t>[2]</w:t>
        </w:r>
      </w:hyperlink>
      <w:r/>
    </w:p>
    <w:p>
      <w:r/>
      <w:r>
        <w:t>That longevity also gives the evening a sense of continuity. Newcomers can arrive with a fresh costume idea, while regulars return to see old friends and discover what everyone has been planning. Halloween parties often promise spectacle, but this one has the history to match it.</w:t>
      </w:r>
      <w:r/>
    </w:p>
    <w:p>
      <w:pPr>
        <w:pStyle w:val="Heading2"/>
      </w:pPr>
      <w:r>
        <w:t>From glamorous fantasy to deliciously creepy</w:t>
      </w:r>
      <w:r/>
    </w:p>
    <w:p>
      <w:r/>
      <w:r>
        <w:t>The costume mix covered plenty of ground. Some guests leaned into polished fantasy characters, while others chose horror-inspired designs, playful camp or group costumes that worked best when seen together.</w:t>
      </w:r>
      <w:r/>
    </w:p>
    <w:p>
      <w:r/>
      <w:r>
        <w:t xml:space="preserve">That variety is part of the appeal. A Halloween ball like this rewards commitment, whether that means a painstaking face, an enormous headpiece or an outfit that leaves very little to the imagination. Listings for other Houston Halloween celebrations, including South Beach events and costume parties, show how strongly the city’s seasonal nightlife leans towards themed dressing and competition.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p>
    <w:p>
      <w:pPr>
        <w:pStyle w:val="Heading2"/>
      </w:pPr>
      <w:r>
        <w:t>Why the right costume still matters</w:t>
      </w:r>
      <w:r/>
    </w:p>
    <w:p>
      <w:r/>
      <w:r>
        <w:t>For anyone planning a similar night out, comfort is the unglamorous detail worth considering. A dramatic look needs to survive dancing, crowded rooms and several hours under warm lights, so secure accessories, breathable layers and make-up that can handle movement are practical wins.</w:t>
      </w:r>
      <w:r/>
    </w:p>
    <w:p>
      <w:r/>
      <w:r>
        <w:t>It also helps to think about the venue before committing to a towering silhouette or delicate prop. South Beach’s packed atmosphere made bold outfits memorable, but the best costume is one that lets you move, mingle and enjoy the music without constant repairs. That may sound less exciting than rhinestones, but your feet will appreciate the strategy.</w:t>
      </w:r>
      <w:r/>
    </w:p>
    <w:p>
      <w:pPr>
        <w:pStyle w:val="Heading2"/>
      </w:pPr>
      <w:r>
        <w:t>A Houston Halloween tradition with plenty of life left</w:t>
      </w:r>
      <w:r/>
    </w:p>
    <w:p>
      <w:r/>
      <w:r>
        <w:t>The 45th Halloween Fantasy Ball shows why established nightlife events continue to matter. They create a shared stage where personal style, humour and community can all be celebrated at once, with no pressure to keep things ordinary.</w:t>
      </w:r>
      <w:r/>
    </w:p>
    <w:p>
      <w:r/>
      <w:r>
        <w:t>As Houston’s Halloween calendar continues to expand, South Beach’s annual gathering still has a clear identity: loud, playful and gloriously over the top. For many guests, that familiar combination is precisely the point.</w:t>
      </w:r>
      <w:r/>
    </w:p>
    <w:p>
      <w:r/>
      <w:r>
        <w:t>It’s a small miracle of nightlife: one night, one room and an astonishing number of sequins.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https://www.outsmartmagazine.com/2026/10/45th-annual-halloween-fantasy-ball-at-south-beach/</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https://www.outsmartmagazine.com/2026/10/45th-annual-halloween-fantasy-ball-at-south-beach/</w:t>
        </w:r>
      </w:hyperlink>
      <w:r>
        <w:t xml:space="preserve"> - The 45th Annual Halloween Fantasy Ball took place at South Beach Houston on October 24, 2026. The Montrose nightclub was filled with guests in elaborate costumes, dramatic makeup, towering headpieces, and bold Halloween looks. Attendees embraced a range of themes, from glamorous fantasy characters to horror-inspired creations and group ensembles. The event featured music, dancing, and creative costumes, solidifying its status as a fixture in Houston's LGBTQ nightlife scene. The Halloween Fantasy Ball has been celebrated annually for 45 years, showcasing the city's vibrant and diverse community.</w:t>
      </w:r>
      <w:r/>
    </w:p>
    <w:p>
      <w:pPr>
        <w:pStyle w:val="ListNumber"/>
        <w:spacing w:line="240" w:lineRule="auto"/>
        <w:ind w:left="720"/>
      </w:pPr>
      <w:r/>
      <w:hyperlink r:id="rId10">
        <w:r>
          <w:rPr>
            <w:color w:val="0000EE"/>
            <w:u w:val="single"/>
          </w:rPr>
          <w:t>https://www.unation.com/event/south-beach-halloween-2026-72532987/</w:t>
        </w:r>
      </w:hyperlink>
      <w:r>
        <w:t xml:space="preserve"> - South Beach Houston hosted a Halloween event on October 31, 2026, from 9:00 PM to 3:00 AM. The event was open to all ages and featured a costume contest with cash prizes: $500 for Best Costume, $300 for Best Couple or Group, and $100 for Most Outrageous. Attendees were encouraged to wear costumes and enjoy the Halloween festivities in Montrose. The event was organized by South Beach Houston and offered a night of music, dancing, and creative costumes.</w:t>
      </w:r>
      <w:r/>
    </w:p>
    <w:p>
      <w:pPr>
        <w:pStyle w:val="ListNumber"/>
        <w:spacing w:line="240" w:lineRule="auto"/>
        <w:ind w:left="720"/>
      </w:pPr>
      <w:r/>
      <w:hyperlink r:id="rId11">
        <w:r>
          <w:rPr>
            <w:color w:val="0000EE"/>
            <w:u w:val="single"/>
          </w:rPr>
          <w:t>https://hunthalloween.com/event/south-beach-halloween-2026-eid1w9mh074l7ve</w:t>
        </w:r>
      </w:hyperlink>
      <w:r>
        <w:t xml:space="preserve"> - South Beach Houston hosted a Halloween party on October 31, 2026, from 9:00 PM to 3:00 AM. The event featured a costume contest with cash prizes: $500 for Best Costume, $300 for Best Couple or Group, and $100 for Most Outrageous. Attendees were encouraged to wear costumes and enjoy the Halloween festivities in Montrose. The event was organized by South Beach Houston and offered a night of music, dancing, and creative costumes.</w:t>
      </w:r>
      <w:r/>
    </w:p>
    <w:p>
      <w:pPr>
        <w:pStyle w:val="ListNumber"/>
        <w:spacing w:line="240" w:lineRule="auto"/>
        <w:ind w:left="720"/>
      </w:pPr>
      <w:r/>
      <w:hyperlink r:id="rId12">
        <w:r>
          <w:rPr>
            <w:color w:val="0000EE"/>
            <w:u w:val="single"/>
          </w:rPr>
          <w:t>https://happeningnext.com/event/monsters-ball-%241000-halloween-costume-contest-party-oct31-grooves-hou-eid1ef0krlwxu7a</w:t>
        </w:r>
      </w:hyperlink>
      <w:r>
        <w:t xml:space="preserve"> - Grooves of Houston hosted the Monster's Ball Halloween Costume Party on October 31, 2026, from 9:00 PM to 2:00 AM. The event featured a $1,000 costume contest, tarot card readers, magicians, professional face painters, and a photo booth. Complimentary admission tickets were available, with reservations encouraged for parties of 5 to 10. The event was organized by The Connect Group and offered a night of music, dancing, and creative costumes.</w:t>
      </w:r>
      <w:r/>
    </w:p>
    <w:p>
      <w:pPr>
        <w:pStyle w:val="ListNumber"/>
        <w:spacing w:line="240" w:lineRule="auto"/>
        <w:ind w:left="720"/>
      </w:pPr>
      <w:r/>
      <w:hyperlink r:id="rId13">
        <w:r>
          <w:rPr>
            <w:color w:val="0000EE"/>
            <w:u w:val="single"/>
          </w:rPr>
          <w:t>https://www.sdc.com/nl/party/usa/halloween-erotica-ball-22nd-annual-550723</w:t>
        </w:r>
      </w:hyperlink>
      <w:r>
        <w:t xml:space="preserve"> - The 22nd Annual Halloween Erotica Ball took place from October 29 to November 1, 2026, at the DoubleTree IAH in Houston, Texas. The event featured a private pre-party social on October 29, followed by two days and nights of themed parties beginning on October 30, with the yearly theme 'FreakShow.' The event included multiple party zones, four separate stages, and multiple DJs each night. The event was for couples and single females only, with over 1,200 people attending last year.</w:t>
      </w:r>
      <w:r/>
    </w:p>
    <w:p>
      <w:pPr>
        <w:pStyle w:val="ListNumber"/>
        <w:spacing w:line="240" w:lineRule="auto"/>
        <w:ind w:left="720"/>
      </w:pPr>
      <w:r/>
      <w:hyperlink r:id="rId14">
        <w:r>
          <w:rPr>
            <w:color w:val="0000EE"/>
            <w:u w:val="single"/>
          </w:rPr>
          <w:t>https://scene.events/events/evolution-halloween-ball</w:t>
        </w:r>
      </w:hyperlink>
      <w:r>
        <w:t xml:space="preserve"> - The Evolution: Halloween Ball, presented by Evolution Fiesta, took place on October 31, 2026, from 10:00 PM to 3:00 AM at RICHS Houston in Houston, Texas. The event was open to partygoers aged 21 and over and featured music, dancing, and creative costumes. The event was listed on Scene and offered a night of Halloween festivities in Houston.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45th-annual-halloween-fantasy-ball-at-south-beach/" TargetMode="External"/><Relationship Id="rId10" Type="http://schemas.openxmlformats.org/officeDocument/2006/relationships/hyperlink" Target="https://www.unation.com/event/south-beach-halloween-2026-72532987/" TargetMode="External"/><Relationship Id="rId11" Type="http://schemas.openxmlformats.org/officeDocument/2006/relationships/hyperlink" Target="https://hunthalloween.com/event/south-beach-halloween-2026-eid1w9mh074l7ve" TargetMode="External"/><Relationship Id="rId12" Type="http://schemas.openxmlformats.org/officeDocument/2006/relationships/hyperlink" Target="https://happeningnext.com/event/monsters-ball-%241000-halloween-costume-contest-party-oct31-grooves-hou-eid1ef0krlwxu7a" TargetMode="External"/><Relationship Id="rId13" Type="http://schemas.openxmlformats.org/officeDocument/2006/relationships/hyperlink" Target="https://www.sdc.com/nl/party/usa/halloween-erotica-ball-22nd-annual-550723" TargetMode="External"/><Relationship Id="rId14" Type="http://schemas.openxmlformats.org/officeDocument/2006/relationships/hyperlink" Target="https://scene.events/events/evolution-halloween-b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