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2026 Travel Guide: Parade Routes and Road Closures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heading to Taiwan Pride 2026 in Taipei should plan around major road closures, altered bus services and busy streets on 31 October. The event will centre on Taipei City Hall and travel through the Xinyi and eastern Taipei districts, making public transport and a little forward planning the easiest way to enjoy the day.</w:t>
      </w:r>
      <w:r/>
    </w:p>
    <w:p>
      <w:pPr>
        <w:pStyle w:val="Heading2"/>
      </w:pPr>
      <w:r>
        <w:t>Essential Takeaways</w:t>
      </w:r>
      <w:r/>
      <w:r/>
    </w:p>
    <w:p>
      <w:pPr>
        <w:pStyle w:val="ListBullet"/>
        <w:spacing w:line="240" w:lineRule="auto"/>
        <w:ind w:left="720"/>
      </w:pPr>
      <w:r/>
      <w:r>
        <w:rPr>
          <w:b/>
        </w:rPr>
        <w:t>Event timing:</w:t>
      </w:r>
      <w:r>
        <w:t xml:space="preserve"> The gathering runs from 10am to 8pm on 31 October, with the parade expected to set off at around 2.05pm.</w:t>
      </w:r>
      <w:r/>
    </w:p>
    <w:p>
      <w:pPr>
        <w:pStyle w:val="ListBullet"/>
        <w:spacing w:line="240" w:lineRule="auto"/>
        <w:ind w:left="720"/>
      </w:pPr>
      <w:r/>
      <w:r>
        <w:rPr>
          <w:b/>
        </w:rPr>
        <w:t>Main venue:</w:t>
      </w:r>
      <w:r>
        <w:t xml:space="preserve"> Activities focus on Taipei City Hall Plaza and the section of City Hall Road between Songgao and Songshou roads.</w:t>
      </w:r>
      <w:r/>
    </w:p>
    <w:p>
      <w:pPr>
        <w:pStyle w:val="ListBullet"/>
        <w:spacing w:line="240" w:lineRule="auto"/>
        <w:ind w:left="720"/>
      </w:pPr>
      <w:r/>
      <w:r>
        <w:rPr>
          <w:b/>
        </w:rPr>
        <w:t>Two parade routes:</w:t>
      </w:r>
      <w:r>
        <w:t xml:space="preserve"> Northern and southern routes will travel through Ren'ai Road, Dunhua South Road, Zhongxiao East Road, Guangfu South Road and Xinyi Road.</w:t>
      </w:r>
      <w:r/>
    </w:p>
    <w:p>
      <w:pPr>
        <w:pStyle w:val="ListBullet"/>
        <w:spacing w:line="240" w:lineRule="auto"/>
        <w:ind w:left="720"/>
      </w:pPr>
      <w:r/>
      <w:r>
        <w:rPr>
          <w:b/>
        </w:rPr>
        <w:t>Traffic changes:</w:t>
      </w:r>
      <w:r>
        <w:t xml:space="preserve"> Roads will close in stages, while some bus stops and routes may be suspended or diverted.</w:t>
      </w:r>
      <w:r/>
    </w:p>
    <w:p>
      <w:pPr>
        <w:pStyle w:val="ListBullet"/>
        <w:spacing w:line="240" w:lineRule="auto"/>
        <w:ind w:left="720"/>
      </w:pPr>
      <w:r/>
      <w:r>
        <w:rPr>
          <w:b/>
        </w:rPr>
        <w:t>Parking restrictions:</w:t>
      </w:r>
      <w:r>
        <w:t xml:space="preserve"> Several roadside parking spaces will be unavailable, and one entrance to the City Hall underground car park will close during the afternoon.</w:t>
      </w:r>
      <w:r/>
      <w:r/>
    </w:p>
    <w:p>
      <w:pPr>
        <w:pStyle w:val="Heading2"/>
      </w:pPr>
      <w:r>
        <w:t>Taipei Pride 2026 will reshape the city centre</w:t>
      </w:r>
      <w:r/>
    </w:p>
    <w:p>
      <w:r/>
      <w:r>
        <w:t>Taipei Pride brings its usual mix of colour, music and crowds, but this year's practical headline is the scale of the traffic plan. Taipei City Hall Plaza and nearby City Hall Road will form the main event zone, with roads around the parade corridor managed throughout the day.</w:t>
      </w:r>
      <w:r/>
    </w:p>
    <w:p>
      <w:r/>
      <w:r>
        <w:t>According to Taipei City Government information, the public gathering is scheduled from 10am until 8pm on 31 October. The central location puts the event close to major shopping, dining and transport links, although those same conveniences can become crowded quickly once the parade begins.</w:t>
      </w:r>
      <w:r/>
    </w:p>
    <w:p>
      <w:r/>
      <w:r>
        <w:t>The new Ren'ai Road section will be controlled from 8pm on 30 October, giving organisers time to prepare the site. City Hall Road will then close in both directions from midnight until 8pm on the event day, with a partial closure continuing until midnight.</w:t>
      </w:r>
      <w:r/>
    </w:p>
    <w:p>
      <w:pPr>
        <w:pStyle w:val="Heading2"/>
      </w:pPr>
      <w:r>
        <w:t>Two routes mean wider disruption</w:t>
      </w:r>
      <w:r/>
    </w:p>
    <w:p>
      <w:r/>
      <w:r>
        <w:t>The northern route will leave City Hall Plaza along Ren'ai Road, turn towards Dunhua South Road, continue to Zhongxiao East Road and then return via Yixian Road and Ren'ai Road. The southern route will also begin at the plaza, but will head through Guangfu South Road and Xinyi Road before looping back.</w:t>
      </w:r>
      <w:r/>
    </w:p>
    <w:p>
      <w:r/>
      <w:r>
        <w:t>Taiwan Pride's official event information highlights the parade as a major annual gathering, while travel guides from Taiwanize and TripTaipei recommend treating the surrounding districts as an event-wide pedestrian zone rather than expecting normal weekend traffic. That's sensible advice, particularly for visitors carrying shopping bags, luggage or small children.</w:t>
      </w:r>
      <w:r/>
    </w:p>
    <w:p>
      <w:r/>
      <w:r>
        <w:t>The parade is expected to depart at about 2.05pm and return to City Hall Plaza at roughly 5.35pm. Police say the timing and boundaries may shift according to conditions on the ground, so even a route that looks open on a map could become temporarily restricted.</w:t>
      </w:r>
      <w:r/>
    </w:p>
    <w:p>
      <w:pPr>
        <w:pStyle w:val="Heading2"/>
      </w:pPr>
      <w:r>
        <w:t>Public transport is the safer choice</w:t>
      </w:r>
      <w:r/>
    </w:p>
    <w:p>
      <w:r/>
      <w:r>
        <w:t>Buses will be affected during the gathering and along the parade routes. Some stops may be cancelled, and services can be diverted as officers adjust road access. Taipei's public transport information service is the best place to check changes before setting off, rather than relying on a familiar stop being served as normal.</w:t>
      </w:r>
      <w:r/>
    </w:p>
    <w:p>
      <w:r/>
      <w:r>
        <w:t>The Taipei Tourism website describes the parade area as one of the city's most accessible event districts, with MRT connections and plenty of facilities nearby. Even so, visitors should allow extra walking time, especially if a station exit or road crossing is temporarily restricted.</w:t>
      </w:r>
      <w:r/>
    </w:p>
    <w:p>
      <w:r/>
      <w:r>
        <w:t>A useful tactic is to choose a meeting point away from the busiest plaza entrances. Mobile signals can become unreliable in large crowds, and a quiet cafe or clearly marked station exit is far easier to find than a spot beside the stage.</w:t>
      </w:r>
      <w:r/>
    </w:p>
    <w:p>
      <w:pPr>
        <w:pStyle w:val="Heading2"/>
      </w:pPr>
      <w:r>
        <w:t>Drivers and cyclists should check the fine print</w:t>
      </w:r>
      <w:r/>
    </w:p>
    <w:p>
      <w:r/>
      <w:r>
        <w:t>The traffic plan includes early restrictions on the special road between Ren'ai Road and Songshou Road, with one eastern lane controlled from 30 October. City Hall Road will reopen fully from midnight on 1 November, while other roads will return to normal in stages.</w:t>
      </w:r>
      <w:r/>
    </w:p>
    <w:p>
      <w:r/>
      <w:r>
        <w:t>Parking is also limited. Taipei's parking authority says roadside car and motorbike bays, loading spaces and accessible bays along sections of Guangfu South Road, Dunhua South Road and Zhongxiao East Road will be unavailable between 10am and 6pm.</w:t>
      </w:r>
      <w:r/>
    </w:p>
    <w:p>
      <w:r/>
      <w:r>
        <w:t>The Ren'ai Road entrance to the City Hall underground car park will be closed to vehicles from 1pm to 7pm. If you're driving, parking farther away and finishing the journey by MRT or on foot will probably be less stressful than trying to reach the event perimeter.</w:t>
      </w:r>
      <w:r/>
    </w:p>
    <w:p>
      <w:pPr>
        <w:pStyle w:val="Heading2"/>
      </w:pPr>
      <w:r>
        <w:t>A little preparation makes Pride day easier</w:t>
      </w:r>
      <w:r/>
    </w:p>
    <w:p>
      <w:r/>
      <w:r>
        <w:t>For visitors, the winning formula is straightforward: wear comfortable shoes, carry water, keep valuables secure and save the official transport information before leaving your hotel. The route covers several substantial avenues, so the day can feel more like a moving city festival than a short parade.</w:t>
      </w:r>
      <w:r/>
    </w:p>
    <w:p>
      <w:r/>
      <w:r>
        <w:t>Taiwan Pride's official site and local tourism guides offer useful background for first-time attendees, including event information and suggestions for exploring the surrounding neighbourhoods. Restaurants and shops around Xinyi may also be busy, so booking ahead is wise if you have a fixed dinner plan.</w:t>
      </w:r>
      <w:r/>
    </w:p>
    <w:p>
      <w:r/>
      <w:r>
        <w:t>The atmosphere should be lively and welcoming, but the streets will be working hard too. A flexible itinerary means you can enjoy the celebration without turning a closed road into the day's main adventure.</w:t>
      </w:r>
      <w:r/>
    </w:p>
    <w:p>
      <w:r/>
      <w:r>
        <w:t>Plan around the closures, leave the car behind and let Taipei Pride set the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2">
        <w:r>
          <w:rPr>
            <w:color w:val="0000EE"/>
            <w:u w:val="single"/>
          </w:rPr>
          <w:t>[6]</w:t>
        </w:r>
      </w:hyperlink>
      <w:r>
        <w:t xml:space="preserve">, </w:t>
      </w:r>
      <w:hyperlink r:id="rId14">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[6]</w:t>
        </w:r>
      </w:hyperlink>
      <w:r>
        <w:t xml:space="preserve">, </w:t>
      </w:r>
      <w:hyperlink r:id="rId13">
        <w:r>
          <w:rPr>
            <w:color w:val="0000EE"/>
            <w:u w:val="single"/>
          </w:rPr>
          <w:t>[5]</w:t>
        </w:r>
      </w:hyperlink>
      <w:r>
        <w:t xml:space="preserve">- Paragraph 8: </w:t>
      </w:r>
      <w:hyperlink r:id="rId12">
        <w:r>
          <w:rPr>
            <w:color w:val="0000EE"/>
            <w:u w:val="single"/>
          </w:rPr>
          <w:t>[6]</w:t>
        </w:r>
      </w:hyperlink>
      <w:r>
        <w:t xml:space="preserve">, </w:t>
      </w:r>
      <w:hyperlink r:id="rId13">
        <w:r>
          <w:rPr>
            <w:color w:val="0000EE"/>
            <w:u w:val="single"/>
          </w:rPr>
          <w:t>[5]</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https://news.ltn.com.tw/news/life/breakingnews/5621485</w:t>
        </w:r>
      </w:hyperlink>
      <w:r>
        <w:t xml:space="preserve"> - Please view link - unable to able to access data</w:t>
      </w:r>
      <w:r/>
    </w:p>
    <w:p>
      <w:pPr>
        <w:pStyle w:val="ListNumber"/>
        <w:spacing w:line="240" w:lineRule="auto"/>
        <w:ind w:left="720"/>
      </w:pPr>
      <w:r/>
      <w:hyperlink r:id="rId10">
        <w:r>
          <w:rPr>
            <w:color w:val="0000EE"/>
            <w:u w:val="single"/>
          </w:rPr>
          <w:t>https://www.taiwanpride.lgbt/2026-copy</w:t>
        </w:r>
      </w:hyperlink>
      <w:r>
        <w:t xml:space="preserve"> - The official website for the 2026 Taiwan LGBT+ Pride Parade provides comprehensive details about the event, including the schedule, parade routes, and assembly points. The event is set to take place on October 31, 2026, at Taipei City Hall Plaza, with activities such as the Rainbow Market opening at 12:00, the first-half stage show at 12:45, parade assembly at 13:00, and parade departure at 14:05. The parade will split into north and south routes, both starting and ending at Taipei City Hall Plaza. The north route includes Ren'ai Road, Dunhua South Road, Zhongxiao East Road, and Yixian Road, while the south route covers Ren'ai Road, Guangfu South Road, Xinyi Road, and Dunhua South Road. The event aims to promote dialogue and equality within the LGBT+ community. (</w:t>
      </w:r>
      <w:hyperlink r:id="rId16">
        <w:r>
          <w:rPr>
            <w:color w:val="0000EE"/>
            <w:u w:val="single"/>
          </w:rPr>
          <w:t>taiwanpride.lgbt</w:t>
        </w:r>
      </w:hyperlink>
      <w:r>
        <w:t>)</w:t>
      </w:r>
      <w:r/>
    </w:p>
    <w:p>
      <w:pPr>
        <w:pStyle w:val="ListNumber"/>
        <w:spacing w:line="240" w:lineRule="auto"/>
        <w:ind w:left="720"/>
      </w:pPr>
      <w:r/>
      <w:hyperlink r:id="rId14">
        <w:r>
          <w:rPr>
            <w:color w:val="0000EE"/>
            <w:u w:val="single"/>
          </w:rPr>
          <w:t>https://www.taiwannews.com.tw/news/6448957</w:t>
        </w:r>
      </w:hyperlink>
      <w:r>
        <w:t xml:space="preserve"> - An article from Taiwan News discusses the 24th Taiwan LGBT+ Pride Parade, scheduled for October 31, 2026, under the theme 'Our Voices, Our Journey.' The parade will begin and end at Taipei City Hall Plaza, following northern and southern routes. Organizers emphasize the importance of continued attention to sexual equality and democracy, highlighting the role of voting in advancing policies for sexual minorities. The event also aims to provide a platform for diverse groups, including people with disabilities, those living with HIV/AIDS, Indigenous people, migrant workers, and immigrants. (</w:t>
      </w:r>
      <w:hyperlink r:id="rId17">
        <w:r>
          <w:rPr>
            <w:color w:val="0000EE"/>
            <w:u w:val="single"/>
          </w:rPr>
          <w:t>taiwannews.com.tw</w:t>
        </w:r>
      </w:hyperlink>
      <w:r>
        <w:t>)</w:t>
      </w:r>
      <w:r/>
    </w:p>
    <w:p>
      <w:pPr>
        <w:pStyle w:val="ListNumber"/>
        <w:spacing w:line="240" w:lineRule="auto"/>
        <w:ind w:left="720"/>
      </w:pPr>
      <w:r/>
      <w:hyperlink r:id="rId11">
        <w:r>
          <w:rPr>
            <w:color w:val="0000EE"/>
            <w:u w:val="single"/>
          </w:rPr>
          <w:t>https://www.taiwanize.com/en/blog/posts/2026-taiwan-pride-guide-en</w:t>
        </w:r>
      </w:hyperlink>
      <w:r>
        <w:t xml:space="preserve"> - This guide offers practical information for attendees of the 2026 Taiwan Pride Parade, including details about the parade routes, assembly points, and transportation options. The parade splits into north and south routes, both starting and ending at Taipei City Hall Plaza. The guide also provides tips on alternative MRT stations to avoid crowds, such as Sun Yat-Sen Memorial Hall, Yongchun, and Xinyi Anhe. Additionally, it advises against driving due to traffic controls and limited parking, suggesting the use of public transportation or cycling. (</w:t>
      </w:r>
      <w:hyperlink r:id="rId18">
        <w:r>
          <w:rPr>
            <w:color w:val="0000EE"/>
            <w:u w:val="single"/>
          </w:rPr>
          <w:t>taiwanize.com</w:t>
        </w:r>
      </w:hyperlink>
      <w:r>
        <w:t>)</w:t>
      </w:r>
      <w:r/>
    </w:p>
    <w:p>
      <w:pPr>
        <w:pStyle w:val="ListNumber"/>
        <w:spacing w:line="240" w:lineRule="auto"/>
        <w:ind w:left="720"/>
      </w:pPr>
      <w:r/>
      <w:hyperlink r:id="rId13">
        <w:r>
          <w:rPr>
            <w:color w:val="0000EE"/>
            <w:u w:val="single"/>
          </w:rPr>
          <w:t>https://www.taipeitourism.org/taipei-pride-parade/</w:t>
        </w:r>
      </w:hyperlink>
      <w:r>
        <w:t xml:space="preserve"> - An article from Taipei Tourism provides information about the 2026 Taiwan Pride Parade, including details about the parade routes, assembly points, and transportation options. The parade has a north route and a south route, both leaving Taipei City Hall Plaza and returning to it. The article also offers practical advice for attendees, such as alternative MRT stations to avoid crowds and tips on where to stand to get the best views of the parade. (</w:t>
      </w:r>
      <w:hyperlink r:id="rId19">
        <w:r>
          <w:rPr>
            <w:color w:val="0000EE"/>
            <w:u w:val="single"/>
          </w:rPr>
          <w:t>taipeitourism.org</w:t>
        </w:r>
      </w:hyperlink>
      <w:r>
        <w:t>)</w:t>
      </w:r>
      <w:r/>
    </w:p>
    <w:p>
      <w:pPr>
        <w:pStyle w:val="ListNumber"/>
        <w:spacing w:line="240" w:lineRule="auto"/>
        <w:ind w:left="720"/>
      </w:pPr>
      <w:r/>
      <w:hyperlink r:id="rId12">
        <w:r>
          <w:rPr>
            <w:color w:val="0000EE"/>
            <w:u w:val="single"/>
          </w:rPr>
          <w:t>https://www.gov.taipei/News_Content.aspx?n=F0DDAF49B89E9413&amp;s=FA3444279FE0CF75&amp;sms=72544237BBE4C5F6</w:t>
        </w:r>
      </w:hyperlink>
      <w:r>
        <w:t xml:space="preserve"> - The Taipei City Government's official announcement details the traffic control measures for the 2026 Taiwan LGBT+ Pride Parade. The event is scheduled for October 31, 2026, from 10:00 to 20:00, with assembly points at Taipei City Hall Plaza and the entire section of City Hall Road (from Songgao Road to Songshou Road). The parade will split into north and south routes, both starting and ending at Taipei City Hall Plaza. The announcement outlines specific traffic control measures, including road closures and restrictions, to ensure public safety and smooth parade operations. (</w:t>
      </w:r>
      <w:hyperlink r:id="rId20">
        <w:r>
          <w:rPr>
            <w:color w:val="0000EE"/>
            <w:u w:val="single"/>
          </w:rPr>
          <w:t>gov.taipei</w:t>
        </w:r>
      </w:hyperlink>
      <w:r>
        <w:t>)</w:t>
      </w:r>
      <w:r/>
    </w:p>
    <w:p>
      <w:pPr>
        <w:pStyle w:val="ListNumber"/>
        <w:spacing w:line="240" w:lineRule="auto"/>
        <w:ind w:left="720"/>
      </w:pPr>
      <w:r/>
      <w:hyperlink r:id="rId15">
        <w:r>
          <w:rPr>
            <w:color w:val="0000EE"/>
            <w:u w:val="single"/>
          </w:rPr>
          <w:t>https://triptaipei.com/events/taiwan-lgbt-pride-2026/</w:t>
        </w:r>
      </w:hyperlink>
      <w:r>
        <w:t xml:space="preserve"> - An event listing from Trip Taipei provides details about the 2026 Taiwan LGBT+ Pride Parade, including the date, time, and location. The event is set to take place on Saturday, October 31, 2026, at Taipei City Hall Plaza. The theme of the parade is 'Our Voices, Our Journey.' The listing includes information about the Rainbow Market, parade assembly, and departure times, as well as the expected attendance and the organizers. (</w:t>
      </w:r>
      <w:hyperlink r:id="rId21">
        <w:r>
          <w:rPr>
            <w:color w:val="0000EE"/>
            <w:u w:val="single"/>
          </w:rPr>
          <w:t>triptaipei.com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1485" TargetMode="External"/><Relationship Id="rId10" Type="http://schemas.openxmlformats.org/officeDocument/2006/relationships/hyperlink" Target="https://www.taiwanpride.lgbt/2026-copy" TargetMode="External"/><Relationship Id="rId11" Type="http://schemas.openxmlformats.org/officeDocument/2006/relationships/hyperlink" Target="https://www.taiwanize.com/en/blog/posts/2026-taiwan-pride-guide-en" TargetMode="External"/><Relationship Id="rId12" Type="http://schemas.openxmlformats.org/officeDocument/2006/relationships/hyperlink" Target="https://www.gov.taipei/News_Content.aspx?n=F0DDAF49B89E9413&amp;s=FA3444279FE0CF75&amp;sms=72544237BBE4C5F6" TargetMode="External"/><Relationship Id="rId13" Type="http://schemas.openxmlformats.org/officeDocument/2006/relationships/hyperlink" Target="https://www.taipeitourism.org/taipei-pride-parade/" TargetMode="External"/><Relationship Id="rId14" Type="http://schemas.openxmlformats.org/officeDocument/2006/relationships/hyperlink" Target="https://www.taiwannews.com.tw/news/6448957" TargetMode="External"/><Relationship Id="rId15" Type="http://schemas.openxmlformats.org/officeDocument/2006/relationships/hyperlink" Target="https://triptaipei.com/events/taiwan-lgbt-pride-2026/" TargetMode="External"/><Relationship Id="rId16" Type="http://schemas.openxmlformats.org/officeDocument/2006/relationships/hyperlink" Target="https://www.taiwanpride.lgbt/2026-copy?utm_source=openai" TargetMode="External"/><Relationship Id="rId17" Type="http://schemas.openxmlformats.org/officeDocument/2006/relationships/hyperlink" Target="https://www.taiwannews.com.tw/news/6448957?utm_source=openai" TargetMode="External"/><Relationship Id="rId18" Type="http://schemas.openxmlformats.org/officeDocument/2006/relationships/hyperlink" Target="https://www.taiwanize.com/en/blog/posts/2026-taiwan-pride-guide-en?utm_source=openai" TargetMode="External"/><Relationship Id="rId19" Type="http://schemas.openxmlformats.org/officeDocument/2006/relationships/hyperlink" Target="https://www.taipeitourism.org/taipei-pride-parade/?utm_source=openai" TargetMode="External"/><Relationship Id="rId20" Type="http://schemas.openxmlformats.org/officeDocument/2006/relationships/hyperlink" Target="https://www.gov.taipei/News_Content.aspx?n=F0DDAF49B89E9413&amp;s=FA3444279FE0CF75&amp;sms=72544237BBE4C5F6&amp;utm_source=openai" TargetMode="External"/><Relationship Id="rId21" Type="http://schemas.openxmlformats.org/officeDocument/2006/relationships/hyperlink" Target="https://triptaipei.com/events/taiwan-lgbt-pride-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