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Shreveport's Oldest Queer Bar Earns Historic Status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are still discovering The Korner Lounge, Shreveport's oldest queer bar, as it celebrates a remarkable 75 years in the same Louisiana location. Its new state historical marker recognises a rare LGBTQ+ safe haven, but the venue is asking supporters to help cover the costs and keep its community-led future bright.</w:t>
      </w:r>
      <w:r/>
    </w:p>
    <w:p>
      <w:pPr>
        <w:pStyle w:val="Heading2"/>
      </w:pPr>
      <w:r>
        <w:t>Essential Takeaways</w:t>
      </w:r>
      <w:r/>
      <w:r/>
    </w:p>
    <w:p>
      <w:pPr>
        <w:pStyle w:val="ListBullet"/>
        <w:spacing w:line="240" w:lineRule="auto"/>
        <w:ind w:left="720"/>
      </w:pPr>
      <w:r/>
      <w:r>
        <w:rPr>
          <w:b/>
        </w:rPr>
        <w:t>A rare milestone:</w:t>
      </w:r>
      <w:r>
        <w:t xml:space="preserve"> The Korner Lounge opened in 1951 and has remained at its original site.</w:t>
      </w:r>
      <w:r/>
    </w:p>
    <w:p>
      <w:pPr>
        <w:pStyle w:val="ListBullet"/>
        <w:spacing w:line="240" w:lineRule="auto"/>
        <w:ind w:left="720"/>
      </w:pPr>
      <w:r/>
      <w:r>
        <w:rPr>
          <w:b/>
        </w:rPr>
        <w:t>Historic recognition:</w:t>
      </w:r>
      <w:r>
        <w:t xml:space="preserve"> Louisiana has granted the venue a State Historical Marker.</w:t>
      </w:r>
      <w:r/>
    </w:p>
    <w:p>
      <w:pPr>
        <w:pStyle w:val="ListBullet"/>
        <w:spacing w:line="240" w:lineRule="auto"/>
        <w:ind w:left="720"/>
      </w:pPr>
      <w:r/>
      <w:r>
        <w:rPr>
          <w:b/>
        </w:rPr>
        <w:t>Community first:</w:t>
      </w:r>
      <w:r>
        <w:t xml:space="preserve"> The bar supports varied entertainment, outreach and intersectional programming.</w:t>
      </w:r>
      <w:r/>
    </w:p>
    <w:p>
      <w:pPr>
        <w:pStyle w:val="ListBullet"/>
        <w:spacing w:line="240" w:lineRule="auto"/>
        <w:ind w:left="720"/>
      </w:pPr>
      <w:r/>
      <w:r>
        <w:rPr>
          <w:b/>
        </w:rPr>
        <w:t>A changing nightlife scene:</w:t>
      </w:r>
      <w:r>
        <w:t xml:space="preserve"> Post-pandemic attendance has fallen on some nights, despite limited nearby queer venues.</w:t>
      </w:r>
      <w:r/>
    </w:p>
    <w:p>
      <w:pPr>
        <w:pStyle w:val="ListBullet"/>
        <w:spacing w:line="240" w:lineRule="auto"/>
        <w:ind w:left="720"/>
      </w:pPr>
      <w:r/>
      <w:r>
        <w:rPr>
          <w:b/>
        </w:rPr>
        <w:t>Visitors can help:</w:t>
      </w:r>
      <w:r>
        <w:t xml:space="preserve"> Supporters are being invited to contribute towards the marker's costs.</w:t>
      </w:r>
      <w:r/>
      <w:r/>
    </w:p>
    <w:p>
      <w:pPr>
        <w:pStyle w:val="Heading2"/>
      </w:pPr>
      <w:r>
        <w:t>A 75-year-old safe haven gets its due</w:t>
      </w:r>
      <w:r/>
    </w:p>
    <w:p>
      <w:r/>
      <w:r>
        <w:t>The Korner Lounge has the kind of history that feels tangible. Its original Bevador cooler, shaped like an oversized beer bottle, is still in use, while a framed 1951 newspaper advert offers a glimpse of the venue's earliest days.</w:t>
      </w:r>
      <w:r/>
    </w:p>
    <w:p>
      <w:r/>
      <w:r>
        <w:t>According to GO Magazine, the Louisiana Avenue bar opened in 1951 and has stayed in the same building ever since. That makes it Louisiana's second-oldest continuously operating LGBTQ+ bar, and one of the oldest in the United States.</w:t>
      </w:r>
      <w:r/>
    </w:p>
    <w:p>
      <w:r/>
      <w:r>
        <w:t>The new marker describes the lounge as a landmark for civil rights in the South and a safe haven for all. It's a powerful description for a venue whose value lies not only in its age, but in the people who have kept its doors open.</w:t>
      </w:r>
      <w:r/>
    </w:p>
    <w:p>
      <w:pPr>
        <w:pStyle w:val="Heading2"/>
      </w:pPr>
      <w:r>
        <w:t>Why the marker matters now</w:t>
      </w:r>
      <w:r/>
    </w:p>
    <w:p>
      <w:r/>
      <w:r>
        <w:t>Historical recognition arrives at a difficult moment for queer nightlife. Across the United States, LGBTQ+ bars are facing rising costs, changing habits and dwindling numbers, leaving many communities with fewer places to meet, celebrate and simply feel at ease.</w:t>
      </w:r>
      <w:r/>
    </w:p>
    <w:p>
      <w:r/>
      <w:r>
        <w:t>JD Jones, the lounge's event coordinator and show director, told GO Magazine that visibility is especially important while queer venues are disappearing. The marker makes the bar's existence more publicly visible, while acknowledging the everyday resilience involved in maintaining a safe, welcoming space.</w:t>
      </w:r>
      <w:r/>
    </w:p>
    <w:p>
      <w:r/>
      <w:r>
        <w:t>The application took roughly four months and required detailed evidence of the venue's past. Historian Jimmy Whitehead researched the lounge's history and uncovered documents including its first advert in The Shreveport Times. It now hangs inside the bar, turning archival research into part of the visitor experience.</w:t>
      </w:r>
      <w:r/>
    </w:p>
    <w:p>
      <w:pPr>
        <w:pStyle w:val="Heading2"/>
      </w:pPr>
      <w:r>
        <w:t>Keeping a queer bar relevant across generations</w:t>
      </w:r>
      <w:r/>
    </w:p>
    <w:p>
      <w:r/>
      <w:r>
        <w:t>Longevity doesn't happen by standing still. The Korner Lounge has adapted its programme as customers have grown older, moved on from nightlife or looked for different ways to connect.</w:t>
      </w:r>
      <w:r/>
    </w:p>
    <w:p>
      <w:r/>
      <w:r>
        <w:t>Its events now span drag shows, burlesque, community outreach and off-site programming. The venue recently hosted an all-Black burlesque troupe, reflecting its focus on intersectionality and on giving performers room to be seen.</w:t>
      </w:r>
      <w:r/>
    </w:p>
    <w:p>
      <w:r/>
      <w:r>
        <w:t>Listings from Shreveport Common and local venue guides show the lounge continuing to build a varied events calendar. That variety matters because no single night can represent an entire queer community, and a good bar needs more than one reason to walk through the door.</w:t>
      </w:r>
      <w:r/>
    </w:p>
    <w:p>
      <w:pPr>
        <w:pStyle w:val="Heading2"/>
      </w:pPr>
      <w:r>
        <w:t>A long way from the next queer venue</w:t>
      </w:r>
      <w:r/>
    </w:p>
    <w:p>
      <w:r/>
      <w:r>
        <w:t>Shreveport's geography makes the lounge especially important. The nearest comparable queer nightlife spaces are reportedly in Dallas, Little Rock and Lafayette, each at least 200 miles away.</w:t>
      </w:r>
      <w:r/>
    </w:p>
    <w:p>
      <w:r/>
      <w:r>
        <w:t>That distance can make a local venue feel less like a simple bar and more like essential infrastructure. For someone looking for friendship, performance, affirmation or a first taste of queer nightlife, a welcoming room nearby can make all the difference.</w:t>
      </w:r>
      <w:r/>
    </w:p>
    <w:p>
      <w:r/>
      <w:r>
        <w:t>Still, the post-COVID recovery has been uneven. GO Magazine reported that the lounge once regularly welcomed at least 50 people on a typical night, while some evenings now draw closer to 15. The venue's owner also owns the building, which offers valuable stability, but inventive events remain crucial.</w:t>
      </w:r>
      <w:r/>
    </w:p>
    <w:p>
      <w:pPr>
        <w:pStyle w:val="Heading2"/>
      </w:pPr>
      <w:r>
        <w:t>New audiences are still finding the lounge</w:t>
      </w:r>
      <w:r/>
    </w:p>
    <w:p>
      <w:r/>
      <w:r>
        <w:t>There is an encouraging twist in those quieter figures: discovery is continuing. At a recent drag show, around three-quarters of the audience were reportedly new visitors, suggesting that The Korner Lounge still has plenty of room to grow.</w:t>
      </w:r>
      <w:r/>
    </w:p>
    <w:p>
      <w:r/>
      <w:r>
        <w:t>Travel and nightlife listings from TravelGay, Pride Venue and AllBars also help put the venue on the map for visitors planning a trip or searching for LGBTQ+ spaces in Shreveport. For a bar that has existed for decades, being findable online is almost as important as having a memorable sign outside.</w:t>
      </w:r>
      <w:r/>
    </w:p>
    <w:p>
      <w:r/>
      <w:r>
        <w:t>Supporters can contribute through the venue's fundraising campaign to help cover the historical marker's costs. More broadly, turning up for a show, bringing friends or sharing the venue's story can offer the kind of practical support that keeps community spaces visible.</w:t>
      </w:r>
      <w:r/>
    </w:p>
    <w:p>
      <w:r/>
      <w:r>
        <w:t>A plaque can't guarantee a bar's future, but it can remind people why the place matters. As Jones told GO Magazine, the lounge's history is made not only by its building, but by people being able to walk through its doors as themselves.</w:t>
      </w:r>
      <w:r/>
    </w:p>
    <w:p>
      <w:r/>
      <w:r>
        <w:t>It's a small Louisiana bar carrying a remarkably large piece of queer history.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[6]</w:t>
        </w:r>
      </w:hyperlink>
      <w:r>
        <w:t xml:space="preserve">- Paragraph 3: </w:t>
      </w:r>
      <w:hyperlink r:id="rId13">
        <w:r>
          <w:rPr>
            <w:color w:val="0000EE"/>
            <w:u w:val="single"/>
          </w:rPr>
          <w:t>[4]</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[5]</w:t>
        </w:r>
      </w:hyperlink>
      <w:r>
        <w:t xml:space="preserve">, </w:t>
      </w:r>
      <w:hyperlink r:id="rId12">
        <w:r>
          <w:rPr>
            <w:color w:val="0000EE"/>
            <w:u w:val="single"/>
          </w:rPr>
          <w:t>[6]</w:t>
        </w:r>
      </w:hyperlink>
      <w:r>
        <w:t xml:space="preserve">- Paragraph 6: </w:t>
      </w:r>
      <w:hyperlink r:id="rId13">
        <w:r>
          <w:rPr>
            <w:color w:val="0000EE"/>
            <w:u w:val="single"/>
          </w:rPr>
          <w:t>[4]</w:t>
        </w:r>
      </w:hyperlink>
      <w:r>
        <w:t xml:space="preserve">, </w:t>
      </w:r>
      <w:hyperlink r:id="rId14">
        <w:r>
          <w:rPr>
            <w:color w:val="0000EE"/>
            <w:u w:val="single"/>
          </w:rPr>
          <w:t>[7]</w:t>
        </w:r>
      </w:hyperlink>
      <w:r>
        <w:t xml:space="preserve">- Paragraph 7: </w:t>
      </w:r>
      <w:hyperlink r:id="rId9">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[5]</w:t>
        </w:r>
      </w:hyperlink>
      <w:r>
        <w:t xml:space="preserve">, </w:t>
      </w:r>
      <w:hyperlink r:id="rId12">
        <w:r>
          <w:rPr>
            <w:color w:val="0000EE"/>
            <w:u w:val="single"/>
          </w:rPr>
          <w:t>[6]</w:t>
        </w:r>
      </w:hyperlink>
      <w:r>
        <w:t xml:space="preserve">- Paragraph 9: </w:t>
      </w:r>
      <w:hyperlink r:id="rId9">
        <w:r>
          <w:rPr>
            <w:color w:val="0000EE"/>
            <w:u w:val="single"/>
          </w:rPr>
          <w:t>[2]</w:t>
        </w:r>
      </w:hyperlink>
      <w:r>
        <w:t xml:space="preserve">, </w:t>
      </w:r>
      <w:hyperlink r:id="rId13">
        <w:r>
          <w:rPr>
            <w:color w:val="0000EE"/>
            <w:u w:val="single"/>
          </w:rPr>
          <w:t>[4]</w:t>
        </w:r>
      </w:hyperlink>
      <w:r>
        <w:t xml:space="preserve">- Paragraph 10: </w:t>
      </w:r>
      <w:hyperlink r:id="rId11">
        <w:r>
          <w:rPr>
            <w:color w:val="0000EE"/>
            <w:u w:val="single"/>
          </w:rPr>
          <w:t>[3]</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[5]</w:t>
        </w:r>
      </w:hyperlink>
      <w:r>
        <w:t xml:space="preserve">- Paragraph 12: </w:t>
      </w:r>
      <w:hyperlink r:id="rId12">
        <w:r>
          <w:rPr>
            <w:color w:val="0000EE"/>
            <w:u w:val="single"/>
          </w:rPr>
          <w:t>[6]</w:t>
        </w:r>
      </w:hyperlink>
      <w:r>
        <w:t xml:space="preserve">, </w:t>
      </w:r>
      <w:hyperlink r:id="rId14">
        <w:r>
          <w:rPr>
            <w:color w:val="0000EE"/>
            <w:u w:val="single"/>
          </w:rPr>
          <w:t>[7]</w:t>
        </w:r>
      </w:hyperlink>
      <w:r>
        <w:t xml:space="preserve">- Paragraph 13: </w:t>
      </w:r>
      <w:hyperlink r:id="rId9">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https://gomag.com/article/shreveports-oldest-queer-bar-given-historical-status-but-they-need-your-help/</w:t>
        </w:r>
      </w:hyperlink>
      <w:r>
        <w:t xml:space="preserve"> - Please view link - unable to able to access data</w:t>
      </w:r>
      <w:r/>
    </w:p>
    <w:p>
      <w:pPr>
        <w:pStyle w:val="ListNumber"/>
        <w:spacing w:line="240" w:lineRule="auto"/>
        <w:ind w:left="720"/>
      </w:pPr>
      <w:r/>
      <w:hyperlink r:id="rId9">
        <w:r>
          <w:rPr>
            <w:color w:val="0000EE"/>
            <w:u w:val="single"/>
          </w:rPr>
          <w:t>https://gomag.com/article/shreveports-oldest-queer-bar-given-historical-status-but-they-need-your-help/</w:t>
        </w:r>
      </w:hyperlink>
      <w:r>
        <w:t xml:space="preserve"> - The Korner Lounge in Shreveport, Louisiana, has been a cornerstone of the local LGBTQ+ community since its establishment in 1951. Recently, it received a State of Louisiana Historical Marker, recognising its significance. Despite challenges, including a decline in patrons post-COVID, the venue remains a safe haven, offering diverse entertainment and community events. The historical marker aims to increase visibility and support for the lounge, which is among the oldest continuously operating LGBTQ+ bars in the U.S. The original Bevador cooler, said to have fallen off a nearby train, is still in use today.</w:t>
      </w:r>
      <w:r/>
    </w:p>
    <w:p>
      <w:pPr>
        <w:pStyle w:val="ListNumber"/>
        <w:spacing w:line="240" w:lineRule="auto"/>
        <w:ind w:left="720"/>
      </w:pPr>
      <w:r/>
      <w:hyperlink r:id="rId11">
        <w:r>
          <w:rPr>
            <w:color w:val="0000EE"/>
            <w:u w:val="single"/>
          </w:rPr>
          <w:t>https://wisevoter.com/world/us/la/shreveport/2026/10/26/shreveport-lgbtq-bar-seeks-historical-marker</w:t>
        </w:r>
      </w:hyperlink>
      <w:r>
        <w:t xml:space="preserve"> - The Korner Lounge in Shreveport is actively fundraising to secure a state historical marker commemorating its 1951 establishment. As Louisiana's second-oldest continuously operating LGBTQ+ bar, the venue seeks to preserve its legacy and role as a long-standing space for the local LGBTQ community. The bar currently holds 37% of its $3,000 fundraising target, with the installation process expected to take up to six months once fully funded.</w:t>
      </w:r>
      <w:r/>
    </w:p>
    <w:p>
      <w:pPr>
        <w:pStyle w:val="ListNumber"/>
        <w:spacing w:line="240" w:lineRule="auto"/>
        <w:ind w:left="720"/>
      </w:pPr>
      <w:r/>
      <w:hyperlink r:id="rId13">
        <w:r>
          <w:rPr>
            <w:color w:val="0000EE"/>
            <w:u w:val="single"/>
          </w:rPr>
          <w:t>https://www.shreveportcommon.com/events/2026/7/25/korners-75th-anniversary-party-ft-paranormal-frequency</w:t>
        </w:r>
      </w:hyperlink>
      <w:r>
        <w:t xml:space="preserve"> - On July 25, 2026, The Korner Lounge celebrated its 75th anniversary with a special event featuring live music and drag performances. The celebration highlighted the venue's rich history and its role as a sanctuary for the LGBTQ+ community in Shreveport and beyond. The event underscored the lounge's commitment to fostering a welcoming and inclusive environment for all patrons.</w:t>
      </w:r>
      <w:r/>
    </w:p>
    <w:p>
      <w:pPr>
        <w:pStyle w:val="ListNumber"/>
        <w:spacing w:line="240" w:lineRule="auto"/>
        <w:ind w:left="720"/>
      </w:pPr>
      <w:r/>
      <w:hyperlink r:id="rId10">
        <w:r>
          <w:rPr>
            <w:color w:val="0000EE"/>
            <w:u w:val="single"/>
          </w:rPr>
          <w:t>https://pridevenue.com/gay-bars/shreveport/korner-lounge/</w:t>
        </w:r>
      </w:hyperlink>
      <w:r>
        <w:t xml:space="preserve"> - Korner Lounge, located at 800 Louisiana Avenue in Shreveport, Louisiana, is one of the state's oldest continuously operating LGBTQ+ bars. Established in the late 1930s, the venue offers a welcoming atmosphere with regular live entertainment, including drag shows and karaoke. Patrons appreciate the friendly and attentive service, with the owner, Jason, being particularly engaging. The bar features local art and has a comfortable, laid-back vibe.</w:t>
      </w:r>
      <w:r/>
    </w:p>
    <w:p>
      <w:pPr>
        <w:pStyle w:val="ListNumber"/>
        <w:spacing w:line="240" w:lineRule="auto"/>
        <w:ind w:left="720"/>
      </w:pPr>
      <w:r/>
      <w:hyperlink r:id="rId12">
        <w:r>
          <w:rPr>
            <w:color w:val="0000EE"/>
            <w:u w:val="single"/>
          </w:rPr>
          <w:t>https://www.travelgay.com/venue/korner-lounge</w:t>
        </w:r>
      </w:hyperlink>
      <w:r>
        <w:t xml:space="preserve"> - Korner Lounge, situated at 800 Louisiana Avenue in Shreveport, Louisiana, is a long-standing gay-owned bar that opened in the late 1930s. The venue features regular live entertainment, including drag shows and karaoke. Korner Lounge also hosts themed nights such as Leather Night, happy hours, and employee pricing for everyone on Tuesdays. The venue is open every day until late hours, providing a vibrant space for the LGBTQ+ community.</w:t>
      </w:r>
      <w:r/>
    </w:p>
    <w:p>
      <w:pPr>
        <w:pStyle w:val="ListNumber"/>
        <w:spacing w:line="240" w:lineRule="auto"/>
        <w:ind w:left="720"/>
      </w:pPr>
      <w:r/>
      <w:hyperlink r:id="rId14">
        <w:r>
          <w:rPr>
            <w:color w:val="0000EE"/>
            <w:u w:val="single"/>
          </w:rPr>
          <w:t>https://allbarsapp.com/bar/shreveport-la/korner-lounge/996929f0-626f-4a35-9f33-0987c86a6b67</w:t>
        </w:r>
      </w:hyperlink>
      <w:r>
        <w:t xml:space="preserve"> - Established in the late 1930s, Korner Lounge is one of Louisiana's oldest continuously operating gay bars. Located at 800 Louisiana Avenue in Shreveport, it offers a welcoming atmosphere with regular live entertainment, including drag shows and karaoke. The venue also hosts themed nights such as Leather Night and provides employee pricing for everyone on Tuesdays. Patrons appreciate the friendly and attentive service, with the owner, Jason, being particularly engaging. The bar features local art and has a comfortable, laid-back vibe.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mag.com/article/shreveports-oldest-queer-bar-given-historical-status-but-they-need-your-help/" TargetMode="External"/><Relationship Id="rId10" Type="http://schemas.openxmlformats.org/officeDocument/2006/relationships/hyperlink" Target="https://pridevenue.com/gay-bars/shreveport/korner-lounge/" TargetMode="External"/><Relationship Id="rId11" Type="http://schemas.openxmlformats.org/officeDocument/2006/relationships/hyperlink" Target="https://wisevoter.com/world/us/la/shreveport/2026/10/26/shreveport-lgbtq-bar-seeks-historical-marker" TargetMode="External"/><Relationship Id="rId12" Type="http://schemas.openxmlformats.org/officeDocument/2006/relationships/hyperlink" Target="https://www.travelgay.com/venue/korner-lounge" TargetMode="External"/><Relationship Id="rId13" Type="http://schemas.openxmlformats.org/officeDocument/2006/relationships/hyperlink" Target="https://www.shreveportcommon.com/events/2026/7/25/korners-75th-anniversary-party-ft-paranormal-frequency" TargetMode="External"/><Relationship Id="rId14" Type="http://schemas.openxmlformats.org/officeDocument/2006/relationships/hyperlink" Target="https://allbarsapp.com/bar/shreveport-la/korner-lounge/996929f0-626f-4a35-9f33-0987c86a6b6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