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Josh Szeps on Gay Visibility, Media and Speaking Honestly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Josh Szeps has built a career from sharp questions, quick humour and unapologetic gay visibility. From Australian radio to American digital media, the presenter and comedian has turned personal experience into lively conversation about representation, politics and public life. His story matters because being open on air still carries weight, especially when homophobia remains stubbornly present.</w:t>
      </w:r>
      <w:r/>
    </w:p>
    <w:p>
      <w:pPr>
        <w:pStyle w:val="Heading2"/>
      </w:pPr>
      <w:r>
        <w:t>A familiar voice with an unusual openness</w:t>
      </w:r>
      <w:r/>
    </w:p>
    <w:p>
      <w:r/>
      <w:r>
        <w:t>Josh Szeps doesn't treat being gay as a dramatic reveal. On air, references to his husband and children arrive naturally, as they might in any family conversation. That easy confidence is part of his appeal, but it also makes a broader point about visibility: ordinary details can be quietly radical when audiences aren't used to hearing them.</w:t>
      </w:r>
      <w:r/>
    </w:p>
    <w:p>
      <w:r/>
      <w:r>
        <w:t>His career has moved across radio, television, comedy and live events. Industry profiles describe a presenter comfortable with serious discussion, entertainment and fast-moving interviews, a mix that helps explain his relaxed but probing style. There’s a warm, slightly mischievous quality to it, as though the next question might be thoughtful, awkward or both.</w:t>
      </w:r>
      <w:r/>
    </w:p>
    <w:p>
      <w:pPr>
        <w:pStyle w:val="Heading2"/>
      </w:pPr>
      <w:r>
        <w:t>From HuffPost Live to Australian broadcasting</w:t>
      </w:r>
      <w:r/>
    </w:p>
    <w:p>
      <w:r/>
      <w:r>
        <w:t>Szeps developed much of his interview craft while presenting HuffPost Live in New York. The format demanded speed, clarity and an ability to keep conversations moving across screens and time zones, skills that remain useful in today's crowded podcast and streaming landscape.</w:t>
      </w:r>
      <w:r/>
    </w:p>
    <w:p>
      <w:r/>
      <w:r>
        <w:t>His Australian work has been similarly varied. Credits include The Project, Weekend News Breakfast, Australian Idol Backstage and John Howard's Diary, alongside radio presenting for the ABC. Speaker biographies also highlight his work as a host, moderator and corporate presenter, showing how a broadcast career can stretch well beyond a single network or format.</w:t>
      </w:r>
      <w:r/>
    </w:p>
    <w:p>
      <w:pPr>
        <w:pStyle w:val="Heading2"/>
      </w:pPr>
      <w:r>
        <w:t>The interviews that refuse to stay tidy</w:t>
      </w:r>
      <w:r/>
    </w:p>
    <w:p>
      <w:r/>
      <w:r>
        <w:t>Some of Szeps' most memorable media moments have come when interviews veered off-script. Russell Brand outed him during one conversation, while Jeremy Irons made a controversial remark about marriage equality. These moments are uncomfortable reminders that queer people can still be treated as conversational material rather than participants in the discussion.</w:t>
      </w:r>
      <w:r/>
    </w:p>
    <w:p>
      <w:r/>
      <w:r>
        <w:t>There have also been gentler encounters, including a notable exchange with Ian McKellen. Taken together, the moments reveal what Szeps does well: he can absorb surprise, keep the conversation alive and use humour without pretending that every subject is harmless. That balance is difficult, particularly when the topic is identity.</w:t>
      </w:r>
      <w:r/>
    </w:p>
    <w:p>
      <w:pPr>
        <w:pStyle w:val="Heading2"/>
      </w:pPr>
      <w:r>
        <w:t>Why representation still matters on air</w:t>
      </w:r>
      <w:r/>
    </w:p>
    <w:p>
      <w:r/>
      <w:r>
        <w:t>Visibility is often discussed as though it simply means placing more LGBTQ+ people in front of cameras. In practice, it also means allowing them to sound relaxed, funny, ambitious and imperfect. Szeps' career offers that fuller picture rather than presenting gay identity as a single issue or solemn responsibility.</w:t>
      </w:r>
      <w:r/>
    </w:p>
    <w:p>
      <w:r/>
      <w:r>
        <w:t>Industry listings position him as a speaker on communication, media and leadership, while ABC's presenter information places him within a mainstream public broadcasting environment. That combination matters. It shows how queer perspective can sit inside everyday journalism and entertainment, rather than being confined to specialist coverage.</w:t>
      </w:r>
      <w:r/>
    </w:p>
    <w:p>
      <w:pPr>
        <w:pStyle w:val="Heading2"/>
      </w:pPr>
      <w:r>
        <w:t>Choosing honesty without losing the joke</w:t>
      </w:r>
      <w:r/>
    </w:p>
    <w:p>
      <w:r/>
      <w:r>
        <w:t>Szeps' approach is useful for anyone working in public-facing media. A personal detail can create connection, but it works best when it isn't forced into a lesson. Mentioning a husband, a family or a past experience in passing can be more powerful than delivering a polished statement about identity.</w:t>
      </w:r>
      <w:r/>
    </w:p>
    <w:p>
      <w:r/>
      <w:r>
        <w:t>For audiences, the lesson is just as simple. Look for presenters who can challenge prejudice while remaining curious, funny and human. The best interviews don't flatten people into symbols, and Szeps' career suggests that honesty and entertainment aren't rivals after all.</w:t>
      </w:r>
      <w:r/>
    </w:p>
    <w:p>
      <w:r/>
      <w:r>
        <w:t>Small, ordinary moments of openness can still shift the atmosphere.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2">
        <w:r>
          <w:rPr>
            <w:color w:val="0000EE"/>
            <w:u w:val="single"/>
          </w:rPr>
          <w:t>[6]</w:t>
        </w:r>
      </w:hyperlink>
      <w:r>
        <w:t xml:space="preserve">- Paragraph 4: </w:t>
      </w:r>
      <w:hyperlink r:id="rId10">
        <w:r>
          <w:rPr>
            <w:color w:val="0000EE"/>
            <w:u w:val="single"/>
          </w:rPr>
          <w:t>[4]</w:t>
        </w:r>
      </w:hyperlink>
      <w:r>
        <w:t xml:space="preserve">, </w:t>
      </w:r>
      <w:hyperlink r:id="rId13">
        <w:r>
          <w:rPr>
            <w:color w:val="0000EE"/>
            <w:u w:val="single"/>
          </w:rPr>
          <w:t>[5]</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11">
        <w:r>
          <w:rPr>
            <w:color w:val="0000EE"/>
            <w:u w:val="single"/>
          </w:rPr>
          <w:t>[3]</w:t>
        </w:r>
      </w:hyperlink>
      <w:r>
        <w:t xml:space="preserve">, </w:t>
      </w:r>
      <w:hyperlink r:id="rId14">
        <w:r>
          <w:rPr>
            <w:color w:val="0000EE"/>
            <w:u w:val="single"/>
          </w:rPr>
          <w:t>[7]</w:t>
        </w:r>
      </w:hyperlink>
      <w:r>
        <w:t xml:space="preserve">- Paragraph 7: </w:t>
      </w:r>
      <w:hyperlink r:id="rId10">
        <w:r>
          <w:rPr>
            <w:color w:val="0000EE"/>
            <w:u w:val="single"/>
          </w:rPr>
          <w:t>[4]</w:t>
        </w:r>
      </w:hyperlink>
      <w:r>
        <w:t xml:space="preserve">, </w:t>
      </w:r>
      <w:hyperlink r:id="rId12">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2">
        <w:r>
          <w:rPr>
            <w:color w:val="0000EE"/>
            <w:u w:val="single"/>
          </w:rPr>
          <w:t>[6]</w:t>
        </w:r>
      </w:hyperlink>
      <w:r>
        <w:t xml:space="preserve">, </w:t>
      </w:r>
      <w:hyperlink r:id="rId14">
        <w:r>
          <w:rPr>
            <w:color w:val="0000EE"/>
            <w:u w:val="single"/>
          </w:rPr>
          <w:t>[7]</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https://www.dnamagazine.com.au/josh-szeps-bloody-josh-gay-bandwagon-263/</w:t>
        </w:r>
      </w:hyperlink>
      <w:r>
        <w:t xml:space="preserve"> - Please view link - unable to able to access data</w:t>
      </w:r>
      <w:r/>
    </w:p>
    <w:p>
      <w:pPr>
        <w:pStyle w:val="ListNumber"/>
        <w:spacing w:line="240" w:lineRule="auto"/>
        <w:ind w:left="720"/>
      </w:pPr>
      <w:r/>
      <w:hyperlink r:id="rId9">
        <w:r>
          <w:rPr>
            <w:color w:val="0000EE"/>
            <w:u w:val="single"/>
          </w:rPr>
          <w:t>https://www.dnamagazine.com.au/josh-szeps-bloody-josh-gay-bandwagon-263/</w:t>
        </w:r>
      </w:hyperlink>
      <w:r>
        <w:t xml:space="preserve"> - An interview with Josh Szeps, an openly gay Australian journalist, presenter, and comedian. He discusses his experiences in the media industry, including his work on ABC Radio, HuffPost Live in New York, and his interactions with celebrities like Russell Brand, Jeremy Irons, and Ian McKellen. The article also highlights his roles in Australian television, such as hosting 'The Project' and 'Weekend News Breakfast', and his voice work as Olly the Kookaburra for the Sydney Olympics.</w:t>
      </w:r>
      <w:r/>
    </w:p>
    <w:p>
      <w:pPr>
        <w:pStyle w:val="ListNumber"/>
        <w:spacing w:line="240" w:lineRule="auto"/>
        <w:ind w:left="720"/>
      </w:pPr>
      <w:r/>
      <w:hyperlink r:id="rId11">
        <w:r>
          <w:rPr>
            <w:color w:val="0000EE"/>
            <w:u w:val="single"/>
          </w:rPr>
          <w:t>https://www.icmi.com.au/josh-szeps/</w:t>
        </w:r>
      </w:hyperlink>
      <w:r>
        <w:t xml:space="preserve"> - Profile of Josh Szeps, an Australian media personality, journalist, political satirist, television presenter, and radio host. The page details his career, including his role as a founding host and producer of HuffPost Live in New York, where he interviewed high-profile artists and celebrities. It also mentions his work on Australian television and radio, such as hosting 'Afternoons with Josh Szeps' on ABC Radio Sydney and his appearances on 'The Project' and 'Q&amp;A'.</w:t>
      </w:r>
      <w:r/>
    </w:p>
    <w:p>
      <w:pPr>
        <w:pStyle w:val="ListNumber"/>
        <w:spacing w:line="240" w:lineRule="auto"/>
        <w:ind w:left="720"/>
      </w:pPr>
      <w:r/>
      <w:hyperlink r:id="rId10">
        <w:r>
          <w:rPr>
            <w:color w:val="0000EE"/>
            <w:u w:val="single"/>
          </w:rPr>
          <w:t>https://www.abc.net.au/listen/josh-szeps/9372092</w:t>
        </w:r>
      </w:hyperlink>
      <w:r>
        <w:t xml:space="preserve"> - An overview of Josh Szeps's career, including his work as a television and radio broadcaster on ABC Radio, Radio National, and the podcast 'Out Of The Loop'. The page highlights his early career in Sydney radio, his role as a founding host of HuffPost Live in New York, and his appearances on the NBC Today Show. It also mentions his television work in Australia, including hosting 'The Project' and 'Q&amp;A'.</w:t>
      </w:r>
      <w:r/>
    </w:p>
    <w:p>
      <w:pPr>
        <w:pStyle w:val="ListNumber"/>
        <w:spacing w:line="240" w:lineRule="auto"/>
        <w:ind w:left="720"/>
      </w:pPr>
      <w:r/>
      <w:hyperlink r:id="rId13">
        <w:r>
          <w:rPr>
            <w:color w:val="0000EE"/>
            <w:u w:val="single"/>
          </w:rPr>
          <w:t>https://www.rgm.com.au/entertainment/josh-szeps/</w:t>
        </w:r>
      </w:hyperlink>
      <w:r>
        <w:t xml:space="preserve"> - Profile of Josh Szeps, an Australian media personality and interviewer. The page details his role as a founding host-producer of HuffPost Live in New York, where he hosted thousands of hours of live TV with prominent figures. It also mentions his return to Australia, where he co-anchored 'Weekend Breakfast' on ABC, guest-hosted 'The Project' on Channel Ten, and presented a weekly panel discussion show on Radio National. Additionally, it highlights his podcast, 'Uncomfortable Conversations with Josh Szeps', which has garnered millions of downloads.</w:t>
      </w:r>
      <w:r/>
    </w:p>
    <w:p>
      <w:pPr>
        <w:pStyle w:val="ListNumber"/>
        <w:spacing w:line="240" w:lineRule="auto"/>
        <w:ind w:left="720"/>
      </w:pPr>
      <w:r/>
      <w:hyperlink r:id="rId12">
        <w:r>
          <w:rPr>
            <w:color w:val="0000EE"/>
            <w:u w:val="single"/>
          </w:rPr>
          <w:t>https://www.claxtonspeakers.com.au/speakers_profile/1207</w:t>
        </w:r>
      </w:hyperlink>
      <w:r>
        <w:t xml:space="preserve"> - Profile of Josh Szeps, an Australian media personality and interviewer. The page details his role as a founding host-producer of HuffPost Live in New York, where he hosted thousands of hours of live TV with prominent figures. It also mentions his return to Australia, where he co-anchored 'Weekend Breakfast' on ABC, guest-hosted 'The Project' on Channel Ten, and presented a weekly panel discussion show on Radio National. Additionally, it highlights his podcast, 'Uncomfortable Conversations with Josh Szeps', which has garnered millions of downloads.</w:t>
      </w:r>
      <w:r/>
    </w:p>
    <w:p>
      <w:pPr>
        <w:pStyle w:val="ListNumber"/>
        <w:spacing w:line="240" w:lineRule="auto"/>
        <w:ind w:left="720"/>
      </w:pPr>
      <w:r/>
      <w:hyperlink r:id="rId14">
        <w:r>
          <w:rPr>
            <w:color w:val="0000EE"/>
            <w:u w:val="single"/>
          </w:rPr>
          <w:t>https://www.outinperth.com/ironing-bullshit-josh-zepps/</w:t>
        </w:r>
      </w:hyperlink>
      <w:r>
        <w:t xml:space="preserve"> - An interview with Josh Zepps, an Australian political satirist, presenter, and producer. The article discusses his career, including his role as a founding member of HuffPost Live, where he conducted interviews with celebrities and influencers. It also mentions his work on Australian radio, such as his satirical sketches on 2UE radio and his role as presenter/producer of 'Australian Idol' companion program 'Idol Backstage'.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josh-szeps-bloody-josh-gay-bandwagon-263/" TargetMode="External"/><Relationship Id="rId10" Type="http://schemas.openxmlformats.org/officeDocument/2006/relationships/hyperlink" Target="https://www.abc.net.au/listen/josh-szeps/9372092" TargetMode="External"/><Relationship Id="rId11" Type="http://schemas.openxmlformats.org/officeDocument/2006/relationships/hyperlink" Target="https://www.icmi.com.au/josh-szeps/" TargetMode="External"/><Relationship Id="rId12" Type="http://schemas.openxmlformats.org/officeDocument/2006/relationships/hyperlink" Target="https://www.claxtonspeakers.com.au/speakers_profile/1207" TargetMode="External"/><Relationship Id="rId13" Type="http://schemas.openxmlformats.org/officeDocument/2006/relationships/hyperlink" Target="https://www.rgm.com.au/entertainment/josh-szeps/" TargetMode="External"/><Relationship Id="rId14" Type="http://schemas.openxmlformats.org/officeDocument/2006/relationships/hyperlink" Target="https://www.outinperth.com/ironing-bullshit-josh-zep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