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Japanese singer Yuho Yoshioka comes out after years of hiding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Japanese singer Yuho Yoshioka has publicly come out as gay, sharing how fear and secrecy shaped both his relationships and career. His decision comes as he performs in RENT, a musical long associated with LGBTQ+ stories, and says support from his partner and castmates helped him finally live more openly.</w:t>
      </w:r>
      <w:r/>
    </w:p>
    <w:p>
      <w:pPr>
        <w:pStyle w:val="Heading2"/>
      </w:pPr>
      <w:r>
        <w:t>Essential Takeaways</w:t>
      </w:r>
      <w:r/>
      <w:r/>
    </w:p>
    <w:p>
      <w:pPr>
        <w:pStyle w:val="ListBullet"/>
        <w:spacing w:line="240" w:lineRule="auto"/>
        <w:ind w:left="720"/>
      </w:pPr>
      <w:r/>
      <w:r>
        <w:rPr>
          <w:b/>
        </w:rPr>
        <w:t>A long-awaited disclosure:</w:t>
      </w:r>
      <w:r>
        <w:t xml:space="preserve"> Yoshioka, 40, has spoken publicly about being gay after years of keeping his sexuality private.</w:t>
      </w:r>
      <w:r/>
    </w:p>
    <w:p>
      <w:pPr>
        <w:pStyle w:val="ListBullet"/>
        <w:spacing w:line="240" w:lineRule="auto"/>
        <w:ind w:left="720"/>
      </w:pPr>
      <w:r/>
      <w:r>
        <w:rPr>
          <w:b/>
        </w:rPr>
        <w:t>A hidden relationship:</w:t>
      </w:r>
      <w:r>
        <w:t xml:space="preserve"> He was in a four-year relationship but introduced his partner as a friend in public.</w:t>
      </w:r>
      <w:r/>
    </w:p>
    <w:p>
      <w:pPr>
        <w:pStyle w:val="ListBullet"/>
        <w:spacing w:line="240" w:lineRule="auto"/>
        <w:ind w:left="720"/>
      </w:pPr>
      <w:r/>
      <w:r>
        <w:rPr>
          <w:b/>
        </w:rPr>
        <w:t>A career shaped by music:</w:t>
      </w:r>
      <w:r>
        <w:t xml:space="preserve"> His work has included collaborations with major Japanese performers and screen projects.</w:t>
      </w:r>
      <w:r/>
    </w:p>
    <w:p>
      <w:pPr>
        <w:pStyle w:val="ListBullet"/>
        <w:spacing w:line="240" w:lineRule="auto"/>
        <w:ind w:left="720"/>
      </w:pPr>
      <w:r/>
      <w:r>
        <w:rPr>
          <w:b/>
        </w:rPr>
        <w:t>RENT became a turning point:</w:t>
      </w:r>
      <w:r>
        <w:t xml:space="preserve"> Performing in the musical helped him confront fears he had previously avoided.</w:t>
      </w:r>
      <w:r/>
    </w:p>
    <w:p>
      <w:pPr>
        <w:pStyle w:val="ListBullet"/>
        <w:spacing w:line="240" w:lineRule="auto"/>
        <w:ind w:left="720"/>
      </w:pPr>
      <w:r/>
      <w:r>
        <w:rPr>
          <w:b/>
        </w:rPr>
        <w:t>Support made a difference:</w:t>
      </w:r>
      <w:r>
        <w:t xml:space="preserve"> His partner and fellow cast members encouraged him to stop hiding.</w:t>
      </w:r>
      <w:r/>
      <w:r/>
    </w:p>
    <w:p>
      <w:pPr>
        <w:pStyle w:val="Heading2"/>
      </w:pPr>
      <w:r>
        <w:t>A public announcement with a deeply personal story</w:t>
      </w:r>
      <w:r/>
    </w:p>
    <w:p>
      <w:r/>
      <w:r>
        <w:t>Yuho Yoshioka's coming-out announcement is less a sudden celebrity revelation than the end of a long, exhausting act of self-protection. The Japanese singer has described spending years monitoring his behaviour, worried that even small gestures might expose his sexuality.</w:t>
      </w:r>
      <w:r/>
    </w:p>
    <w:p>
      <w:r/>
      <w:r>
        <w:t>That kind of vigilance can make ordinary life feel strangely theatrical. According to the Taipei-based report, Yoshioka was also unable to acknowledge his partner openly, despite their relationship lasting four years. In public, the person closest to him had to be described as merely a friend.</w:t>
      </w:r>
      <w:r/>
    </w:p>
    <w:p>
      <w:pPr>
        <w:pStyle w:val="Heading2"/>
      </w:pPr>
      <w:r>
        <w:t>Why his relationship changed everything</w:t>
      </w:r>
      <w:r/>
    </w:p>
    <w:p>
      <w:r/>
      <w:r>
        <w:t>Yoshioka said his current partner offered the steady support he had struggled to accept from the outside world. The painful part was the gap between their private life and the story he felt compelled to tell everyone else.</w:t>
      </w:r>
      <w:r/>
    </w:p>
    <w:p>
      <w:r/>
      <w:r>
        <w:t>That contradiction eventually became too difficult to carry. As LGBTQ+ performers and public figures continue to discuss the pressures surrounding visibility, stories from Japanese entertainment have shown how personal disclosure can still involve career concerns, family expectations and public scrutiny, according to international coverage of other Japanese pop stars who have come out.</w:t>
      </w:r>
      <w:r/>
    </w:p>
    <w:p>
      <w:pPr>
        <w:pStyle w:val="Heading2"/>
      </w:pPr>
      <w:r>
        <w:t>RENT gave him a new way to face the past</w:t>
      </w:r>
      <w:r/>
    </w:p>
    <w:p>
      <w:r/>
      <w:r>
        <w:t>The timing is particularly significant because Yoshioka is now appearing in RENT, the musical known for its LGBTQ+ characters, community themes and frank treatment of love, illness and loss. He had previously kept his distance from the production because its subject matter came too close to the part of himself he was trying to conceal.</w:t>
      </w:r>
      <w:r/>
    </w:p>
    <w:p>
      <w:r/>
      <w:r>
        <w:t>Performing it has apparently offered a different experience. Rather than treating the show as a risk, he found encouragement among the cast and production team. The stage, which can be an unforgiving place when you're hiding, became a space where honesty felt possible.</w:t>
      </w:r>
      <w:r/>
    </w:p>
    <w:p>
      <w:pPr>
        <w:pStyle w:val="Heading2"/>
      </w:pPr>
      <w:r>
        <w:t>From gospel music to major Japanese collaborations</w:t>
      </w:r>
      <w:r/>
    </w:p>
    <w:p>
      <w:r/>
      <w:r>
        <w:t>Yoshioka's route into performance began in an unusual and international way. At 23, he travelled alone to the United States and sang gospel music in churches around New York's Bronx before returning to Japan and building a career as a singer.</w:t>
      </w:r>
      <w:r/>
    </w:p>
    <w:p>
      <w:r/>
      <w:r>
        <w:t>He has since worked with high-profile artists including Toshinobu Kubota, MISIA, HYDE and Takuya Kimura. His credits have also expanded beyond live music, with voice work for the second season of Apple TV+'s Schmigadoon! and the Japanese dub of Disney's Wish. That breadth gives his announcement added weight: this isn't a newcomer testing the waters, but an established performer reconsidering how much of himself the public gets to see.</w:t>
      </w:r>
      <w:r/>
    </w:p>
    <w:p>
      <w:pPr>
        <w:pStyle w:val="Heading2"/>
      </w:pPr>
      <w:r>
        <w:t>A quieter shift in celebrity visibility</w:t>
      </w:r>
      <w:r/>
    </w:p>
    <w:p>
      <w:r/>
      <w:r>
        <w:t>Yoshioka's story also sits within a wider change in Japanese pop culture. Other well-known Japanese performers have made similar announcements in recent years, and coverage from outlets including KPBS, Pride and Them has highlighted the warmth many fans have shown in response.</w:t>
      </w:r>
      <w:r/>
    </w:p>
    <w:p>
      <w:r/>
      <w:r>
        <w:t>That doesn't erase the anxiety that comes before coming out, nor does it mean every performer should disclose personal information. The useful lesson is more modest but important: visibility matters most when it happens on the person's own terms. For Yoshioka, that moment arrived through a supportive relationship, a demanding musical and the decision to stop presenting love as friendship.</w:t>
      </w:r>
      <w:r/>
    </w:p>
    <w:p>
      <w:r/>
      <w:r>
        <w:t>It's a brave step, but also a very human one: finally allowing private truth and public life to match.</w:t>
      </w:r>
      <w:r/>
    </w:p>
    <w:p>
      <w:r/>
      <w:r>
        <w:t>Explore stories of performers finding the confidence to be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0">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[6]</w:t>
        </w:r>
      </w:hyperlink>
      <w:r>
        <w:t xml:space="preserve">- Paragraph 6: </w:t>
      </w:r>
      <w:hyperlink r:id="rId14">
        <w:r>
          <w:rPr>
            <w:color w:val="0000EE"/>
            <w:u w:val="single"/>
          </w:rPr>
          <w:t>[2]</w:t>
        </w:r>
      </w:hyperlink>
      <w:r>
        <w:t xml:space="preserve">, </w:t>
      </w:r>
      <w:hyperlink r:id="rId15">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0">
        <w:r>
          <w:rPr>
            <w:color w:val="0000EE"/>
            <w:u w:val="single"/>
          </w:rPr>
          <w:t>[4]</w:t>
        </w:r>
      </w:hyperlink>
      <w:r>
        <w:t xml:space="preserve">- Paragraph 10: </w:t>
      </w:r>
      <w:hyperlink r:id="rId13">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https://ent.ltn.com.tw/news/breakingnews/5620841</w:t>
        </w:r>
      </w:hyperlink>
      <w:r>
        <w:t xml:space="preserve"> - Please view link - unable to able to access data</w:t>
      </w:r>
      <w:r/>
    </w:p>
    <w:p>
      <w:pPr>
        <w:pStyle w:val="ListNumber"/>
        <w:spacing w:line="240" w:lineRule="auto"/>
        <w:ind w:left="720"/>
      </w:pPr>
      <w:r/>
      <w:hyperlink r:id="rId14">
        <w:r>
          <w:rPr>
            <w:color w:val="0000EE"/>
            <w:u w:val="single"/>
          </w:rPr>
          <w:t>https://news.livedoor.com/article/detail/32664733/</w:t>
        </w:r>
      </w:hyperlink>
      <w:r>
        <w:t xml:space="preserve"> - Japanese singer Yoshio Yuhou publicly came out as gay on October 27, 2026, revealing his sexual orientation after years of concealing it. He shared that his partner of four years and the support from fellow cast members of the musical 'RENT' encouraged him to embrace his true self. Yuhou expressed his desire to live authentically and no longer hide his sexuality. (</w:t>
      </w:r>
      <w:hyperlink r:id="rId16">
        <w:r>
          <w:rPr>
            <w:color w:val="0000EE"/>
            <w:u w:val="single"/>
          </w:rPr>
          <w:t>news.livedoor.com</w:t>
        </w:r>
      </w:hyperlink>
      <w:r>
        <w:t>)</w:t>
      </w:r>
      <w:r/>
    </w:p>
    <w:p>
      <w:pPr>
        <w:pStyle w:val="ListNumber"/>
        <w:spacing w:line="240" w:lineRule="auto"/>
        <w:ind w:left="720"/>
      </w:pPr>
      <w:r/>
      <w:hyperlink r:id="rId12">
        <w:r>
          <w:rPr>
            <w:color w:val="0000EE"/>
            <w:u w:val="single"/>
          </w:rPr>
          <w:t>https://www.edgemedianetwork.com/story/327213/title</w:t>
        </w:r>
      </w:hyperlink>
      <w:r>
        <w:t xml:space="preserve"> - In July 2023, Japanese pop star Shinjiro Atae publicly came out as gay during a fan event in Tokyo. He shared his struggles with self-acceptance and expressed his hope that his revelation would help others facing similar challenges. Atae's announcement was significant in Japan, where same-sex unions are not legally recognised. (</w:t>
      </w:r>
      <w:hyperlink r:id="rId17">
        <w:r>
          <w:rPr>
            <w:color w:val="0000EE"/>
            <w:u w:val="single"/>
          </w:rPr>
          <w:t>edgemedianetwork.com</w:t>
        </w:r>
      </w:hyperlink>
      <w:r>
        <w:t>)</w:t>
      </w:r>
      <w:r/>
    </w:p>
    <w:p>
      <w:pPr>
        <w:pStyle w:val="ListNumber"/>
        <w:spacing w:line="240" w:lineRule="auto"/>
        <w:ind w:left="720"/>
      </w:pPr>
      <w:r/>
      <w:hyperlink r:id="rId10">
        <w:r>
          <w:rPr>
            <w:color w:val="0000EE"/>
            <w:u w:val="single"/>
          </w:rPr>
          <w:t>https://www.kpbs.org/news/international/2023/07/27/in-japan-a-j-pop-star-has-come-out-as-gay-and-his-fans-cheer</w:t>
        </w:r>
      </w:hyperlink>
      <w:r>
        <w:t xml:space="preserve"> - Shinjiro Atae, a prominent Japanese pop idol, came out as gay in July 2023 during a fan event in Tokyo. His announcement was warmly received by fans, marking a rare public disclosure of sexuality in Japan's conservative society. Atae expressed his desire to help others who might be struggling with their own identities. (</w:t>
      </w:r>
      <w:hyperlink r:id="rId18">
        <w:r>
          <w:rPr>
            <w:color w:val="0000EE"/>
            <w:u w:val="single"/>
          </w:rPr>
          <w:t>kpbs.org</w:t>
        </w:r>
      </w:hyperlink>
      <w:r>
        <w:t>)</w:t>
      </w:r>
      <w:r/>
    </w:p>
    <w:p>
      <w:pPr>
        <w:pStyle w:val="ListNumber"/>
        <w:spacing w:line="240" w:lineRule="auto"/>
        <w:ind w:left="720"/>
      </w:pPr>
      <w:r/>
      <w:hyperlink r:id="rId13">
        <w:r>
          <w:rPr>
            <w:color w:val="0000EE"/>
            <w:u w:val="single"/>
          </w:rPr>
          <w:t>https://www.pride.com/trending/coming-out/shinjiro-atae-comes-out</w:t>
        </w:r>
      </w:hyperlink>
      <w:r>
        <w:t xml:space="preserve"> - In July 2023, Shinjiro Atae, a Japanese pop star, came out as gay during a fan event in Tokyo. He shared his personal struggles with self-acceptance and expressed his hope that his revelation would help others facing similar challenges. Atae's announcement was significant in Japan, where same-sex unions are not legally recognised. (</w:t>
      </w:r>
      <w:hyperlink r:id="rId19">
        <w:r>
          <w:rPr>
            <w:color w:val="0000EE"/>
            <w:u w:val="single"/>
          </w:rPr>
          <w:t>pride.com</w:t>
        </w:r>
      </w:hyperlink>
      <w:r>
        <w:t>)</w:t>
      </w:r>
      <w:r/>
    </w:p>
    <w:p>
      <w:pPr>
        <w:pStyle w:val="ListNumber"/>
        <w:spacing w:line="240" w:lineRule="auto"/>
        <w:ind w:left="720"/>
      </w:pPr>
      <w:r/>
      <w:hyperlink r:id="rId11">
        <w:r>
          <w:rPr>
            <w:color w:val="0000EE"/>
            <w:u w:val="single"/>
          </w:rPr>
          <w:t>https://timesofindia.indiatimes.com/entertainment/k-pop/music/news/japanese-pop-star-shinjiro-atae-comes-out-as-gay-in-emotional-announcement-i-am-a-gay-man/articleshow/102229406.cms</w:t>
        </w:r>
      </w:hyperlink>
      <w:r>
        <w:t xml:space="preserve"> - Shinjiro Atae, a Japanese pop star, came out as gay during an emotional fan event in Tokyo in July 2023. His announcement was warmly welcomed in a country where the government does not legally recognise LGBTQ equality. Atae's revelation comes at a time of increased awareness and support for the rights of LGBTQ+ people in Japan. (</w:t>
      </w:r>
      <w:hyperlink r:id="rId20">
        <w:r>
          <w:rPr>
            <w:color w:val="0000EE"/>
            <w:u w:val="single"/>
          </w:rPr>
          <w:t>timesofindia.indiatimes.com</w:t>
        </w:r>
      </w:hyperlink>
      <w:r>
        <w:t>)</w:t>
      </w:r>
      <w:r/>
    </w:p>
    <w:p>
      <w:pPr>
        <w:pStyle w:val="ListNumber"/>
        <w:spacing w:line="240" w:lineRule="auto"/>
        <w:ind w:left="720"/>
      </w:pPr>
      <w:r/>
      <w:hyperlink r:id="rId15">
        <w:r>
          <w:rPr>
            <w:color w:val="0000EE"/>
            <w:u w:val="single"/>
          </w:rPr>
          <w:t>https://www.them.us/story/shinjiro-atae-jpop-star-comes-out-as-gay</w:t>
        </w:r>
      </w:hyperlink>
      <w:r>
        <w:t xml:space="preserve"> - In July 2023, Japanese pop star Shinjiro Atae came out as gay during a fan event in Tokyo. He shared his personal struggles with self-acceptance and expressed his hope that his revelation would help others facing similar challenges. Atae's announcement was significant in Japan, where same-sex unions are not legally recognised. (</w:t>
      </w:r>
      <w:hyperlink r:id="rId21">
        <w:r>
          <w:rPr>
            <w:color w:val="0000EE"/>
            <w:u w:val="single"/>
          </w:rPr>
          <w:t>them.us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620841" TargetMode="External"/><Relationship Id="rId10" Type="http://schemas.openxmlformats.org/officeDocument/2006/relationships/hyperlink" Target="https://www.kpbs.org/news/international/2023/07/27/in-japan-a-j-pop-star-has-come-out-as-gay-and-his-fans-cheer" TargetMode="External"/><Relationship Id="rId11" Type="http://schemas.openxmlformats.org/officeDocument/2006/relationships/hyperlink" Target="https://timesofindia.indiatimes.com/entertainment/k-pop/music/news/japanese-pop-star-shinjiro-atae-comes-out-as-gay-in-emotional-announcement-i-am-a-gay-man/articleshow/102229406.cms" TargetMode="External"/><Relationship Id="rId12" Type="http://schemas.openxmlformats.org/officeDocument/2006/relationships/hyperlink" Target="https://www.edgemedianetwork.com/story/327213/title" TargetMode="External"/><Relationship Id="rId13" Type="http://schemas.openxmlformats.org/officeDocument/2006/relationships/hyperlink" Target="https://www.pride.com/trending/coming-out/shinjiro-atae-comes-out" TargetMode="External"/><Relationship Id="rId14" Type="http://schemas.openxmlformats.org/officeDocument/2006/relationships/hyperlink" Target="https://news.livedoor.com/article/detail/32664733/" TargetMode="External"/><Relationship Id="rId15" Type="http://schemas.openxmlformats.org/officeDocument/2006/relationships/hyperlink" Target="https://www.them.us/story/shinjiro-atae-jpop-star-comes-out-as-gay" TargetMode="External"/><Relationship Id="rId16" Type="http://schemas.openxmlformats.org/officeDocument/2006/relationships/hyperlink" Target="https://news.livedoor.com/article/detail/32664733/?utm_source=openai" TargetMode="External"/><Relationship Id="rId17" Type="http://schemas.openxmlformats.org/officeDocument/2006/relationships/hyperlink" Target="https://www.edgemedianetwork.com/story/327213/title?utm_source=openai" TargetMode="External"/><Relationship Id="rId18" Type="http://schemas.openxmlformats.org/officeDocument/2006/relationships/hyperlink" Target="https://www.kpbs.org/news/international/2023/07/27/in-japan-a-j-pop-star-has-come-out-as-gay-and-his-fans-cheer?utm_source=openai" TargetMode="External"/><Relationship Id="rId19" Type="http://schemas.openxmlformats.org/officeDocument/2006/relationships/hyperlink" Target="https://www.pride.com/trending/coming-out/shinjiro-atae-comes-out?utm_source=openai" TargetMode="External"/><Relationship Id="rId20" Type="http://schemas.openxmlformats.org/officeDocument/2006/relationships/hyperlink" Target="https://timesofindia.indiatimes.com/entertainment/k-pop/music/news/japanese-pop-star-shinjiro-atae-comes-out-as-gay-in-emotional-announcement-i-am-a-gay-man/articleshow/102229406.cms?utm_source=openai" TargetMode="External"/><Relationship Id="rId21" Type="http://schemas.openxmlformats.org/officeDocument/2006/relationships/hyperlink" Target="https://www.them.us/story/shinjiro-atae-jpop-star-comes-out-as-ga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