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Prostate Cancer Apps for Clearer, More Confident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Men are turning to prostate cancer apps to prepare for appointments, understand unfamiliar terms and keep treatment information close at hand. These digital tools can make a daunting diagnosis feel more manageable, particularly when screening risks, treatment choices and quality-of-life concerns need careful discussion.</w:t>
      </w:r>
      <w:r/>
    </w:p>
    <w:p>
      <w:pPr>
        <w:pStyle w:val="Heading2"/>
      </w:pPr>
      <w:r>
        <w:t>Essential Takeaways</w:t>
      </w:r>
      <w:r/>
      <w:r/>
    </w:p>
    <w:p>
      <w:pPr>
        <w:pStyle w:val="ListBullet"/>
        <w:spacing w:line="240" w:lineRule="auto"/>
        <w:ind w:left="720"/>
      </w:pPr>
      <w:r/>
      <w:r>
        <w:rPr>
          <w:b/>
        </w:rPr>
        <w:t>Better appointment preparation:</w:t>
      </w:r>
      <w:r>
        <w:t xml:space="preserve"> Question prompts can help patients arrive with a clearer plan.</w:t>
      </w:r>
      <w:r/>
    </w:p>
    <w:p>
      <w:pPr>
        <w:pStyle w:val="ListBullet"/>
        <w:spacing w:line="240" w:lineRule="auto"/>
        <w:ind w:left="720"/>
      </w:pPr>
      <w:r/>
      <w:r>
        <w:rPr>
          <w:b/>
        </w:rPr>
        <w:t>Plain-English support:</w:t>
      </w:r>
      <w:r>
        <w:t xml:space="preserve"> Apps translate complex cancer information into more approachable guidance.</w:t>
      </w:r>
      <w:r/>
    </w:p>
    <w:p>
      <w:pPr>
        <w:pStyle w:val="ListBullet"/>
        <w:spacing w:line="240" w:lineRule="auto"/>
        <w:ind w:left="720"/>
      </w:pPr>
      <w:r/>
      <w:r>
        <w:rPr>
          <w:b/>
        </w:rPr>
        <w:t>Personalised resources:</w:t>
      </w:r>
      <w:r>
        <w:t xml:space="preserve"> Several platforms organise information around diagnosis, treatment or individual needs.</w:t>
      </w:r>
      <w:r/>
    </w:p>
    <w:p>
      <w:pPr>
        <w:pStyle w:val="ListBullet"/>
        <w:spacing w:line="240" w:lineRule="auto"/>
        <w:ind w:left="720"/>
      </w:pPr>
      <w:r/>
      <w:r>
        <w:rPr>
          <w:b/>
        </w:rPr>
        <w:t>Health inequality matters:</w:t>
      </w:r>
      <w:r>
        <w:t xml:space="preserve"> Earlier education and risk awareness may support more timely prostate cancer conversations.</w:t>
      </w:r>
      <w:r/>
    </w:p>
    <w:p>
      <w:pPr>
        <w:pStyle w:val="ListBullet"/>
        <w:spacing w:line="240" w:lineRule="auto"/>
        <w:ind w:left="720"/>
      </w:pPr>
      <w:r/>
      <w:r>
        <w:rPr>
          <w:b/>
        </w:rPr>
        <w:t>Quality of life counts:</w:t>
      </w:r>
      <w:r>
        <w:t xml:space="preserve"> Sexual health, emotional wellbeing and cardiovascular care deserve a place in treatment discussions.</w:t>
      </w:r>
      <w:r/>
      <w:r/>
    </w:p>
    <w:p>
      <w:pPr>
        <w:pStyle w:val="Heading2"/>
      </w:pPr>
      <w:r>
        <w:t>A prostate cancer appointment shouldn't end in a fog</w:t>
      </w:r>
      <w:r/>
    </w:p>
    <w:p>
      <w:r/>
      <w:r>
        <w:t>The car journey home after a cancer appointment can be strangely quiet. You may remember a scan, a treatment option or a new acronym, then realise the question you meant to ask has disappeared completely.</w:t>
      </w:r>
      <w:r/>
    </w:p>
    <w:p>
      <w:r/>
      <w:r>
        <w:t>That’s where prostate cancer apps can be useful. Outcomes4Me, for example, is designed to help people organise cancer information and explore treatment-related resources in one place, according to its Google Play listing. It won't replace an oncologist, but it can give patients a steadier starting point before and after consultations.</w:t>
      </w:r>
      <w:r/>
    </w:p>
    <w:p>
      <w:r/>
      <w:r>
        <w:t>A short list of questions is often more valuable than an internet deep dive at midnight. Write down two or three priorities, save them in the app or your phone, and take someone you trust along if you can.</w:t>
      </w:r>
      <w:r/>
    </w:p>
    <w:p>
      <w:pPr>
        <w:pStyle w:val="Heading2"/>
      </w:pPr>
      <w:r>
        <w:t>Plain language makes difficult information easier to use</w:t>
      </w:r>
      <w:r/>
    </w:p>
    <w:p>
      <w:r/>
      <w:r>
        <w:t>Cancer terminology can feel deliberately complicated, even when it isn't. A useful app should explain the basics without making patients wade through dense paragraphs or a blizzard of abbreviations.</w:t>
      </w:r>
      <w:r/>
    </w:p>
    <w:p>
      <w:r/>
      <w:r>
        <w:t>Cancer Copilot from Malecare focuses on helping men navigate cancer information and support, while Belong Cancer offers digital communities and resources for people living with cancer. Those approaches matter because patients don't all need the same thing: one person may want treatment education, while another needs reassurance from people who understand the emotional strain.</w:t>
      </w:r>
      <w:r/>
    </w:p>
    <w:p>
      <w:r/>
      <w:r>
        <w:t>The best tools should also show where information comes from. Use apps as a companion to medical advice, not as a substitute for it, and check whether content is linked to recognised clinical guidance.</w:t>
      </w:r>
      <w:r/>
    </w:p>
    <w:p>
      <w:pPr>
        <w:pStyle w:val="Heading2"/>
      </w:pPr>
      <w:r>
        <w:t>Google and ChatGPT aren't the whole care team</w:t>
      </w:r>
      <w:r/>
    </w:p>
    <w:p>
      <w:r/>
      <w:r>
        <w:t>Searching online after a diagnosis is understandable. Patients want answers immediately, and asking a chatbot or search engine can feel like taking back a little control. The trouble starts when a general answer is mistaken for personal medical advice.</w:t>
      </w:r>
      <w:r/>
    </w:p>
    <w:p>
      <w:r/>
      <w:r>
        <w:t>Platforms such as Belong Cancer and Cancer Copilot can offer more focused routes into support and education than a broad search. Meanwhile, specialist resources such as Owise Prostate are built around prostate cancer information, helping users stay closer to the questions that matter to them.</w:t>
      </w:r>
      <w:r/>
    </w:p>
    <w:p>
      <w:r/>
      <w:r>
        <w:t>Think of these services as a sorting hat for information. Bring useful findings to your clinician, ask which parts apply to your diagnosis, and be cautious with claims that promise certainty, miracle cures or one-size-fits-all treatment.</w:t>
      </w:r>
      <w:r/>
    </w:p>
    <w:p>
      <w:pPr>
        <w:pStyle w:val="Heading2"/>
      </w:pPr>
      <w:r>
        <w:t>Screening conversations need to start earlier</w:t>
      </w:r>
      <w:r/>
    </w:p>
    <w:p>
      <w:r/>
      <w:r>
        <w:t>Prostate cancer risk isn't identical for everyone. Family history, age and genetic background can all shape when screening discussions should begin, so waiting for symptoms isn't always the safest strategy.</w:t>
      </w:r>
      <w:r/>
    </w:p>
    <w:p>
      <w:r/>
      <w:r>
        <w:t>Education tools may help men understand which questions to raise and when. That's especially important for Black men, who face a significantly higher risk of dying from prostate cancer than white men. An app can't fix unequal access to care, but it can make risk information easier to find and share.</w:t>
      </w:r>
      <w:r/>
    </w:p>
    <w:p>
      <w:r/>
      <w:r>
        <w:t>Language access matters, too. Jasper Health provides digital support for people dealing with cancer, and tools that offer accessible explanations can help families participate more confidently in conversations. A screening reminder is a small nudge, but sometimes small nudges are what get a vital appointment booked.</w:t>
      </w:r>
      <w:r/>
    </w:p>
    <w:p>
      <w:pPr>
        <w:pStyle w:val="Heading2"/>
      </w:pPr>
      <w:r>
        <w:t>Treatment success includes life after treatment</w:t>
      </w:r>
      <w:r/>
    </w:p>
    <w:p>
      <w:r/>
      <w:r>
        <w:t>Prostate cancer care doesn't finish when treatment ends. Hormone changes, fatigue, anxiety, bladder symptoms and sexual health can all affect everyday life, yet patients may hesitate to raise them unless someone opens the door.</w:t>
      </w:r>
      <w:r/>
    </w:p>
    <w:p>
      <w:r/>
      <w:r>
        <w:t>Heart and cardiovascular health also deserve attention, particularly when treatment affects hormones. Patients should ask what changes to expect, which symptoms can be managed and who to contact if side effects become disruptive.</w:t>
      </w:r>
      <w:r/>
    </w:p>
    <w:p>
      <w:r/>
      <w:r>
        <w:t>The encouraging part is that modern digital support is becoming broader than a simple symptom checker. From treatment information to peer communities, today's apps can help men feel less isolated and more prepared. Still, the most powerful feature remains a good question asked at the right appointment.</w:t>
      </w:r>
      <w:r/>
    </w:p>
    <w:p>
      <w:r/>
      <w:r>
        <w:t>Use an app to prepare, then make your care team part of the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[7]</w:t>
        </w:r>
      </w:hyperlink>
      <w:r>
        <w:t xml:space="preserve">- Paragraph 6: </w:t>
      </w:r>
      <w:hyperlink r:id="rId12">
        <w:r>
          <w:rPr>
            <w:color w:val="0000EE"/>
            <w:u w:val="single"/>
          </w:rPr>
          <w:t>[3]</w:t>
        </w:r>
      </w:hyperlink>
      <w:r>
        <w:t xml:space="preserve">, </w:t>
      </w:r>
      <w:hyperlink r:id="rId15">
        <w:r>
          <w:rPr>
            <w:color w:val="0000EE"/>
            <w:u w:val="single"/>
          </w:rPr>
          <w:t>[5]</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5">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[4]</w:t>
        </w:r>
      </w:hyperlink>
      <w:r>
        <w:t xml:space="preserve">, </w:t>
      </w:r>
      <w:hyperlink r:id="rId13">
        <w:r>
          <w:rPr>
            <w:color w:val="0000EE"/>
            <w:u w:val="single"/>
          </w:rPr>
          <w:t>[6]</w:t>
        </w:r>
      </w:hyperlink>
      <w:r>
        <w:t xml:space="preserve">- Paragraph 11: </w:t>
      </w:r>
      <w:hyperlink r:id="rId15">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https://www.curetoday.com/view/a-nurse-practitioner-on-helping-men-own-their-cancer-care</w:t>
        </w:r>
      </w:hyperlink>
      <w:r>
        <w:t xml:space="preserve"> - Please view link - unable to able to access data</w:t>
      </w:r>
      <w:r/>
    </w:p>
    <w:p>
      <w:pPr>
        <w:pStyle w:val="ListNumber"/>
        <w:spacing w:line="240" w:lineRule="auto"/>
        <w:ind w:left="720"/>
      </w:pPr>
      <w:r/>
      <w:hyperlink r:id="rId10">
        <w:r>
          <w:rPr>
            <w:color w:val="0000EE"/>
            <w:u w:val="single"/>
          </w:rPr>
          <w:t>https://play.google.com/store/apps/details?id=com.outcomes4me</w:t>
        </w:r>
      </w:hyperlink>
      <w:r>
        <w:t xml:space="preserve"> - Outcomes4Me Cancer Care is a free app designed to empower cancer patients with understandable, relevant, and evidence-based information about their diagnosis. It offers personalized treatment paths, curated cancer news, clinical trial matching, symptom management and tracking, consolidated medical records, and digital second opinions from oncology nurse practitioners. The app integrates with the NCCN Clinical Practice Guidelines in Oncology, providing patients with clinical, evidence-based knowledge to actively participate in their cancer treatment decisions. Outcomes4Me currently supports breast cancer, non-small cell lung cancer, and prostate cancer patients.</w:t>
      </w:r>
      <w:r/>
    </w:p>
    <w:p>
      <w:pPr>
        <w:pStyle w:val="ListNumber"/>
        <w:spacing w:line="240" w:lineRule="auto"/>
        <w:ind w:left="720"/>
      </w:pPr>
      <w:r/>
      <w:hyperlink r:id="rId12">
        <w:r>
          <w:rPr>
            <w:color w:val="0000EE"/>
            <w:u w:val="single"/>
          </w:rPr>
          <w:t>https://advocahealth.com/</w:t>
        </w:r>
      </w:hyperlink>
      <w:r>
        <w:t xml:space="preserve"> - Advoca is a health companion app built by NHS doctors to help patients understand their appointments, track symptoms, receive trusted answers to health questions, and contribute to medical research. It allows users to ask questions about symptoms, medications, or confusing letters and get clear answers from trusted medical sources. The app also enables users to log symptoms, medications, mood, or energy levels, plan and record appointments, and join a research community to advance medical research and get rewarded for it. Advoca is free to use and fully GDPR compliant and HIPAA aligned.</w:t>
      </w:r>
      <w:r/>
    </w:p>
    <w:p>
      <w:pPr>
        <w:pStyle w:val="ListNumber"/>
        <w:spacing w:line="240" w:lineRule="auto"/>
        <w:ind w:left="720"/>
      </w:pPr>
      <w:r/>
      <w:hyperlink r:id="rId11">
        <w:r>
          <w:rPr>
            <w:color w:val="0000EE"/>
            <w:u w:val="single"/>
          </w:rPr>
          <w:t>https://owise.us/prostate/</w:t>
        </w:r>
      </w:hyperlink>
      <w:r>
        <w:t xml:space="preserve"> - OWise is a personalized cancer support app developed to help patients regain control of their lives from the first day of diagnosis. It provides personalized insights, keeps all information such as appointments, prescriptions, and doctor’s notes in one place, and helps track and review symptoms to better communicate with the care team. OWise is medically validated and scientifically sound, accredited by NHS Digital, and listed in the NHS Apps Library. It has been proven to successfully support cancer patients and is available for free download on the Apple App Store and Google Play.</w:t>
      </w:r>
      <w:r/>
    </w:p>
    <w:p>
      <w:pPr>
        <w:pStyle w:val="ListNumber"/>
        <w:spacing w:line="240" w:lineRule="auto"/>
        <w:ind w:left="720"/>
      </w:pPr>
      <w:r/>
      <w:hyperlink r:id="rId15">
        <w:r>
          <w:rPr>
            <w:color w:val="0000EE"/>
            <w:u w:val="single"/>
          </w:rPr>
          <w:t>https://hellojasper.com/</w:t>
        </w:r>
      </w:hyperlink>
      <w:r>
        <w:t xml:space="preserve"> - Jasper Health offers a full-service platform that blends human-centered guidance with digital support to help navigate every step of the cancer journey. It provides ongoing, one-on-one support from experts who understand what patients are going through, helps partner confidently with the clinical team, frees up time to focus on what matters most, and offers emotional support and symptom management strategies. Jasper is designed to support patients and loved ones, health plans, and value-based providers, offering tailored support at every step along the way, from pre-diagnosis to survivorship.</w:t>
      </w:r>
      <w:r/>
    </w:p>
    <w:p>
      <w:pPr>
        <w:pStyle w:val="ListNumber"/>
        <w:spacing w:line="240" w:lineRule="auto"/>
        <w:ind w:left="720"/>
      </w:pPr>
      <w:r/>
      <w:hyperlink r:id="rId13">
        <w:r>
          <w:rPr>
            <w:color w:val="0000EE"/>
            <w:u w:val="single"/>
          </w:rPr>
          <w:t>https://malecare.org/cancer-copilot/</w:t>
        </w:r>
      </w:hyperlink>
      <w:r>
        <w:t xml:space="preserve"> - Cancer Copilot is the world’s first AI chatbot focused on prostate cancer, developed by Malecare. It allows users to ask questions about anything related to prostate cancer and provides answers based on a comprehensive database. The chatbot is part of Malecare’s Virtual Patient Navigator Program, which matches internet-savvy support group members with those who do not have internet access, facilitating information sharing and support. The program aims to help men take action to enjoy life as best as possible, providing support without assumptions.</w:t>
      </w:r>
      <w:r/>
    </w:p>
    <w:p>
      <w:pPr>
        <w:pStyle w:val="ListNumber"/>
        <w:spacing w:line="240" w:lineRule="auto"/>
        <w:ind w:left="720"/>
      </w:pPr>
      <w:r/>
      <w:hyperlink r:id="rId14">
        <w:r>
          <w:rPr>
            <w:color w:val="0000EE"/>
            <w:u w:val="single"/>
          </w:rPr>
          <w:t>https://cancer.belong.life/</w:t>
        </w:r>
      </w:hyperlink>
      <w:r>
        <w:t xml:space="preserve"> - Belong – Beating Cancer Together is the world’s largest social and professional network for managing and navigating treatment journeys, offering free and anonymous support for cancer patients and caregivers. The platform includes BelongAI Cancer Mentor App, the world’s first proactive conversational AI cancer mentor, providing personalized support and information. Belong’s mission is to improve patient quality of life and quality of care worldwide through technology, services, data, and AI, offering a comprehensive network for cancer patients and caregivers to manage and navigate their treatment journeys.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uretoday.com/view/a-nurse-practitioner-on-helping-men-own-their-cancer-care" TargetMode="External"/><Relationship Id="rId10" Type="http://schemas.openxmlformats.org/officeDocument/2006/relationships/hyperlink" Target="https://play.google.com/store/apps/details?id=com.outcomes4me" TargetMode="External"/><Relationship Id="rId11" Type="http://schemas.openxmlformats.org/officeDocument/2006/relationships/hyperlink" Target="https://owise.us/prostate/" TargetMode="External"/><Relationship Id="rId12" Type="http://schemas.openxmlformats.org/officeDocument/2006/relationships/hyperlink" Target="https://advocahealth.com/" TargetMode="External"/><Relationship Id="rId13" Type="http://schemas.openxmlformats.org/officeDocument/2006/relationships/hyperlink" Target="https://malecare.org/cancer-copilot/" TargetMode="External"/><Relationship Id="rId14" Type="http://schemas.openxmlformats.org/officeDocument/2006/relationships/hyperlink" Target="https://cancer.belong.life/" TargetMode="External"/><Relationship Id="rId15" Type="http://schemas.openxmlformats.org/officeDocument/2006/relationships/hyperlink" Target="https://hellojasp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