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London Trans Day of Remembrance Concert Supporting LGBTQ+ Lives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Music for Change is bringing 50 queer musicians to St Marylebone Parish Church in London on 20 November 2026, turning Transgender Day of Remembrance into an evening of performance, solidarity and practical support. With Paris Lees speaking and proceeds going to You Are Loved, the event pairs a powerful cultural programme with an urgent cause.</w:t>
      </w:r>
      <w:r/>
    </w:p>
    <w:p>
      <w:pPr>
        <w:pStyle w:val="Heading2"/>
      </w:pPr>
      <w:r>
        <w:t>Essential Takeaways</w:t>
      </w:r>
      <w:r/>
      <w:r/>
    </w:p>
    <w:p>
      <w:pPr>
        <w:pStyle w:val="ListBullet"/>
        <w:spacing w:line="240" w:lineRule="auto"/>
        <w:ind w:left="720"/>
      </w:pPr>
      <w:r/>
      <w:r>
        <w:rPr>
          <w:b/>
        </w:rPr>
        <w:t>A major community event:</w:t>
      </w:r>
      <w:r>
        <w:t xml:space="preserve"> Music for Change takes place from 7.30pm to 9.30pm in central London.</w:t>
      </w:r>
      <w:r/>
    </w:p>
    <w:p>
      <w:pPr>
        <w:pStyle w:val="ListBullet"/>
        <w:spacing w:line="240" w:lineRule="auto"/>
        <w:ind w:left="720"/>
      </w:pPr>
      <w:r/>
      <w:r>
        <w:rPr>
          <w:b/>
        </w:rPr>
        <w:t>A broad line-up:</w:t>
      </w:r>
      <w:r>
        <w:t xml:space="preserve"> Around 50 trans and non-binary artists will perform alongside the London Gay Men’s Chorus and Pink Singers.</w:t>
      </w:r>
      <w:r/>
    </w:p>
    <w:p>
      <w:pPr>
        <w:pStyle w:val="ListBullet"/>
        <w:spacing w:line="240" w:lineRule="auto"/>
        <w:ind w:left="720"/>
      </w:pPr>
      <w:r/>
      <w:r>
        <w:rPr>
          <w:b/>
        </w:rPr>
        <w:t>A clear purpose:</w:t>
      </w:r>
      <w:r>
        <w:t xml:space="preserve"> All proceeds will support You Are Loved, which works to prevent suicide and drug-related deaths in the UK LGBTQ+ community.</w:t>
      </w:r>
      <w:r/>
    </w:p>
    <w:p>
      <w:pPr>
        <w:pStyle w:val="ListBullet"/>
        <w:spacing w:line="240" w:lineRule="auto"/>
        <w:ind w:left="720"/>
      </w:pPr>
      <w:r/>
      <w:r>
        <w:rPr>
          <w:b/>
        </w:rPr>
        <w:t>Tickets for different budgets:</w:t>
      </w:r>
      <w:r>
        <w:t xml:space="preserve"> Prices range from £15 for concessions to £75 for VIP entry.</w:t>
      </w:r>
      <w:r/>
    </w:p>
    <w:p>
      <w:pPr>
        <w:pStyle w:val="ListBullet"/>
        <w:spacing w:line="240" w:lineRule="auto"/>
        <w:ind w:left="720"/>
      </w:pPr>
      <w:r/>
      <w:r>
        <w:rPr>
          <w:b/>
        </w:rPr>
        <w:t>A proven fundraiser:</w:t>
      </w:r>
      <w:r>
        <w:t xml:space="preserve"> The previous concert sold out and raised more than £11,000.</w:t>
      </w:r>
      <w:r/>
      <w:r/>
    </w:p>
    <w:p>
      <w:pPr>
        <w:pStyle w:val="Heading2"/>
      </w:pPr>
      <w:r>
        <w:t>Fifty queer musicians, one shared stage</w:t>
      </w:r>
      <w:r/>
    </w:p>
    <w:p>
      <w:r/>
      <w:r>
        <w:t>There’s something especially moving about a concert that makes space for both celebration and remembrance. Music for Change will gather about 50 queer musicians at St Marylebone Parish Church, with the evening built around the theme “One Community, No Exclusions”.</w:t>
      </w:r>
      <w:r/>
    </w:p>
    <w:p>
      <w:r/>
      <w:r>
        <w:t>The line-up includes trans and non-binary performers such as Jasper Kindleysides-Seidl, Ash Howard and Isobel Hughes. The London Gay Men’s Chorus and the Pink Singers will also appear, giving the programme a broad, communal sound rather than the feel of a conventional solo showcase. Event listings describe the concert as a fundraiser for You Are Loved. (HappeningNext)</w:t>
      </w:r>
      <w:r/>
    </w:p>
    <w:p>
      <w:r/>
      <w:r>
        <w:t>The setting should add its own atmosphere, too. A historic church, a live audience and a room filled with voices can make a message feel immediate in a way that a campaign statement sometimes can’t.</w:t>
      </w:r>
      <w:r/>
    </w:p>
    <w:p>
      <w:pPr>
        <w:pStyle w:val="Heading2"/>
      </w:pPr>
      <w:r>
        <w:t>Why the 2026 event matters</w:t>
      </w:r>
      <w:r/>
    </w:p>
    <w:p>
      <w:r/>
      <w:r>
        <w:t>Transgender Day of Remembrance is a moment to honour trans people lost to violence and reflect on the pressures still facing the community. Music for Change approaches that responsibility through connection, bringing artists and audiences together without separating remembrance from joy.</w:t>
      </w:r>
      <w:r/>
    </w:p>
    <w:p>
      <w:r/>
      <w:r>
        <w:t>Gavin Roberts, creative director of Song in the City, said the concert is intended to celebrate the LGBTQ+ community’s diversity while recognising the difficulties many people continue to face. His comments, reported by Attitude, underline the evening’s balance: it’s meant to be moving, but not weighed down by sorrow alone.</w:t>
      </w:r>
      <w:r/>
    </w:p>
    <w:p>
      <w:r/>
      <w:r>
        <w:t>That distinction matters. A fundraiser can ask people to care, but a strong cultural event also gives them somewhere to belong for a few hours. As listings for the concert make clear, the aim is solidarity as much as spectacle. (StayHappening)</w:t>
      </w:r>
      <w:r/>
    </w:p>
    <w:p>
      <w:pPr>
        <w:pStyle w:val="Heading2"/>
      </w:pPr>
      <w:r>
        <w:t>Paris Lees will lead the evening’s conversation</w:t>
      </w:r>
      <w:r/>
    </w:p>
    <w:p>
      <w:r/>
      <w:r>
        <w:t>The musical programme will be joined by a keynote from writer and broadcaster Paris Lees, whose presence gives the night an important public voice. Kaiden Ford will also read poetry, adding a quieter, more reflective note between performances.</w:t>
      </w:r>
      <w:r/>
    </w:p>
    <w:p>
      <w:r/>
      <w:r>
        <w:t>Lees is set to headline the fundraiser, according to Scene Magazine, which described the event as supporting LGBTQ+ suicide prevention. (Scene Magazine) That combination of speech, poetry and music should help the evening move beyond a simple sequence of songs.</w:t>
      </w:r>
      <w:r/>
    </w:p>
    <w:p>
      <w:r/>
      <w:r>
        <w:t>It’s also a smart programme choice. The most memorable benefit events tend to create different emotional textures, allowing audiences to listen, reflect and then join in. There’ll be plenty of music, but the pauses will matter too.</w:t>
      </w:r>
      <w:r/>
    </w:p>
    <w:p>
      <w:pPr>
        <w:pStyle w:val="Heading2"/>
      </w:pPr>
      <w:r>
        <w:t>Proceeds will support You Are Loved</w:t>
      </w:r>
      <w:r/>
    </w:p>
    <w:p>
      <w:r/>
      <w:r>
        <w:t>All proceeds from the event will go to You Are Loved, a grassroots organisation focused on reducing suicide and drug-related deaths among LGBTQ+ people in the UK. The charity’s founder, Marc Svensson, has stressed that trans people have always been part of the wider movement for LGBTQ+ rights and must be included in the support that follows.</w:t>
      </w:r>
      <w:r/>
    </w:p>
    <w:p>
      <w:r/>
      <w:r>
        <w:t>That message sits at the heart of the event’s title. “One Community, No Exclusions” isn’t just a neat line for a poster; it sets out who the fundraiser is meant to serve. Tritonous highlighted the concert’s connection to You Are Loved’s mission and its focus on preventable deaths in the LGBTQ+ community. (Tritonous)</w:t>
      </w:r>
      <w:r/>
    </w:p>
    <w:p>
      <w:r/>
      <w:r>
        <w:t>For anyone considering a ticket, that makes the purchase feel tangible. You’re not simply booking an evening out; you’re helping fund work aimed at keeping people alive. The cause is serious, but the route towards supporting it can still feel warm, human and collective.</w:t>
      </w:r>
      <w:r/>
    </w:p>
    <w:p>
      <w:pPr>
        <w:pStyle w:val="Heading2"/>
      </w:pPr>
      <w:r>
        <w:t>Ticket prices and what to expect</w:t>
      </w:r>
      <w:r/>
    </w:p>
    <w:p>
      <w:r/>
      <w:r>
        <w:t>Tickets are priced at £35 standard, £45 supporter, £75 VIP and £15 concession. That range makes the event more accessible than a single-price gala, while giving those who can pay more a chance to increase their contribution.</w:t>
      </w:r>
      <w:r/>
    </w:p>
    <w:p>
      <w:r/>
      <w:r>
        <w:t>The concert runs from 7.30pm to 9.30pm on Friday 20 November 2026 at St Marylebone Parish Church in London. Listings from HappeningNext and StayHappening both identify it as a You Are Loved fundraiser, so checking the final ticket details before travelling is sensible. (HappeningNext, StayHappening)</w:t>
      </w:r>
      <w:r/>
    </w:p>
    <w:p>
      <w:r/>
      <w:r>
        <w:t>Last year’s event sold out and raised more than £11,000, suggesting that early booking may be wise. Whether you come for the choirs, the individual artists, the speakers or simply the chance to stand with the community, this looks like an evening designed to leave the room feeling a little less divided.</w:t>
      </w:r>
      <w:r/>
    </w:p>
    <w:p>
      <w:r/>
      <w:r>
        <w:t>It’s a small act of solidarity with a very real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4">
        <w:r>
          <w:rPr>
            <w:color w:val="0000EE"/>
            <w:u w:val="single"/>
          </w:rPr>
          <w:t>[7]</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https://www.attitude.co.uk/culture/music-for-change-transgender-day-remembrance-538256/</w:t>
        </w:r>
      </w:hyperlink>
      <w:r>
        <w:t xml:space="preserve"> - Please view link - unable to able to access data</w:t>
      </w:r>
      <w:r/>
    </w:p>
    <w:p>
      <w:pPr>
        <w:pStyle w:val="ListNumber"/>
        <w:spacing w:line="240" w:lineRule="auto"/>
        <w:ind w:left="720"/>
      </w:pPr>
      <w:r/>
      <w:hyperlink r:id="rId9">
        <w:r>
          <w:rPr>
            <w:color w:val="0000EE"/>
            <w:u w:val="single"/>
          </w:rPr>
          <w:t>https://www.attitude.co.uk/culture/music-for-change-transgender-day-remembrance-538256/</w:t>
        </w:r>
      </w:hyperlink>
      <w:r>
        <w:t xml:space="preserve"> - Music for Change is hosting a concert on 20 November 2026 at St Marylebone Parish Church in London, featuring 50 queer musicians under the theme 'One Community, No Exclusions'. The event includes performances by trans and non-binary artists such as Jasper Kindleysides-Seidl, Ash Howard, and Isobel Hughes, with a keynote from Paris Lees and a poetry reading by Kaiden Ford. The London Gay Men's Chorus and the Pink Singers will also perform. All proceeds will support You Are Loved, a grassroots organisation working to prevent suicide and drug-related deaths in the UK LGBTQ+ community.</w:t>
      </w:r>
      <w:r/>
    </w:p>
    <w:p>
      <w:pPr>
        <w:pStyle w:val="ListNumber"/>
        <w:spacing w:line="240" w:lineRule="auto"/>
        <w:ind w:left="720"/>
      </w:pPr>
      <w:r/>
      <w:hyperlink r:id="rId10">
        <w:r>
          <w:rPr>
            <w:color w:val="0000EE"/>
            <w:u w:val="single"/>
          </w:rPr>
          <w:t>https://happeningnext.com/event/you-are-loved-music-for-change-eid3a0e73xa83</w:t>
        </w:r>
      </w:hyperlink>
      <w:r>
        <w:t xml:space="preserve"> - You Are Loved – Music for Change is a fundraising concert scheduled for 20 November 2026 at St Marylebone Parish Church in London. The event aims to support You Are Loved's mission to reduce deaths from suicide and drugs in the LGBTQ+ community. The concert will feature performances by queer musicians and singers, with tickets available for purchase.</w:t>
      </w:r>
      <w:r/>
    </w:p>
    <w:p>
      <w:pPr>
        <w:pStyle w:val="ListNumber"/>
        <w:spacing w:line="240" w:lineRule="auto"/>
        <w:ind w:left="720"/>
      </w:pPr>
      <w:r/>
      <w:hyperlink r:id="rId11">
        <w:r>
          <w:rPr>
            <w:color w:val="0000EE"/>
            <w:u w:val="single"/>
          </w:rPr>
          <w:t>https://stayhappening.com/e/you-are-loved-music-for-change-E2ISYYUYU7O</w:t>
        </w:r>
      </w:hyperlink>
      <w:r>
        <w:t xml:space="preserve"> - You Are Loved – Music for Change is a fundraising concert taking place on 20 November 2026 at St Marylebone Parish Church in London. The event supports You Are Loved's mission to reduce deaths from suicide and drugs in the LGBTQ+ community. The concert will feature performances by queer musicians and singers, with tickets available for purchase.</w:t>
      </w:r>
      <w:r/>
    </w:p>
    <w:p>
      <w:pPr>
        <w:pStyle w:val="ListNumber"/>
        <w:spacing w:line="240" w:lineRule="auto"/>
        <w:ind w:left="720"/>
      </w:pPr>
      <w:r/>
      <w:hyperlink r:id="rId12">
        <w:r>
          <w:rPr>
            <w:color w:val="0000EE"/>
            <w:u w:val="single"/>
          </w:rPr>
          <w:t>https://tritonous.net/one-community-no-exclusions-music-for-change-supporting-you-are-loveds-mission-to-reduce-deaths-from-suicide-and-drugs-in-the-lgbtq-community/</w:t>
        </w:r>
      </w:hyperlink>
      <w:r>
        <w:t xml:space="preserve"> - Music for Change returns for its second edition on 20 November 2026 at St Marylebone Parish Church. The event, presented by Big Gay Out and Song in the City, is a fundraising concert for You Are Loved, supporting their mission to reduce deaths from suicide and drugs in the LGBTQ+ community. The concert will feature performances by queer musicians and singers, with tickets available for purchase.</w:t>
      </w:r>
      <w:r/>
    </w:p>
    <w:p>
      <w:pPr>
        <w:pStyle w:val="ListNumber"/>
        <w:spacing w:line="240" w:lineRule="auto"/>
        <w:ind w:left="720"/>
      </w:pPr>
      <w:r/>
      <w:hyperlink r:id="rId13">
        <w:r>
          <w:rPr>
            <w:color w:val="0000EE"/>
            <w:u w:val="single"/>
          </w:rPr>
          <w:t>https://www.planethugill.com/2026/10/one-community-no-exclusions-music-for.html?m=1</w:t>
        </w:r>
      </w:hyperlink>
      <w:r>
        <w:t xml:space="preserve"> - Music for Change returns for its second edition on 20 November 2026 at St Marylebone Parish Church. The event, presented by Big Gay Out and Song in the City, is a fundraising concert for You Are Loved, supporting their mission to reduce deaths from suicide and drugs in the LGBTQ+ community. The concert will feature performances by queer musicians and singers, with tickets available for purchase.</w:t>
      </w:r>
      <w:r/>
    </w:p>
    <w:p>
      <w:pPr>
        <w:pStyle w:val="ListNumber"/>
        <w:spacing w:line="240" w:lineRule="auto"/>
        <w:ind w:left="720"/>
      </w:pPr>
      <w:r/>
      <w:hyperlink r:id="rId14">
        <w:r>
          <w:rPr>
            <w:color w:val="0000EE"/>
            <w:u w:val="single"/>
          </w:rPr>
          <w:t>https://www.scenemag.co.uk/paris-lees-to-headline-trans-day-of-remembrance-fundraiser-for-lgbtq-suicide-prevention-charity/</w:t>
        </w:r>
      </w:hyperlink>
      <w:r>
        <w:t xml:space="preserve"> - Paris Lees, award-winning writer and broadcaster, will headline a major LGBTQ+ fundraising concert in London on 20 November. The event, Music for Change, coincides with Transgender Day of Remembrance and supports suicide prevention charity You Are Loved. The concert will feature performances by queer musicians and singers, with tickets available for purchase.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music-for-change-transgender-day-remembrance-538256/" TargetMode="External"/><Relationship Id="rId10" Type="http://schemas.openxmlformats.org/officeDocument/2006/relationships/hyperlink" Target="https://happeningnext.com/event/you-are-loved-music-for-change-eid3a0e73xa83" TargetMode="External"/><Relationship Id="rId11" Type="http://schemas.openxmlformats.org/officeDocument/2006/relationships/hyperlink" Target="https://stayhappening.com/e/you-are-loved-music-for-change-E2ISYYUYU7O" TargetMode="External"/><Relationship Id="rId12" Type="http://schemas.openxmlformats.org/officeDocument/2006/relationships/hyperlink" Target="https://tritonous.net/one-community-no-exclusions-music-for-change-supporting-you-are-loveds-mission-to-reduce-deaths-from-suicide-and-drugs-in-the-lgbtq-community/" TargetMode="External"/><Relationship Id="rId13" Type="http://schemas.openxmlformats.org/officeDocument/2006/relationships/hyperlink" Target="https://www.planethugill.com/2026/10/one-community-no-exclusions-music-for.html?m=1" TargetMode="External"/><Relationship Id="rId14" Type="http://schemas.openxmlformats.org/officeDocument/2006/relationships/hyperlink" Target="https://www.scenemag.co.uk/paris-lees-to-headline-trans-day-of-remembrance-fundraiser-for-lgbtq-suicide-prevention-char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