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youth Thanksgiving support in Los Angeles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organisers are preparing a free Thanksgiving gathering for LGBTQ+ young people in Los Angeles on 14 November 2026. Held in Hollywood, the event will pair a warm festive meal with practical support, peer connection and donated essentials, offering a welcoming place for young people who may not have a safe or supportive home to visit.</w:t>
      </w:r>
      <w:r/>
    </w:p>
    <w:p>
      <w:pPr>
        <w:pStyle w:val="Heading2"/>
      </w:pPr>
      <w:r>
        <w:t>Essential Takeaways</w:t>
      </w:r>
      <w:r/>
      <w:r/>
    </w:p>
    <w:p>
      <w:pPr>
        <w:pStyle w:val="ListBullet"/>
        <w:spacing w:line="240" w:lineRule="auto"/>
        <w:ind w:left="720"/>
      </w:pPr>
      <w:r/>
      <w:r>
        <w:rPr>
          <w:b/>
        </w:rPr>
        <w:t>When:</w:t>
      </w:r>
      <w:r>
        <w:t xml:space="preserve"> The celebration is scheduled for 14 November 2026.</w:t>
      </w:r>
      <w:r/>
    </w:p>
    <w:p>
      <w:pPr>
        <w:pStyle w:val="ListBullet"/>
        <w:spacing w:line="240" w:lineRule="auto"/>
        <w:ind w:left="720"/>
      </w:pPr>
      <w:r/>
      <w:r>
        <w:rPr>
          <w:b/>
        </w:rPr>
        <w:t>Where:</w:t>
      </w:r>
      <w:r>
        <w:t xml:space="preserve"> Pride Hall at the Anita May Rosenstein Campus in Hollywood.</w:t>
      </w:r>
      <w:r/>
    </w:p>
    <w:p>
      <w:pPr>
        <w:pStyle w:val="ListBullet"/>
        <w:spacing w:line="240" w:lineRule="auto"/>
        <w:ind w:left="720"/>
      </w:pPr>
      <w:r/>
      <w:r>
        <w:rPr>
          <w:b/>
        </w:rPr>
        <w:t>Who it's for:</w:t>
      </w:r>
      <w:r>
        <w:t xml:space="preserve"> Local LGBTQ+ young people, particularly those who are vulnerable, unhoused or without reliable family support.</w:t>
      </w:r>
      <w:r/>
    </w:p>
    <w:p>
      <w:pPr>
        <w:pStyle w:val="ListBullet"/>
        <w:spacing w:line="240" w:lineRule="auto"/>
        <w:ind w:left="720"/>
      </w:pPr>
      <w:r/>
      <w:r>
        <w:rPr>
          <w:b/>
        </w:rPr>
        <w:t>What's on offer:</w:t>
      </w:r>
      <w:r>
        <w:t xml:space="preserve"> A free Thanksgiving meal, community connection and links to youth services.</w:t>
      </w:r>
      <w:r/>
    </w:p>
    <w:p>
      <w:pPr>
        <w:pStyle w:val="ListBullet"/>
        <w:spacing w:line="240" w:lineRule="auto"/>
        <w:ind w:left="720"/>
      </w:pPr>
      <w:r/>
      <w:r>
        <w:rPr>
          <w:b/>
        </w:rPr>
        <w:t>How to help:</w:t>
      </w:r>
      <w:r>
        <w:t xml:space="preserve"> Donations of warm clothing, toiletries and gift cards can ease seasonal pressures.</w:t>
      </w:r>
      <w:r/>
      <w:r/>
    </w:p>
    <w:p>
      <w:pPr>
        <w:pStyle w:val="Heading2"/>
      </w:pPr>
      <w:r>
        <w:t>A Thanksgiving table with room for everyone</w:t>
      </w:r>
      <w:r/>
    </w:p>
    <w:p>
      <w:r/>
      <w:r>
        <w:t>For some young people, the holidays bring comfort. For others, they sharpen feelings of isolation, uncertainty and not having somewhere safe to go. This is why the Los Angeles LGBT Center's annual youth Thanksgiving celebration matters: it offers more than dinner, creating a relaxed setting where guests can feel seen and supported.</w:t>
      </w:r>
      <w:r/>
    </w:p>
    <w:p>
      <w:r/>
      <w:r>
        <w:t>The event will take place at Pride Hall, part of the Anita May Rosenstein Campus in Hollywood. According to the Los Angeles LGBT Center's event information, the gathering is designed around safety, welcome and community, with a hearty meal at its centre.</w:t>
      </w:r>
      <w:r/>
    </w:p>
    <w:p>
      <w:pPr>
        <w:pStyle w:val="Heading2"/>
      </w:pPr>
      <w:r>
        <w:t>Food is only the beginning</w:t>
      </w:r>
      <w:r/>
    </w:p>
    <w:p>
      <w:r/>
      <w:r>
        <w:t>A free festive meal is an immediate, practical gesture, especially for young people facing housing insecurity or stretched budgets. But the wider value is in the chance to meet youth-services staff, connect with peers and discover support that may be harder to reach alone.</w:t>
      </w:r>
      <w:r/>
    </w:p>
    <w:p>
      <w:r/>
      <w:r>
        <w:t>The Los Angeles LGBT Center has previously used Thanksgiving programming to bring people together across generations, showing how a shared meal can open the door to conversation and belonging. The atmosphere is likely to be less formal support appointment and more friendly community gathering, which can make asking for help feel easier.</w:t>
      </w:r>
      <w:r/>
    </w:p>
    <w:p>
      <w:pPr>
        <w:pStyle w:val="Heading2"/>
      </w:pPr>
      <w:r>
        <w:t>Why seasonal donations make a real difference</w:t>
      </w:r>
      <w:r/>
    </w:p>
    <w:p>
      <w:r/>
      <w:r>
        <w:t>The celebration is also linked with drives for winter clothing, hygiene supplies and gift cards. These may sound like modest items, but a warm coat, fresh toiletries or a small amount of flexible spending money can remove an awkward daily obstacle when someone is already managing bigger challenges.</w:t>
      </w:r>
      <w:r/>
    </w:p>
    <w:p>
      <w:r/>
      <w:r>
        <w:t>For donors, useful contributions are often the least glamorous ones. Clean, practical winter essentials are likely to be welcomed, while gift cards give recipients the freedom to choose what they need most. Organisers and volunteers can provide the latest guidance on suitable items and drop-off arrangements.</w:t>
      </w:r>
      <w:r/>
    </w:p>
    <w:p>
      <w:pPr>
        <w:pStyle w:val="Heading2"/>
      </w:pPr>
      <w:r>
        <w:t>A safer alternative to going it alone</w:t>
      </w:r>
      <w:r/>
    </w:p>
    <w:p>
      <w:r/>
      <w:r>
        <w:t>LGBTQ+ youth homelessness and family rejection don't disappear when the calendar reaches November. In fact, holiday messaging about home and family can make the lack of a secure support network feel even more pronounced. A dedicated celebration creates a different kind of home for the day: communal, affirming and free from judgement.</w:t>
      </w:r>
      <w:r/>
    </w:p>
    <w:p>
      <w:r/>
      <w:r>
        <w:t>Other LGBTQ+ organisations, including community centres in New York, Orange County and Houston, also run meals, gatherings and youth programmes throughout the year. That wider pattern underlines an important point: holiday events are valuable, but lasting support depends on services and relationships that continue well beyond one afternoon.</w:t>
      </w:r>
      <w:r/>
    </w:p>
    <w:p>
      <w:pPr>
        <w:pStyle w:val="Heading2"/>
      </w:pPr>
      <w:r>
        <w:t>What attendees and supporters should know</w:t>
      </w:r>
      <w:r/>
    </w:p>
    <w:p>
      <w:r/>
      <w:r>
        <w:t>Anyone considering attending should check the Los Angeles LGBT Center's official event listing for registration details, timings, access information and any eligibility guidance before travelling. Plans can change, and the event team will have the most reliable information.</w:t>
      </w:r>
      <w:r/>
    </w:p>
    <w:p>
      <w:r/>
      <w:r>
        <w:t>Supporters who can't attend can still contribute by asking what donations are currently needed or by sharing the event with local networks. Sometimes the most helpful intervention is simple: making sure a young person knows there is somewhere kind to go.</w:t>
      </w:r>
      <w:r/>
    </w:p>
    <w:p>
      <w:r/>
      <w:r>
        <w:t>A festive meal won't solve every housing or family challenge, but it can offer nourishment, dignity and a useful first connection. For someone facing the holidays alone, that small opening may mean a great deal.</w:t>
      </w:r>
      <w:r/>
    </w:p>
    <w:p>
      <w:r/>
      <w:r>
        <w:t>It's a warm meal, but the real gift is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https://thefightmag.com/2026/10/home-for-the-holidays/</w:t>
        </w:r>
      </w:hyperlink>
      <w:r>
        <w:t xml:space="preserve"> - Please view link - unable to able to access data</w:t>
      </w:r>
      <w:r/>
    </w:p>
    <w:p>
      <w:pPr>
        <w:pStyle w:val="ListNumber"/>
        <w:spacing w:line="240" w:lineRule="auto"/>
        <w:ind w:left="720"/>
      </w:pPr>
      <w:r/>
      <w:hyperlink r:id="rId10">
        <w:r>
          <w:rPr>
            <w:color w:val="0000EE"/>
            <w:u w:val="single"/>
          </w:rPr>
          <w:t>https://lalgbtcenter.org/event/15th-anniversary-youth-thanksgiving-celebration/</w:t>
        </w:r>
      </w:hyperlink>
      <w:r>
        <w:t xml:space="preserve"> - The Los Angeles LGBT Center is hosting its 15th Anniversary Youth Thanksgiving Celebration on November 18, 2026, at Pride Hall in Hollywood. The event offers a warm meal, specialty beverages, drag performances, music, dancing, and raffles, all free for LGBTQ+ youth aged 24 and under and their friends. The gathering aims to provide a safe and festive environment for young people during the holiday season.</w:t>
      </w:r>
      <w:r/>
    </w:p>
    <w:p>
      <w:pPr>
        <w:pStyle w:val="ListNumber"/>
        <w:spacing w:line="240" w:lineRule="auto"/>
        <w:ind w:left="720"/>
      </w:pPr>
      <w:r/>
      <w:hyperlink r:id="rId12">
        <w:r>
          <w:rPr>
            <w:color w:val="0000EE"/>
            <w:u w:val="single"/>
          </w:rPr>
          <w:t>https://lalgbtcenter.org/vanguard/6th-annual-intergenerational-thanksgiving-brings-together-hundreds-of-youth-and-senior-clients/</w:t>
        </w:r>
      </w:hyperlink>
      <w:r>
        <w:t xml:space="preserve"> - The Los Angeles LGBT Center's sixth annual Intergenerational Thanksgiving celebration took place on November 27, 2025, at the Anita May Rosenstein Campus. The event brought together hundreds of LGBTQ+ youth and seniors for an evening of shared stories and a warm holiday meal. The gathering emphasized connection and relationship-building, reflecting the need for safe and affirming spaces amid rising attacks on LGBTQ+ rights and socioeconomic hardship.</w:t>
      </w:r>
      <w:r/>
    </w:p>
    <w:p>
      <w:pPr>
        <w:pStyle w:val="ListNumber"/>
        <w:spacing w:line="240" w:lineRule="auto"/>
        <w:ind w:left="720"/>
      </w:pPr>
      <w:r/>
      <w:hyperlink r:id="rId13">
        <w:r>
          <w:rPr>
            <w:color w:val="0000EE"/>
            <w:u w:val="single"/>
          </w:rPr>
          <w:t>https://gaycenter.org/event/thanks-for-being-queer/</w:t>
        </w:r>
      </w:hyperlink>
      <w:r>
        <w:t xml:space="preserve"> - The Center's annual Thanksgiving Celebration for LGBTQ+ youth, titled 'Thanks for Being Queer,' is scheduled for November 23, 2026, from 5:00 pm to 7:00 pm. The event is free and open to youth aged 13-22, as well as Center Youth/YES alumni. Attendees can expect great food, amazing community, and a festive atmosphere as they gather to appreciate the richness of the community.</w:t>
      </w:r>
      <w:r/>
    </w:p>
    <w:p>
      <w:pPr>
        <w:pStyle w:val="ListNumber"/>
        <w:spacing w:line="240" w:lineRule="auto"/>
        <w:ind w:left="720"/>
      </w:pPr>
      <w:r/>
      <w:hyperlink r:id="rId11">
        <w:r>
          <w:rPr>
            <w:color w:val="0000EE"/>
            <w:u w:val="single"/>
          </w:rPr>
          <w:t>https://www.gayout.com/usa-canada/united-states/los-angeles/events/youth-thanksgiving-celebration-2026-2026-11-14</w:t>
        </w:r>
      </w:hyperlink>
      <w:r>
        <w:t xml:space="preserve"> - The Los Angeles LGBT Center is hosting a Youth Thanksgiving Celebration on November 14, 2026, from 11:00 AM to 1:00 PM at Pride Hall in Los Angeles. The event is free and open to all LGBTQ+ youth aged 24 and younger. The gathering aims to provide a safe, welcoming, and festive environment for vulnerable and unhoused LGBTQ+ youth who may lack familial support systems during the holidays.</w:t>
      </w:r>
      <w:r/>
    </w:p>
    <w:p>
      <w:pPr>
        <w:pStyle w:val="ListNumber"/>
        <w:spacing w:line="240" w:lineRule="auto"/>
        <w:ind w:left="720"/>
      </w:pPr>
      <w:r/>
      <w:hyperlink r:id="rId14">
        <w:r>
          <w:rPr>
            <w:color w:val="0000EE"/>
            <w:u w:val="single"/>
          </w:rPr>
          <w:t>https://www.lgbtqcenteroc.org/youthconvening2026/</w:t>
        </w:r>
      </w:hyperlink>
      <w:r>
        <w:t xml:space="preserve"> - The LGBTQ Center OC is organising its 2026 LGBTQ+ Youth Convening, themed 'Recharge Your Rainbow!' The virtual conference, scheduled for April 18, 2026, is open to all ages and backgrounds, including youth, students, parents, guardians, families, school support staff, administrators, counselors, professionals, and community members. The event will provide three workshops with educational content geared towards youth, students, parents, and professionals.</w:t>
      </w:r>
      <w:r/>
    </w:p>
    <w:p>
      <w:pPr>
        <w:pStyle w:val="ListNumber"/>
        <w:spacing w:line="240" w:lineRule="auto"/>
        <w:ind w:left="720"/>
      </w:pPr>
      <w:r/>
      <w:hyperlink r:id="rId15">
        <w:r>
          <w:rPr>
            <w:color w:val="0000EE"/>
            <w:u w:val="single"/>
          </w:rPr>
          <w:t>https://montrosecenter.org/</w:t>
        </w:r>
      </w:hyperlink>
      <w:r>
        <w:t xml:space="preserve"> - The Montrose Center in Houston is hosting 'TGiving: A Trans Thanksgiving Celebration' on November 24, 2026, from 6:00 PM to 9:00 PM. The annual tradition, started by Houston transgender activists in the mid-1990s, continues at the center. The event offers a catered Thanksgiving meal with sides and desserts, including vegan and vegetarian options, and provides space for community partners to share resources.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10/home-for-the-holidays/" TargetMode="External"/><Relationship Id="rId10" Type="http://schemas.openxmlformats.org/officeDocument/2006/relationships/hyperlink" Target="https://lalgbtcenter.org/event/15th-anniversary-youth-thanksgiving-celebration/" TargetMode="External"/><Relationship Id="rId11" Type="http://schemas.openxmlformats.org/officeDocument/2006/relationships/hyperlink" Target="https://www.gayout.com/usa-canada/united-states/los-angeles/events/youth-thanksgiving-celebration-2026-2026-11-14" TargetMode="External"/><Relationship Id="rId12" Type="http://schemas.openxmlformats.org/officeDocument/2006/relationships/hyperlink" Target="https://lalgbtcenter.org/vanguard/6th-annual-intergenerational-thanksgiving-brings-together-hundreds-of-youth-and-senior-clients/" TargetMode="External"/><Relationship Id="rId13" Type="http://schemas.openxmlformats.org/officeDocument/2006/relationships/hyperlink" Target="https://gaycenter.org/event/thanks-for-being-queer/" TargetMode="External"/><Relationship Id="rId14" Type="http://schemas.openxmlformats.org/officeDocument/2006/relationships/hyperlink" Target="https://www.lgbtqcenteroc.org/youthconvening2026/" TargetMode="External"/><Relationship Id="rId15" Type="http://schemas.openxmlformats.org/officeDocument/2006/relationships/hyperlink" Target="https://montrosecente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