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Short Documentary About Gay Sons and Mothers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turning to </w:t>
      </w:r>
      <w:r>
        <w:rPr>
          <w:b/>
          <w:i/>
        </w:rPr>
        <w:t>Mom, I Have Something to Tell You</w:t>
      </w:r>
      <w:r>
        <w:rPr>
          <w:b/>
        </w:rPr>
        <w:t>, a free 31-minute documentary exploring gay men coming out to their mothers. Available on YouTube, the film blends tenderness, fear and hard-won healing, offering a moving watch for LGBTQ+ viewers, families and anyone curious about the complicated power of unconditional support.</w:t>
      </w:r>
      <w:r/>
    </w:p>
    <w:p>
      <w:pPr>
        <w:pStyle w:val="Heading2"/>
      </w:pPr>
      <w:r>
        <w:t>Essential Takeaways</w:t>
      </w:r>
      <w:r/>
      <w:r/>
    </w:p>
    <w:p>
      <w:pPr>
        <w:pStyle w:val="ListBullet"/>
        <w:spacing w:line="240" w:lineRule="auto"/>
        <w:ind w:left="720"/>
      </w:pPr>
      <w:r/>
      <w:r>
        <w:rPr>
          <w:b/>
        </w:rPr>
        <w:t>Free to watch:</w:t>
      </w:r>
      <w:r>
        <w:t xml:space="preserve"> The short documentary is available through YouTube.</w:t>
      </w:r>
      <w:r/>
    </w:p>
    <w:p>
      <w:pPr>
        <w:pStyle w:val="ListBullet"/>
        <w:spacing w:line="240" w:lineRule="auto"/>
        <w:ind w:left="720"/>
      </w:pPr>
      <w:r/>
      <w:r>
        <w:rPr>
          <w:b/>
        </w:rPr>
        <w:t>Personal storytelling:</w:t>
      </w:r>
      <w:r>
        <w:t xml:space="preserve"> Gay men and their mothers discuss coming out, rejection, acceptance and repair.</w:t>
      </w:r>
      <w:r/>
    </w:p>
    <w:p>
      <w:pPr>
        <w:pStyle w:val="ListBullet"/>
        <w:spacing w:line="240" w:lineRule="auto"/>
        <w:ind w:left="720"/>
      </w:pPr>
      <w:r/>
      <w:r>
        <w:rPr>
          <w:b/>
        </w:rPr>
        <w:t>A family-centred lens:</w:t>
      </w:r>
      <w:r>
        <w:t xml:space="preserve"> The film focuses on the emotional bond between sons and mothers.</w:t>
      </w:r>
      <w:r/>
    </w:p>
    <w:p>
      <w:pPr>
        <w:pStyle w:val="ListBullet"/>
        <w:spacing w:line="240" w:lineRule="auto"/>
        <w:ind w:left="720"/>
      </w:pPr>
      <w:r/>
      <w:r>
        <w:rPr>
          <w:b/>
        </w:rPr>
        <w:t>Not every story is easy:</w:t>
      </w:r>
      <w:r>
        <w:t xml:space="preserve"> Alongside warmth, it acknowledges isolation, fear and painful family reactions.</w:t>
      </w:r>
      <w:r/>
    </w:p>
    <w:p>
      <w:pPr>
        <w:pStyle w:val="ListBullet"/>
        <w:spacing w:line="240" w:lineRule="auto"/>
        <w:ind w:left="720"/>
      </w:pPr>
      <w:r/>
      <w:r>
        <w:rPr>
          <w:b/>
        </w:rPr>
        <w:t>A thoughtful running time:</w:t>
      </w:r>
      <w:r>
        <w:t xml:space="preserve"> At around 31 minutes, it fits neatly into an evening, though tissues may be useful.</w:t>
      </w:r>
      <w:r/>
      <w:r/>
    </w:p>
    <w:p>
      <w:pPr>
        <w:pStyle w:val="Heading2"/>
      </w:pPr>
      <w:r>
        <w:t>A small film about a very big conversation</w:t>
      </w:r>
      <w:r/>
    </w:p>
    <w:p>
      <w:r/>
      <w:r>
        <w:t xml:space="preserve">Some documentaries arrive with a loud argument to make. </w:t>
      </w:r>
      <w:r>
        <w:rPr>
          <w:i/>
        </w:rPr>
        <w:t>Mom, I Have Something to Tell You</w:t>
      </w:r>
      <w:r>
        <w:t xml:space="preserve"> takes a quieter route, placing intimate family stories at the centre and allowing their emotional weight to build. The result is a warm, sometimes painful portrait of what coming out can mean when the person listening is also the person who raised you. The film's official website describes the project as part of a broader effort to share stories about gay sons and their mothers. </w:t>
      </w:r>
      <w:r/>
    </w:p>
    <w:p>
      <w:r/>
      <w:r>
        <w:t xml:space="preserve">That focus gives the documentary its particular pull. It isn't simply about the moment someone says they’re gay; it’s about the years of affection, worry, misunderstanding and hope surrounding that moment. The Gay Sons and Mothers organisation, founded by psychotherapist Rick Miller, has built its work around that often overlooked relationship. </w:t>
      </w:r>
      <w:r/>
    </w:p>
    <w:p>
      <w:pPr>
        <w:pStyle w:val="Heading2"/>
      </w:pPr>
      <w:r>
        <w:t>Coming out stories with room for joy and hurt</w:t>
      </w:r>
      <w:r/>
    </w:p>
    <w:p>
      <w:r/>
      <w:r>
        <w:t xml:space="preserve">The film doesn't pretend that every family responds perfectly. Some contributors recall fear, harsh words and a period of distance, while others describe immediate reassurance. That contrast matters because coming out isn't one neat, universal experience. It can be liberating, terrifying or both before breakfast. </w:t>
      </w:r>
      <w:r/>
    </w:p>
    <w:p>
      <w:r/>
      <w:r>
        <w:t xml:space="preserve">What makes the documentary affecting is its attention to what happens afterwards. Reconciliation, when it comes, isn't treated as a tidy cinematic finish. Instead, the film considers how trust and closeness can be rebuilt slowly, through conversations and everyday gestures. The Bay Area Reporter praised the short as a gentle film about gay men and their mothers, a description that captures its soft but serious tone. </w:t>
      </w:r>
      <w:r/>
    </w:p>
    <w:p>
      <w:pPr>
        <w:pStyle w:val="Heading2"/>
      </w:pPr>
      <w:r>
        <w:t>Why the mother-son bond is the heart of the film</w:t>
      </w:r>
      <w:r/>
    </w:p>
    <w:p>
      <w:r/>
      <w:r>
        <w:t xml:space="preserve">Mothers often occupy a complicated place in stories about LGBTQ+ identity. They may be a source of safety, but they can also represent the fear of disappointing someone whose opinion has always mattered. By concentrating on this relationship, the documentary explores both sides without reducing either person to a stereotype. </w:t>
      </w:r>
      <w:r/>
    </w:p>
    <w:p>
      <w:r/>
      <w:r>
        <w:t xml:space="preserve">The project also widens its perspective through appearances from notable family advocates, including Judy Shepard and the mother of Tyler Clementi. Their presence connects the personal stories to a broader history of LGBTQ+ family support, activism and remembrance. The official Gay Sons and Mothers site presents the work as part of a continuing conversation rather than a one-off film. </w:t>
      </w:r>
      <w:r/>
    </w:p>
    <w:p>
      <w:pPr>
        <w:pStyle w:val="Heading2"/>
      </w:pPr>
      <w:r>
        <w:t>A useful watch for families, not just LGBTQ+ viewers</w:t>
      </w:r>
      <w:r/>
    </w:p>
    <w:p>
      <w:r/>
      <w:r>
        <w:t xml:space="preserve">For gay men considering how to come out, the documentary may offer recognition and reassurance. It doesn't provide a universal script, and nor should it. Every family has its own language, history and limits, so timing and personal safety still matter. </w:t>
      </w:r>
      <w:r/>
    </w:p>
    <w:p>
      <w:r/>
      <w:r>
        <w:t xml:space="preserve">For parents, the film works as a reminder that listening can be a powerful first response. A mother doesn't need to have every answer immediately; staying present, asking respectful questions and making clear that love hasn't disappeared can make an enormous difference. Parents watching with an LGBTQ+ child should also resist turning the conversation into an interrogation. Sometimes a calm, simple "I'm glad you told me" is the right place to begin. </w:t>
      </w:r>
      <w:r/>
    </w:p>
    <w:p>
      <w:pPr>
        <w:pStyle w:val="Heading2"/>
      </w:pPr>
      <w:r>
        <w:t>A short documentary with a long emotional echo</w:t>
      </w:r>
      <w:r/>
    </w:p>
    <w:p>
      <w:r/>
      <w:r>
        <w:t xml:space="preserve">At roughly half an hour, this is an accessible introduction to the Gay Sons and Mothers project, as well as a compact piece of LGBTQ+ documentary storytelling. Listings on IMDb and Moviefone identify the film as a short documentary, while the project’s own pages direct viewers towards its wider work and resources. </w:t>
      </w:r>
      <w:r/>
    </w:p>
    <w:p>
      <w:r/>
      <w:r>
        <w:t xml:space="preserve">Its strongest achievement is emotional rather than technical. The film invites viewers to sit with vulnerability, celebrate supportive families and acknowledge the damage that rejection can cause. You may finish it feeling hopeful, unsettled or unexpectedly nostalgic, but there's a good chance you'll think about the people who made you feel safe. </w:t>
      </w:r>
      <w:r/>
    </w:p>
    <w:p>
      <w:r/>
      <w:r>
        <w:t xml:space="preserve">Find </w:t>
      </w:r>
      <w:r>
        <w:rPr>
          <w:i/>
        </w:rPr>
        <w:t>Mom, I Have Something to Tell You</w:t>
      </w:r>
      <w:r>
        <w:t xml:space="preserve"> on YouTube, then explore the wider Gay Sons and Mothers project if its stories stay with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[4]</w:t>
        </w:r>
      </w:hyperlink>
      <w:r>
        <w:t xml:space="preserve">, </w:t>
      </w:r>
      <w:hyperlink r:id="rId11">
        <w:r>
          <w:rPr>
            <w:color w:val="0000EE"/>
            <w:u w:val="single"/>
          </w:rPr>
          <w:t>[6]</w:t>
        </w:r>
      </w:hyperlink>
      <w:r>
        <w:t xml:space="preserve">- Paragraph 4: </w:t>
      </w:r>
      <w:hyperlink r:id="rId12">
        <w:r>
          <w:rPr>
            <w:color w:val="0000EE"/>
            <w:u w:val="single"/>
          </w:rPr>
          <w:t>[4]</w:t>
        </w:r>
      </w:hyperlink>
      <w:r>
        <w:t xml:space="preserve">, </w:t>
      </w:r>
      <w:hyperlink r:id="rId11">
        <w:r>
          <w:rPr>
            <w:color w:val="0000EE"/>
            <w:u w:val="single"/>
          </w:rPr>
          <w:t>[6]</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5">
        <w:r>
          <w:rPr>
            <w:color w:val="0000EE"/>
            <w:u w:val="single"/>
          </w:rPr>
          <w:t>[5]</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3">
        <w:r>
          <w:rPr>
            <w:color w:val="0000EE"/>
            <w:u w:val="single"/>
          </w:rPr>
          <w:t>[3]</w:t>
        </w:r>
      </w:hyperlink>
      <w:r>
        <w:t xml:space="preserve">, </w:t>
      </w:r>
      <w:hyperlink r:id="rId14">
        <w:r>
          <w:rPr>
            <w:color w:val="0000EE"/>
            <w:u w:val="single"/>
          </w:rPr>
          <w:t>[7]</w:t>
        </w:r>
      </w:hyperlink>
      <w:r>
        <w:t xml:space="preserve">- Paragraph 11: </w:t>
      </w:r>
      <w:hyperlink r:id="rId15">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https://instinctmagazine.com/mom-something-tell-you-documentary-coming-out/</w:t>
        </w:r>
      </w:hyperlink>
      <w:r>
        <w:t xml:space="preserve"> - Please view link - unable to able to access data</w:t>
      </w:r>
      <w:r/>
    </w:p>
    <w:p>
      <w:pPr>
        <w:pStyle w:val="ListNumber"/>
        <w:spacing w:line="240" w:lineRule="auto"/>
        <w:ind w:left="720"/>
      </w:pPr>
      <w:r/>
      <w:hyperlink r:id="rId10">
        <w:r>
          <w:rPr>
            <w:color w:val="0000EE"/>
            <w:u w:val="single"/>
          </w:rPr>
          <w:t>https://gaysonsandmothers.org/documentary</w:t>
        </w:r>
      </w:hyperlink>
      <w:r>
        <w:t xml:space="preserve"> - 'Mom, I Have Something to Tell You' is a 30-minute documentary directed by Rick Miller, a psychotherapist and founder of Gay Sons &amp; Mothers. The film features gay sons and their mothers discussing experiences of coming out, acceptance, faith, family, rejection, and the evolving nature of their relationships. It is available for free on YouTube. (</w:t>
      </w:r>
      <w:hyperlink r:id="rId16">
        <w:r>
          <w:rPr>
            <w:color w:val="0000EE"/>
            <w:u w:val="single"/>
          </w:rPr>
          <w:t>gaysonsandmothers.org</w:t>
        </w:r>
      </w:hyperlink>
      <w:r>
        <w:t>)</w:t>
      </w:r>
      <w:r/>
    </w:p>
    <w:p>
      <w:pPr>
        <w:pStyle w:val="ListNumber"/>
        <w:spacing w:line="240" w:lineRule="auto"/>
        <w:ind w:left="720"/>
      </w:pPr>
      <w:r/>
      <w:hyperlink r:id="rId13">
        <w:r>
          <w:rPr>
            <w:color w:val="0000EE"/>
            <w:u w:val="single"/>
          </w:rPr>
          <w:t>https://www.imdb.com/title/tt39130555/</w:t>
        </w:r>
      </w:hyperlink>
      <w:r>
        <w:t xml:space="preserve"> - 'Mom, I Have Something to Tell You' is a 2025 short documentary directed by Rick Miller. The 30-minute film explores the profound impact of mothers on their gay sons' well-being, highlighting themes of acceptance and the importance of family and community support. (</w:t>
      </w:r>
      <w:hyperlink r:id="rId17">
        <w:r>
          <w:rPr>
            <w:color w:val="0000EE"/>
            <w:u w:val="single"/>
          </w:rPr>
          <w:t>imdb.com</w:t>
        </w:r>
      </w:hyperlink>
      <w:r>
        <w:t>)</w:t>
      </w:r>
      <w:r/>
    </w:p>
    <w:p>
      <w:pPr>
        <w:pStyle w:val="ListNumber"/>
        <w:spacing w:line="240" w:lineRule="auto"/>
        <w:ind w:left="720"/>
      </w:pPr>
      <w:r/>
      <w:hyperlink r:id="rId12">
        <w:r>
          <w:rPr>
            <w:color w:val="0000EE"/>
            <w:u w:val="single"/>
          </w:rPr>
          <w:t>https://www.ebar.com/story/171506/Arts%20%26%20Culture/Movies/%E2%80%98Mom%2C%20I%20Have%20Something%20to%20Tell%20You%E2%80%99%20%E2%80%93%20lovely%20short%20doc%20about%20gay%20men%20and%20their%20mothers</w:t>
        </w:r>
      </w:hyperlink>
      <w:r>
        <w:t xml:space="preserve"> - The article discusses the documentary 'Mom, I Have Something to Tell You,' directed by Rick Miller, which explores the bond between gay sons and their mothers. The film is praised for its emotional depth and is available for free on YouTube. (</w:t>
      </w:r>
      <w:hyperlink r:id="rId18">
        <w:r>
          <w:rPr>
            <w:color w:val="0000EE"/>
            <w:u w:val="single"/>
          </w:rPr>
          <w:t>ebar.com</w:t>
        </w:r>
      </w:hyperlink>
      <w:r>
        <w:t>)</w:t>
      </w:r>
      <w:r/>
    </w:p>
    <w:p>
      <w:pPr>
        <w:pStyle w:val="ListNumber"/>
        <w:spacing w:line="240" w:lineRule="auto"/>
        <w:ind w:left="720"/>
      </w:pPr>
      <w:r/>
      <w:hyperlink r:id="rId15">
        <w:r>
          <w:rPr>
            <w:color w:val="0000EE"/>
            <w:u w:val="single"/>
          </w:rPr>
          <w:t>https://www.provincetowncommons.org/commons-events/mom</w:t>
        </w:r>
      </w:hyperlink>
      <w:r>
        <w:t xml:space="preserve"> - An event at The Provincetown Commons featured the debut of Rick Miller's documentary 'Mom, I Have Something to Tell You.' The 30-minute film delves into the unique bond between gay sons and their mothers, followed by a discussion and Q&amp;A with Miller. (</w:t>
      </w:r>
      <w:hyperlink r:id="rId19">
        <w:r>
          <w:rPr>
            <w:color w:val="0000EE"/>
            <w:u w:val="single"/>
          </w:rPr>
          <w:t>provincetowncommons.org</w:t>
        </w:r>
      </w:hyperlink>
      <w:r>
        <w:t>)</w:t>
      </w:r>
      <w:r/>
    </w:p>
    <w:p>
      <w:pPr>
        <w:pStyle w:val="ListNumber"/>
        <w:spacing w:line="240" w:lineRule="auto"/>
        <w:ind w:left="720"/>
      </w:pPr>
      <w:r/>
      <w:hyperlink r:id="rId11">
        <w:r>
          <w:rPr>
            <w:color w:val="0000EE"/>
            <w:u w:val="single"/>
          </w:rPr>
          <w:t>https://gaysonsandmothers.org/about</w:t>
        </w:r>
      </w:hyperlink>
      <w:r>
        <w:t xml:space="preserve"> - Gay Sons &amp; Mothers, founded by Rick Miller, is an organisation dedicated to documenting the stories of gay men and their mothers. The initiative aims to provide assistance to organisations, support groups, academic venues, and community organisations, highlighting the importance of the mother-son relationship in the LGBTQ+ community. (</w:t>
      </w:r>
      <w:hyperlink r:id="rId20">
        <w:r>
          <w:rPr>
            <w:color w:val="0000EE"/>
            <w:u w:val="single"/>
          </w:rPr>
          <w:t>gaysonsandmothers.org</w:t>
        </w:r>
      </w:hyperlink>
      <w:r>
        <w:t>)</w:t>
      </w:r>
      <w:r/>
    </w:p>
    <w:p>
      <w:pPr>
        <w:pStyle w:val="ListNumber"/>
        <w:spacing w:line="240" w:lineRule="auto"/>
        <w:ind w:left="720"/>
      </w:pPr>
      <w:r/>
      <w:hyperlink r:id="rId14">
        <w:r>
          <w:rPr>
            <w:color w:val="0000EE"/>
            <w:u w:val="single"/>
          </w:rPr>
          <w:t>https://www.moviefone.com/movie/mom-and-dad-i-have-something-to-tell-you/SGZbAOhhoQgtVnLiYpBnB/main/</w:t>
        </w:r>
      </w:hyperlink>
      <w:r>
        <w:t xml:space="preserve"> - 'Mom and Dad I Have Something to Tell You' is a 45-minute documentary directed by Yair Qedar. The film explores the journey of parents whose children come out as gay, showcasing various family reactions with honesty and depth. (</w:t>
      </w:r>
      <w:hyperlink r:id="rId21">
        <w:r>
          <w:rPr>
            <w:color w:val="0000EE"/>
            <w:u w:val="single"/>
          </w:rPr>
          <w:t>moviefone.com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mom-something-tell-you-documentary-coming-out/" TargetMode="External"/><Relationship Id="rId10" Type="http://schemas.openxmlformats.org/officeDocument/2006/relationships/hyperlink" Target="https://gaysonsandmothers.org/documentary" TargetMode="External"/><Relationship Id="rId11" Type="http://schemas.openxmlformats.org/officeDocument/2006/relationships/hyperlink" Target="https://gaysonsandmothers.org/about" TargetMode="External"/><Relationship Id="rId12" Type="http://schemas.openxmlformats.org/officeDocument/2006/relationships/hyperlink" Target="https://www.ebar.com/story/171506/Arts%20%26%20Culture/Movies/%E2%80%98Mom%2C%20I%20Have%20Something%20to%20Tell%20You%E2%80%99%20%E2%80%93%20lovely%20short%20doc%20about%20gay%20men%20and%20their%20mothers" TargetMode="External"/><Relationship Id="rId13" Type="http://schemas.openxmlformats.org/officeDocument/2006/relationships/hyperlink" Target="https://www.imdb.com/title/tt39130555/" TargetMode="External"/><Relationship Id="rId14" Type="http://schemas.openxmlformats.org/officeDocument/2006/relationships/hyperlink" Target="https://www.moviefone.com/movie/mom-and-dad-i-have-something-to-tell-you/SGZbAOhhoQgtVnLiYpBnB/main/" TargetMode="External"/><Relationship Id="rId15" Type="http://schemas.openxmlformats.org/officeDocument/2006/relationships/hyperlink" Target="https://www.provincetowncommons.org/commons-events/mom" TargetMode="External"/><Relationship Id="rId16" Type="http://schemas.openxmlformats.org/officeDocument/2006/relationships/hyperlink" Target="https://gaysonsandmothers.org/documentary?utm_source=openai" TargetMode="External"/><Relationship Id="rId17" Type="http://schemas.openxmlformats.org/officeDocument/2006/relationships/hyperlink" Target="https://www.imdb.com/title/tt39130555/?utm_source=openai" TargetMode="External"/><Relationship Id="rId18" Type="http://schemas.openxmlformats.org/officeDocument/2006/relationships/hyperlink" Target="https://www.ebar.com/story/171506/Arts%20%26%20Culture/Movies/%E2%80%98Mom%2C%20I%20Have%20Something%20to%20Tell%20You%E2%80%99%20%E2%80%93%20lovely%20short%20doc%20about%20gay%20men%20and%20their%20mothers?utm_source=openai" TargetMode="External"/><Relationship Id="rId19" Type="http://schemas.openxmlformats.org/officeDocument/2006/relationships/hyperlink" Target="https://www.provincetowncommons.org/commons-events/mom?utm_source=openai" TargetMode="External"/><Relationship Id="rId20" Type="http://schemas.openxmlformats.org/officeDocument/2006/relationships/hyperlink" Target="https://gaysonsandmothers.org/about?utm_source=openai" TargetMode="External"/><Relationship Id="rId21" Type="http://schemas.openxmlformats.org/officeDocument/2006/relationships/hyperlink" Target="https://www.moviefone.com/movie/mom-and-dad-i-have-something-to-tell-you/SGZbAOhhoQgtVnLiYpBnB/mai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