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Halloween Parties in Atlanta for Queer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Atlanta's LGBTQ+ Halloween parties turn the city into a colourful, campy playground, with drag brunches, costume contests, themed club nights and late-night dancing. Whether you're after leather, horror, house music or a fabulous dinner show, this is where to find the city's most spirited celebrations.</w:t>
      </w:r>
      <w:r/>
    </w:p>
    <w:p>
      <w:pPr>
        <w:pStyle w:val="Heading2"/>
      </w:pPr>
      <w:r>
        <w:t>Essential Takeaways</w:t>
      </w:r>
      <w:r/>
      <w:r/>
    </w:p>
    <w:p>
      <w:pPr>
        <w:pStyle w:val="ListBullet"/>
        <w:spacing w:line="240" w:lineRule="auto"/>
        <w:ind w:left="720"/>
      </w:pPr>
      <w:r/>
      <w:r>
        <w:rPr>
          <w:b/>
        </w:rPr>
        <w:t>A full weekend of choices:</w:t>
      </w:r>
      <w:r>
        <w:t xml:space="preserve"> Events run from Friday through Sunday, so Halloween doesn't have to end after one night.</w:t>
      </w:r>
      <w:r/>
    </w:p>
    <w:p>
      <w:pPr>
        <w:pStyle w:val="ListBullet"/>
        <w:spacing w:line="240" w:lineRule="auto"/>
        <w:ind w:left="720"/>
      </w:pPr>
      <w:r/>
      <w:r>
        <w:rPr>
          <w:b/>
        </w:rPr>
        <w:t>Costumes are central:</w:t>
      </w:r>
      <w:r>
        <w:t xml:space="preserve"> Several parties offer cash, prizes or bragging rights for the most memorable look.</w:t>
      </w:r>
      <w:r/>
    </w:p>
    <w:p>
      <w:pPr>
        <w:pStyle w:val="ListBullet"/>
        <w:spacing w:line="240" w:lineRule="auto"/>
        <w:ind w:left="720"/>
      </w:pPr>
      <w:r/>
      <w:r>
        <w:rPr>
          <w:b/>
        </w:rPr>
        <w:t>Drag leads the fun:</w:t>
      </w:r>
      <w:r>
        <w:t xml:space="preserve"> Brunches, dinner shows and late-night performances bring plenty of camp and theatrical flair.</w:t>
      </w:r>
      <w:r/>
    </w:p>
    <w:p>
      <w:pPr>
        <w:pStyle w:val="ListBullet"/>
        <w:spacing w:line="240" w:lineRule="auto"/>
        <w:ind w:left="720"/>
      </w:pPr>
      <w:r/>
      <w:r>
        <w:rPr>
          <w:b/>
        </w:rPr>
        <w:t>Pick your atmosphere:</w:t>
      </w:r>
      <w:r>
        <w:t xml:space="preserve"> Atlanta offers everything from high-energy dance floors to darker, leather-focused parties.</w:t>
      </w:r>
      <w:r/>
    </w:p>
    <w:p>
      <w:pPr>
        <w:pStyle w:val="ListBullet"/>
        <w:spacing w:line="240" w:lineRule="auto"/>
        <w:ind w:left="720"/>
      </w:pPr>
      <w:r/>
      <w:r>
        <w:rPr>
          <w:b/>
        </w:rPr>
        <w:t>Plan ahead:</w:t>
      </w:r>
      <w:r>
        <w:t xml:space="preserve"> Brunch reservations, transport and venue entry rules are worth checking before you leave home.</w:t>
      </w:r>
      <w:r/>
      <w:r/>
    </w:p>
    <w:p>
      <w:pPr>
        <w:pStyle w:val="Heading2"/>
      </w:pPr>
      <w:r>
        <w:t>Atlanta's queer Halloween scene goes gloriously over the top</w:t>
      </w:r>
      <w:r/>
    </w:p>
    <w:p>
      <w:r/>
      <w:r>
        <w:t>Halloween and LGBTQ+ nightlife make an effortless pairing. The costumes are bolder, the music is louder and the usual rules about glamour, camp and theatricality seem to disappear for the evening.</w:t>
      </w:r>
      <w:r/>
    </w:p>
    <w:p>
      <w:r/>
      <w:r>
        <w:t>Atlanta's 2024 queer Halloween calendar reflected that spirit, with events spread across Midtown, East Atlanta Village and long-established nightlife venues. Rough Draft Atlanta also highlighted a wider selection of LGBTQ+ activities, showing that the city's celebrations extend well beyond a single club night.</w:t>
      </w:r>
      <w:r/>
    </w:p>
    <w:p>
      <w:r/>
      <w:r>
        <w:t>The result is less a party than a choose-your-own-adventure weekend. You can arrive in full horror-film make-up, spend the afternoon at drag brunch and still find a dance floor welcoming you after dark.</w:t>
      </w:r>
      <w:r/>
    </w:p>
    <w:p>
      <w:pPr>
        <w:pStyle w:val="Heading2"/>
      </w:pPr>
      <w:r>
        <w:t>Friday starts with leather, horror and devilish dancing</w:t>
      </w:r>
      <w:r/>
    </w:p>
    <w:p>
      <w:r/>
      <w:r>
        <w:t>Friday is the natural warm-up, but Atlanta's opening-night events are hardly low-key. The Atlanta Eagle's Halloween edition of its Deviants party offers a leather-leaning start, while The Heretic's horror-inspired night invites guests to bring their most unsettling cinema costume.</w:t>
      </w:r>
      <w:r/>
    </w:p>
    <w:p>
      <w:r/>
      <w:r>
        <w:t>Over at the Drunken Unicorn, Club 6669 combines queer dancing, drag performances and a costume contest. The promise is straightforward: turn up looking fabulous, then dance until the devil gets tired.</w:t>
      </w:r>
      <w:r/>
    </w:p>
    <w:p>
      <w:r/>
      <w:r>
        <w:t>Mary's adds another option for anyone who prefers a friendly neighbourhood bar atmosphere with a spooky twist. These different settings matter, because not every reveller wants the same kind of Halloween. Some want a packed dance floor and strobes, while others are happier with a drink, a costume and a little mischief.</w:t>
      </w:r>
      <w:r/>
    </w:p>
    <w:p>
      <w:pPr>
        <w:pStyle w:val="Heading2"/>
      </w:pPr>
      <w:r>
        <w:t>Saturday is the main event</w:t>
      </w:r>
      <w:r/>
    </w:p>
    <w:p>
      <w:r/>
      <w:r>
        <w:t>Halloween night brings the biggest concentration of parties, and the Atlanta Eagle leads with The Big Ball, featuring DJ Spencer Huff and a substantial costume competition. The Heretic follows with another major night, this time hosted by DJ Mike Pope.</w:t>
      </w:r>
      <w:r/>
    </w:p>
    <w:p>
      <w:r/>
      <w:r>
        <w:t>Blake's On the Park offers a lively alternative with Rave Beyond the Grave, while Mary's hosts Creatures of the Night. Both suit guests who want music, costumes and plenty of people-watching. After all, Halloween is one of the rare occasions when a stranger dressed as a glamorous vampire can become your instant social connection.</w:t>
      </w:r>
      <w:r/>
    </w:p>
    <w:p>
      <w:r/>
      <w:r>
        <w:t>For a more performance-led evening, OUT Local at The Pub at EAV stages a horror-themed drag dinner, while Lore Atlanta hosts a Lady Gaga-inspired drag show and after-party. Check event details before travelling, as themed nights can have separate ticketing, start times or dress expectations.</w:t>
      </w:r>
      <w:r/>
    </w:p>
    <w:p>
      <w:pPr>
        <w:pStyle w:val="Heading2"/>
      </w:pPr>
      <w:r>
        <w:t>Drag brunch makes Halloween an all-day affair</w:t>
      </w:r>
      <w:r/>
    </w:p>
    <w:p>
      <w:r/>
      <w:r>
        <w:t>Not everyone wants to wait until midnight for the fun to begin. Lips Atlanta's Scream Queens Drag Brunch gives Halloween a daytime opening, with a theatrical show built around horror-film favourites and a suitably dramatic cast.</w:t>
      </w:r>
      <w:r/>
    </w:p>
    <w:p>
      <w:r/>
      <w:r>
        <w:t>The following day, its Day of the Dead Drag Brunch keeps the weekend moving with a colourful celebration of drag, music and Mexican-inspired visual style. Reservations are especially important for brunch events, where tables can sell out well before the first performer takes the stage.</w:t>
      </w:r>
      <w:r/>
    </w:p>
    <w:p>
      <w:r/>
      <w:r>
        <w:t>That daytime option is also useful for visitors who want a gentler pace. You can enjoy a proper meal, see a polished show and still decide later whether your costume has enough energy left for another night out.</w:t>
      </w:r>
      <w:r/>
    </w:p>
    <w:p>
      <w:pPr>
        <w:pStyle w:val="Heading2"/>
      </w:pPr>
      <w:r>
        <w:t>How to choose the right Atlanta Halloween party</w:t>
      </w:r>
      <w:r/>
    </w:p>
    <w:p>
      <w:r/>
      <w:r>
        <w:t>Start with the atmosphere rather than the venue name. Horror fans may prefer a film-inspired event, while anyone chasing a high-impact costume competition should look for parties advertising cash prizes. Drag lovers, meanwhile, have plenty of reasons to build their weekend around Lips, OUT Local or Lore Atlanta.</w:t>
      </w:r>
      <w:r/>
    </w:p>
    <w:p>
      <w:r/>
      <w:r>
        <w:t>Your costume should be bold enough to enjoy but practical enough to survive several hours. Comfortable shoes are not glamorous, perhaps, but they become extremely glamorous around midnight. It also helps to carry only what you need, especially at busy venues where queues and crowded floors are part of the experience.</w:t>
      </w:r>
      <w:r/>
    </w:p>
    <w:p>
      <w:r/>
      <w:r>
        <w:t>Finally, map out your transport before the first drink. Atlanta's nightlife districts aren't all within easy walking distance, and ride-hailing demand can rise sharply after the main events finish. A little planning leaves more room for the fun part: finding your chosen family under a sea of sequins, fake blood and fabulous wigs.</w:t>
      </w:r>
      <w:r/>
    </w:p>
    <w:p>
      <w:pPr>
        <w:pStyle w:val="Heading2"/>
      </w:pPr>
      <w:r>
        <w:t>The weekend offers more than one way to celebrate</w:t>
      </w:r>
      <w:r/>
    </w:p>
    <w:p>
      <w:r/>
      <w:r>
        <w:t>The strongest feature of Atlanta's LGBTQ+ Halloween programme is its range. You can make the weekend sexy, silly, scary, polished, chaotic or all five at once, and the city has a venue to match.</w:t>
      </w:r>
      <w:r/>
    </w:p>
    <w:p>
      <w:r/>
      <w:r>
        <w:t>Event listings across Atlanta also suggest that queer Halloween continues to grow beyond traditional club programming, with dance parties, themed dinners, drag shows and community-focused gatherings all competing for attention. That variety is good news for visitors and locals alike.</w:t>
      </w:r>
      <w:r/>
    </w:p>
    <w:p>
      <w:r/>
      <w:r>
        <w:t>So whether you're planning one spectacular night or a full three-day crawl, choose the event that fits your mood, check the details and let the costume do some of the talking.</w:t>
      </w:r>
      <w:r/>
    </w:p>
    <w:p>
      <w:r/>
      <w:r>
        <w:t>Make your look memorable, your plans sensible and your Halloween gloriously queer.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4">
        <w:r>
          <w:rPr>
            <w:color w:val="0000EE"/>
            <w:u w:val="single"/>
          </w:rPr>
          <w:t>[4]</w:t>
        </w:r>
      </w:hyperlink>
      <w:r>
        <w:t xml:space="preserve">, </w:t>
      </w:r>
      <w:hyperlink r:id="rId15">
        <w:r>
          <w:rPr>
            <w:color w:val="0000EE"/>
            <w:u w:val="single"/>
          </w:rPr>
          <w:t>[5]</w:t>
        </w:r>
      </w:hyperlink>
      <w:r>
        <w:t xml:space="preserve">- Paragraph 4: </w:t>
      </w:r>
      <w:hyperlink r:id="rId10">
        <w:r>
          <w:rPr>
            <w:color w:val="0000EE"/>
            <w:u w:val="single"/>
          </w:rPr>
          <w:t>[6]</w:t>
        </w:r>
      </w:hyperlink>
      <w:r>
        <w:t xml:space="preserve">, </w:t>
      </w:r>
      <w:hyperlink r:id="rId11">
        <w:r>
          <w:rPr>
            <w:color w:val="0000EE"/>
            <w:u w:val="single"/>
          </w:rPr>
          <w:t>[7]</w:t>
        </w:r>
      </w:hyperlink>
      <w:r>
        <w:t xml:space="preserve">- Paragraph 5: </w:t>
      </w:r>
      <w:hyperlink r:id="rId12">
        <w:r>
          <w:rPr>
            <w:color w:val="0000EE"/>
            <w:u w:val="single"/>
          </w:rPr>
          <w:t>[2]</w:t>
        </w:r>
      </w:hyperlink>
      <w:r>
        <w:t xml:space="preserve">, </w:t>
      </w:r>
      <w:hyperlink r:id="rId13">
        <w:r>
          <w:rPr>
            <w:color w:val="0000EE"/>
            <w:u w:val="single"/>
          </w:rPr>
          <w:t>[3]</w:t>
        </w:r>
      </w:hyperlink>
      <w:r>
        <w:t xml:space="preserve">- Paragraph 6: </w:t>
      </w:r>
      <w:hyperlink r:id="rId14">
        <w:r>
          <w:rPr>
            <w:color w:val="0000EE"/>
            <w:u w:val="single"/>
          </w:rPr>
          <w:t>[4]</w:t>
        </w:r>
      </w:hyperlink>
      <w:r>
        <w:t xml:space="preserve">, </w:t>
      </w:r>
      <w:hyperlink r:id="rId15">
        <w:r>
          <w:rPr>
            <w:color w:val="0000EE"/>
            <w:u w:val="single"/>
          </w:rPr>
          <w:t>[5]</w:t>
        </w:r>
      </w:hyperlink>
      <w:r>
        <w:t xml:space="preserve">- Paragraph 7: </w:t>
      </w:r>
      <w:hyperlink r:id="rId10">
        <w:r>
          <w:rPr>
            <w:color w:val="0000EE"/>
            <w:u w:val="single"/>
          </w:rPr>
          <w:t>[6]</w:t>
        </w:r>
      </w:hyperlink>
      <w:r>
        <w:t xml:space="preserve">, </w:t>
      </w:r>
      <w:hyperlink r:id="rId11">
        <w:r>
          <w:rPr>
            <w:color w:val="0000EE"/>
            <w:u w:val="single"/>
          </w:rPr>
          <w:t>[7]</w:t>
        </w:r>
      </w:hyperlink>
      <w:r>
        <w:t xml:space="preserve">- Paragraph 8: </w:t>
      </w:r>
      <w:hyperlink r:id="rId12">
        <w:r>
          <w:rPr>
            <w:color w:val="0000EE"/>
            <w:u w:val="single"/>
          </w:rPr>
          <w:t>[2]</w:t>
        </w:r>
      </w:hyperlink>
      <w:r>
        <w:t xml:space="preserve">, </w:t>
      </w:r>
      <w:hyperlink r:id="rId13">
        <w:r>
          <w:rPr>
            <w:color w:val="0000EE"/>
            <w:u w:val="single"/>
          </w:rPr>
          <w:t>[3]</w:t>
        </w:r>
      </w:hyperlink>
      <w:r>
        <w:t xml:space="preserve">- Paragraph 9: </w:t>
      </w:r>
      <w:hyperlink r:id="rId14">
        <w:r>
          <w:rPr>
            <w:color w:val="0000EE"/>
            <w:u w:val="single"/>
          </w:rPr>
          <w:t>[4]</w:t>
        </w:r>
      </w:hyperlink>
      <w:r>
        <w:t xml:space="preserve">, </w:t>
      </w:r>
      <w:hyperlink r:id="rId15">
        <w:r>
          <w:rPr>
            <w:color w:val="0000EE"/>
            <w:u w:val="single"/>
          </w:rPr>
          <w:t>[5]</w:t>
        </w:r>
      </w:hyperlink>
      <w:r>
        <w:t xml:space="preserve">- Paragraph 10: </w:t>
      </w:r>
      <w:hyperlink r:id="rId10">
        <w:r>
          <w:rPr>
            <w:color w:val="0000EE"/>
            <w:u w:val="single"/>
          </w:rPr>
          <w:t>[6]</w:t>
        </w:r>
      </w:hyperlink>
      <w:r>
        <w:t xml:space="preserve">, </w:t>
      </w:r>
      <w:hyperlink r:id="rId11">
        <w:r>
          <w:rPr>
            <w:color w:val="0000EE"/>
            <w:u w:val="single"/>
          </w:rPr>
          <w:t>[7]</w:t>
        </w:r>
      </w:hyperlink>
      <w:r>
        <w:t xml:space="preserve">- Paragraph 11: </w:t>
      </w:r>
      <w:hyperlink r:id="rId12">
        <w:r>
          <w:rPr>
            <w:color w:val="0000EE"/>
            <w:u w:val="single"/>
          </w:rPr>
          <w:t>[2]</w:t>
        </w:r>
      </w:hyperlink>
      <w:r>
        <w:t xml:space="preserve">, </w:t>
      </w:r>
      <w:hyperlink r:id="rId13">
        <w:r>
          <w:rPr>
            <w:color w:val="0000EE"/>
            <w:u w:val="single"/>
          </w:rPr>
          <w:t>[3]</w:t>
        </w:r>
      </w:hyperlink>
      <w:r>
        <w:t xml:space="preserve">- Paragraph 12: </w:t>
      </w:r>
      <w:hyperlink r:id="rId14">
        <w:r>
          <w:rPr>
            <w:color w:val="0000EE"/>
            <w:u w:val="single"/>
          </w:rPr>
          <w:t>[4]</w:t>
        </w:r>
      </w:hyperlink>
      <w:r>
        <w:t xml:space="preserve">, </w:t>
      </w:r>
      <w:hyperlink r:id="rId15">
        <w:r>
          <w:rPr>
            <w:color w:val="0000EE"/>
            <w:u w:val="single"/>
          </w:rPr>
          <w:t>[5]</w:t>
        </w:r>
      </w:hyperlink>
      <w:r>
        <w:t xml:space="preserve">- Paragraph 13: </w:t>
      </w:r>
      <w:hyperlink r:id="rId10">
        <w:r>
          <w:rPr>
            <w:color w:val="0000EE"/>
            <w:u w:val="single"/>
          </w:rPr>
          <w:t>[6]</w:t>
        </w:r>
      </w:hyperlink>
      <w:r>
        <w:t xml:space="preserve">, </w:t>
      </w:r>
      <w:hyperlink r:id="rId11">
        <w:r>
          <w:rPr>
            <w:color w:val="0000EE"/>
            <w:u w:val="single"/>
          </w:rPr>
          <w:t>[7]</w:t>
        </w:r>
      </w:hyperlink>
      <w:r>
        <w:t xml:space="preserve">- Paragraph 14: </w:t>
      </w:r>
      <w:hyperlink r:id="rId12">
        <w:r>
          <w:rPr>
            <w:color w:val="0000EE"/>
            <w:u w:val="single"/>
          </w:rPr>
          <w:t>[2]</w:t>
        </w:r>
      </w:hyperlink>
      <w:r>
        <w:t xml:space="preserve">, </w:t>
      </w:r>
      <w:hyperlink r:id="rId13">
        <w:r>
          <w:rPr>
            <w:color w:val="0000EE"/>
            <w:u w:val="single"/>
          </w:rPr>
          <w:t>[3]</w:t>
        </w:r>
      </w:hyperlink>
      <w:r>
        <w:t xml:space="preserve">- Paragraph 15: </w:t>
      </w:r>
      <w:hyperlink r:id="rId14">
        <w:r>
          <w:rPr>
            <w:color w:val="0000EE"/>
            <w:u w:val="single"/>
          </w:rPr>
          <w:t>[4]</w:t>
        </w:r>
      </w:hyperlink>
      <w:r>
        <w:t xml:space="preserve">, </w:t>
      </w:r>
      <w:hyperlink r:id="rId15">
        <w:r>
          <w:rPr>
            <w:color w:val="0000EE"/>
            <w:u w:val="single"/>
          </w:rPr>
          <w:t>[5]</w:t>
        </w:r>
      </w:hyperlink>
      <w:r>
        <w:t xml:space="preserve">- Paragraph 16: </w:t>
      </w:r>
      <w:hyperlink r:id="rId10">
        <w:r>
          <w:rPr>
            <w:color w:val="0000EE"/>
            <w:u w:val="single"/>
          </w:rPr>
          <w:t>[6]</w:t>
        </w:r>
      </w:hyperlink>
      <w:r>
        <w:t xml:space="preserve">, </w:t>
      </w:r>
      <w:hyperlink r:id="rId11">
        <w:r>
          <w:rPr>
            <w:color w:val="0000EE"/>
            <w:u w:val="single"/>
          </w:rPr>
          <w:t>[7]</w:t>
        </w:r>
      </w:hyperlink>
      <w:r>
        <w:t xml:space="preserve">- Paragraph 17: </w:t>
      </w:r>
      <w:hyperlink r:id="rId12">
        <w:r>
          <w:rPr>
            <w:color w:val="0000EE"/>
            <w:u w:val="single"/>
          </w:rPr>
          <w:t>[2]</w:t>
        </w:r>
      </w:hyperlink>
      <w:r>
        <w:t xml:space="preserve">, </w:t>
      </w:r>
      <w:hyperlink r:id="rId13">
        <w:r>
          <w:rPr>
            <w:color w:val="0000EE"/>
            <w:u w:val="single"/>
          </w:rPr>
          <w:t>[3]</w:t>
        </w:r>
      </w:hyperlink>
      <w:r>
        <w:t xml:space="preserve">- Paragraph 18: </w:t>
      </w:r>
      <w:hyperlink r:id="rId14">
        <w:r>
          <w:rPr>
            <w:color w:val="0000EE"/>
            <w:u w:val="single"/>
          </w:rPr>
          <w:t>[4]</w:t>
        </w:r>
      </w:hyperlink>
      <w:r>
        <w:t xml:space="preserve">, </w:t>
      </w:r>
      <w:hyperlink r:id="rId15">
        <w:r>
          <w:rPr>
            <w:color w:val="0000EE"/>
            <w:u w:val="single"/>
          </w:rPr>
          <w:t>[5]</w:t>
        </w:r>
      </w:hyperlink>
      <w:r>
        <w:t xml:space="preserve">- Paragraph 19: </w:t>
      </w:r>
      <w:hyperlink r:id="rId10">
        <w:r>
          <w:rPr>
            <w:color w:val="0000EE"/>
            <w:u w:val="single"/>
          </w:rPr>
          <w:t>[6]</w:t>
        </w:r>
      </w:hyperlink>
      <w:r>
        <w:t xml:space="preserve">, </w:t>
      </w:r>
      <w:hyperlink r:id="rId11">
        <w:r>
          <w:rPr>
            <w:color w:val="0000EE"/>
            <w:u w:val="single"/>
          </w:rPr>
          <w:t>[7]</w:t>
        </w:r>
      </w:hyperlink>
      <w:r>
        <w:t xml:space="preserve">- Paragraph 20: </w:t>
      </w:r>
      <w:hyperlink r:id="rId12">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https://www.davidatlanta.com/get-your-halloween-freak-on-atlantas-ultimate-lgbtq-halloween-party-guide/</w:t>
        </w:r>
      </w:hyperlink>
      <w:r>
        <w:t xml:space="preserve"> - Please view link - unable to able to access data</w:t>
      </w:r>
      <w:r/>
    </w:p>
    <w:p>
      <w:pPr>
        <w:pStyle w:val="ListNumber"/>
        <w:spacing w:line="240" w:lineRule="auto"/>
        <w:ind w:left="720"/>
      </w:pPr>
      <w:r/>
      <w:hyperlink r:id="rId12">
        <w:r>
          <w:rPr>
            <w:color w:val="0000EE"/>
            <w:u w:val="single"/>
          </w:rPr>
          <w:t>https://www.undergroundatlanta.com/events/wussy-nonsense-atl-presents-pride-o-ween-dance-party</w:t>
        </w:r>
      </w:hyperlink>
      <w:r>
        <w:t xml:space="preserve"> - WUSSY &amp; Nonsense ATL hosted a special Pride/Halloween monster mash at Atlanta's first interactive haunted house bar on October 14, 2023. The event featured four themed bars, themed cocktails, a dance floor, and operated until 4 am. The venue was located at 76 Wall St SW, Atlanta, GA 30303. (</w:t>
      </w:r>
      <w:hyperlink r:id="rId16">
        <w:r>
          <w:rPr>
            <w:color w:val="0000EE"/>
            <w:u w:val="single"/>
          </w:rPr>
          <w:t>undergroundatlanta.com</w:t>
        </w:r>
      </w:hyperlink>
      <w:r>
        <w:t>)</w:t>
      </w:r>
      <w:r/>
    </w:p>
    <w:p>
      <w:pPr>
        <w:pStyle w:val="ListNumber"/>
        <w:spacing w:line="240" w:lineRule="auto"/>
        <w:ind w:left="720"/>
      </w:pPr>
      <w:r/>
      <w:hyperlink r:id="rId13">
        <w:r>
          <w:rPr>
            <w:color w:val="0000EE"/>
            <w:u w:val="single"/>
          </w:rPr>
          <w:t>https://hunthalloween.com/event/club-6669-a-queer-halloween-dance-party-eid1w9mh0c0akpr</w:t>
        </w:r>
      </w:hyperlink>
      <w:r>
        <w:t xml:space="preserve"> - On October 30, 2026, The Drunken Unicorn in Atlanta hosted CLUB 6669! A Queer Halloween Dance Party. The 21+ event ran from 10 PM to 2 AM, with tickets priced between $10 and $15. Attendees were encouraged to dress up, and the venue was located at 736 Ponce De Leon Avenue Northeast, Atlanta, GA. (</w:t>
      </w:r>
      <w:hyperlink r:id="rId17">
        <w:r>
          <w:rPr>
            <w:color w:val="0000EE"/>
            <w:u w:val="single"/>
          </w:rPr>
          <w:t>hunthalloween.com</w:t>
        </w:r>
      </w:hyperlink>
      <w:r>
        <w:t>)</w:t>
      </w:r>
      <w:r/>
    </w:p>
    <w:p>
      <w:pPr>
        <w:pStyle w:val="ListNumber"/>
        <w:spacing w:line="240" w:lineRule="auto"/>
        <w:ind w:left="720"/>
      </w:pPr>
      <w:r/>
      <w:hyperlink r:id="rId14">
        <w:r>
          <w:rPr>
            <w:color w:val="0000EE"/>
            <w:u w:val="single"/>
          </w:rPr>
          <w:t>https://www.gayout.com/usa-canada/united-states/atlanta/events/tutus-halloween-party-2026-10-28</w:t>
        </w:r>
      </w:hyperlink>
      <w:r>
        <w:t xml:space="preserve"> - Tutu’s Halloween Party, presented by Twisted TZ, took place on Wednesday, October 28, 2026, from 10:00 PM to 2:00 AM in Atlanta, GA. The event was part of the LGBTQ+ community's Halloween celebrations. (</w:t>
      </w:r>
      <w:hyperlink r:id="rId18">
        <w:r>
          <w:rPr>
            <w:color w:val="0000EE"/>
            <w:u w:val="single"/>
          </w:rPr>
          <w:t>gayout.com</w:t>
        </w:r>
      </w:hyperlink>
      <w:r>
        <w:t>)</w:t>
      </w:r>
      <w:r/>
    </w:p>
    <w:p>
      <w:pPr>
        <w:pStyle w:val="ListNumber"/>
        <w:spacing w:line="240" w:lineRule="auto"/>
        <w:ind w:left="720"/>
      </w:pPr>
      <w:r/>
      <w:hyperlink r:id="rId15">
        <w:r>
          <w:rPr>
            <w:color w:val="0000EE"/>
            <w:u w:val="single"/>
          </w:rPr>
          <w:t>https://www.bigtickets.com/events/529/stsbnb/</w:t>
        </w:r>
      </w:hyperlink>
      <w:r>
        <w:t xml:space="preserve"> - On October 20, 2023, The Satanic Temple Atlanta and Black Nonbelievers presented the Halloween Sinner's Ball at 529 Flat Shoals Ave SE, Atlanta, GA 30316. The event featured burlesque, drag performances, a black mass, and more. Attendees were required to be 21+ and bring a government-issued ID. (</w:t>
      </w:r>
      <w:hyperlink r:id="rId19">
        <w:r>
          <w:rPr>
            <w:color w:val="0000EE"/>
            <w:u w:val="single"/>
          </w:rPr>
          <w:t>bigtickets.com</w:t>
        </w:r>
      </w:hyperlink>
      <w:r>
        <w:t>)</w:t>
      </w:r>
      <w:r/>
    </w:p>
    <w:p>
      <w:pPr>
        <w:pStyle w:val="ListNumber"/>
        <w:spacing w:line="240" w:lineRule="auto"/>
        <w:ind w:left="720"/>
      </w:pPr>
      <w:r/>
      <w:hyperlink r:id="rId10">
        <w:r>
          <w:rPr>
            <w:color w:val="0000EE"/>
            <w:u w:val="single"/>
          </w:rPr>
          <w:t>https://qcal.app/cities/atlanta/halloween</w:t>
        </w:r>
      </w:hyperlink>
      <w:r>
        <w:t xml:space="preserve"> - Qcal's Atlanta Halloween guide lists upcoming LGBTQ+ parties and events, including GGG Gayest ATL Halloween on October 29, CLUB 6669! A Queer Halloween Dance Party on October 30, and Heretic Halloween on October 31, 2026. (</w:t>
      </w:r>
      <w:hyperlink r:id="rId20">
        <w:r>
          <w:rPr>
            <w:color w:val="0000EE"/>
            <w:u w:val="single"/>
          </w:rPr>
          <w:t>qcal.app</w:t>
        </w:r>
      </w:hyperlink>
      <w:r>
        <w:t>)</w:t>
      </w:r>
      <w:r/>
    </w:p>
    <w:p>
      <w:pPr>
        <w:pStyle w:val="ListNumber"/>
        <w:spacing w:line="240" w:lineRule="auto"/>
        <w:ind w:left="720"/>
      </w:pPr>
      <w:r/>
      <w:hyperlink r:id="rId11">
        <w:r>
          <w:rPr>
            <w:color w:val="0000EE"/>
            <w:u w:val="single"/>
          </w:rPr>
          <w:t>https://roughdraftatlanta.com/2024/10/25/lgbt-boo-queer-things-to-do-this-halloween/</w:t>
        </w:r>
      </w:hyperlink>
      <w:r>
        <w:t xml:space="preserve"> - Rough Draft Atlanta's article 'LGBT-Boo! Queer Things to Do This Halloween' provides a list of LGBTQ+ Halloween events in Atlanta, including Nightmare on Crescent at My Sister’s Room on October 26, 2024, and DANCE: Halloween Party at The Basement on October 26, 2024. (</w:t>
      </w:r>
      <w:hyperlink r:id="rId21">
        <w:r>
          <w:rPr>
            <w:color w:val="0000EE"/>
            <w:u w:val="single"/>
          </w:rPr>
          <w:t>roughdraftatlanta.com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vidatlanta.com/get-your-halloween-freak-on-atlantas-ultimate-lgbtq-halloween-party-guide/" TargetMode="External"/><Relationship Id="rId10" Type="http://schemas.openxmlformats.org/officeDocument/2006/relationships/hyperlink" Target="https://qcal.app/cities/atlanta/halloween" TargetMode="External"/><Relationship Id="rId11" Type="http://schemas.openxmlformats.org/officeDocument/2006/relationships/hyperlink" Target="https://roughdraftatlanta.com/2024/10/25/lgbt-boo-queer-things-to-do-this-halloween/" TargetMode="External"/><Relationship Id="rId12" Type="http://schemas.openxmlformats.org/officeDocument/2006/relationships/hyperlink" Target="https://www.undergroundatlanta.com/events/wussy-nonsense-atl-presents-pride-o-ween-dance-party" TargetMode="External"/><Relationship Id="rId13" Type="http://schemas.openxmlformats.org/officeDocument/2006/relationships/hyperlink" Target="https://hunthalloween.com/event/club-6669-a-queer-halloween-dance-party-eid1w9mh0c0akpr" TargetMode="External"/><Relationship Id="rId14" Type="http://schemas.openxmlformats.org/officeDocument/2006/relationships/hyperlink" Target="https://www.gayout.com/usa-canada/united-states/atlanta/events/tutus-halloween-party-2026-10-28" TargetMode="External"/><Relationship Id="rId15" Type="http://schemas.openxmlformats.org/officeDocument/2006/relationships/hyperlink" Target="https://www.bigtickets.com/events/529/stsbnb/" TargetMode="External"/><Relationship Id="rId16" Type="http://schemas.openxmlformats.org/officeDocument/2006/relationships/hyperlink" Target="https://www.undergroundatlanta.com/events/wussy-nonsense-atl-presents-pride-o-ween-dance-party?utm_source=openai" TargetMode="External"/><Relationship Id="rId17" Type="http://schemas.openxmlformats.org/officeDocument/2006/relationships/hyperlink" Target="https://hunthalloween.com/event/club-6669-a-queer-halloween-dance-party-eid1w9mh0c0akpr?utm_source=openai" TargetMode="External"/><Relationship Id="rId18" Type="http://schemas.openxmlformats.org/officeDocument/2006/relationships/hyperlink" Target="https://www.gayout.com/usa-canada/united-states/atlanta/events/tutu-s-halloween-party-2026-10-28?utm_source=openai" TargetMode="External"/><Relationship Id="rId19" Type="http://schemas.openxmlformats.org/officeDocument/2006/relationships/hyperlink" Target="https://www.bigtickets.com/events/529/stsbnb/?utm_source=openai" TargetMode="External"/><Relationship Id="rId20" Type="http://schemas.openxmlformats.org/officeDocument/2006/relationships/hyperlink" Target="https://qcal.app/cities/atlanta/halloween?utm_source=openai" TargetMode="External"/><Relationship Id="rId21" Type="http://schemas.openxmlformats.org/officeDocument/2006/relationships/hyperlink" Target="https://roughdraftatlanta.com/2024/10/25/lgbt-boo-queer-things-to-do-this-hallowee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