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Halloween Costume Ideas for Niche Pop-Culture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are embracing gay Halloween, where the winning costume isn't a witch or a vampire but a perfectly obscure pop-culture reference. From meme recreations to fashion moments, the trend matters because Halloween has become an online performance as much as a night out, rewarding wit, recognition and just the right amount of chaos.</w:t>
      </w:r>
      <w:r/>
    </w:p>
    <w:p>
      <w:pPr>
        <w:pStyle w:val="Heading2"/>
      </w:pPr>
      <w:r>
        <w:t>Essential Takeaways</w:t>
      </w:r>
      <w:r/>
      <w:r/>
    </w:p>
    <w:p>
      <w:pPr>
        <w:pStyle w:val="ListBullet"/>
        <w:spacing w:line="240" w:lineRule="auto"/>
        <w:ind w:left="720"/>
      </w:pPr>
      <w:r/>
      <w:r>
        <w:rPr>
          <w:b/>
        </w:rPr>
        <w:t>Gay Halloween is niche by design:</w:t>
      </w:r>
      <w:r>
        <w:t xml:space="preserve"> Costumes often recreate memes, reality-TV moments, album art or forgotten fashion images.</w:t>
      </w:r>
      <w:r/>
    </w:p>
    <w:p>
      <w:pPr>
        <w:pStyle w:val="ListBullet"/>
        <w:spacing w:line="240" w:lineRule="auto"/>
        <w:ind w:left="720"/>
      </w:pPr>
      <w:r/>
      <w:r>
        <w:rPr>
          <w:b/>
        </w:rPr>
        <w:t>The joke matters more than polish:</w:t>
      </w:r>
      <w:r>
        <w:t xml:space="preserve"> A clever reference can beat an expensive, beautifully made outfit.</w:t>
      </w:r>
      <w:r/>
    </w:p>
    <w:p>
      <w:pPr>
        <w:pStyle w:val="ListBullet"/>
        <w:spacing w:line="240" w:lineRule="auto"/>
        <w:ind w:left="720"/>
      </w:pPr>
      <w:r/>
      <w:r>
        <w:rPr>
          <w:b/>
        </w:rPr>
        <w:t>Social media changed the timing:</w:t>
      </w:r>
      <w:r>
        <w:t xml:space="preserve"> Costume reveals now arrive weeks before 31 October, turning the build-up into part of the event.</w:t>
      </w:r>
      <w:r/>
    </w:p>
    <w:p>
      <w:pPr>
        <w:pStyle w:val="ListBullet"/>
        <w:spacing w:line="240" w:lineRule="auto"/>
        <w:ind w:left="720"/>
      </w:pPr>
      <w:r/>
      <w:r>
        <w:rPr>
          <w:b/>
        </w:rPr>
        <w:t>Queer culture drives the format:</w:t>
      </w:r>
      <w:r>
        <w:t xml:space="preserve"> The trend celebrates shared references, camp humour and the pleasure of being understood.</w:t>
      </w:r>
      <w:r/>
    </w:p>
    <w:p>
      <w:pPr>
        <w:pStyle w:val="ListBullet"/>
        <w:spacing w:line="240" w:lineRule="auto"/>
        <w:ind w:left="720"/>
      </w:pPr>
      <w:r/>
      <w:r>
        <w:rPr>
          <w:b/>
        </w:rPr>
        <w:t>The best ideas need context:</w:t>
      </w:r>
      <w:r>
        <w:t xml:space="preserve"> If only three people get the costume, that may be the point, but a small visual clue helps.</w:t>
      </w:r>
      <w:r/>
      <w:r/>
    </w:p>
    <w:p>
      <w:pPr>
        <w:pStyle w:val="Heading2"/>
      </w:pPr>
      <w:r>
        <w:t>Forget the standard Halloween costume</w:t>
      </w:r>
      <w:r/>
    </w:p>
    <w:p>
      <w:r/>
      <w:r>
        <w:t>The most revealing thing about gay Halloween is how quickly a familiar celebration can turn into a pop-culture examination. Instead of reaching for cat ears or a superhero cape, costume-makers are searching their mental archives for a particular screenshot, interview, lyric or celebrity misstep.</w:t>
      </w:r>
      <w:r/>
    </w:p>
    <w:p>
      <w:r/>
      <w:r>
        <w:t>The result can look gloriously low-budget. A handwritten sign, a badly chosen wig or a recognisable pose may do more work than a professionally made costume, especially when the reference is specific enough to reward anyone who spots it. The Atlantic has examined how internet humour and meme culture have reshaped Halloween dressing, making recognition itself part of the fun.</w:t>
      </w:r>
      <w:r/>
    </w:p>
    <w:p>
      <w:r/>
      <w:r>
        <w:t>This is Halloween for people who'd rather explain a joke than simply look spooky. Sometimes the explanation is longer than the costume, which is precisely why it works.</w:t>
      </w:r>
      <w:r/>
    </w:p>
    <w:p>
      <w:pPr>
        <w:pStyle w:val="Heading2"/>
      </w:pPr>
      <w:r>
        <w:t>How gay Halloween became an online event</w:t>
      </w:r>
      <w:r/>
    </w:p>
    <w:p>
      <w:r/>
      <w:r>
        <w:t>The trend grew alongside the rise of celebrity costume shoots and carefully staged social posts. According to Vanity Fair, the late 2010s saw famous figures recreate film posters, record covers and other instantly recognisable images, while the pandemic accelerated the shift towards costumes designed for a camera rather than a crowded room.</w:t>
      </w:r>
      <w:r/>
    </w:p>
    <w:p>
      <w:r/>
      <w:r>
        <w:t>Gay Halloween borrows that visual language but gives it a more mischievous, deliberately homemade twist. The objective isn't always to look glamorous. It's to recreate the exact energy of a strange cultural moment, preferably one that lives just beyond the reach of mainstream memory.</w:t>
      </w:r>
      <w:r/>
    </w:p>
    <w:p>
      <w:r/>
      <w:r>
        <w:t>Fast Company described the trend as an online tribute to queer subculture, where hyper-specific references become a form of social currency. In other words, the costume says, "I remember this too," and suddenly a room full of strangers feels like a group chat.</w:t>
      </w:r>
      <w:r/>
    </w:p>
    <w:p>
      <w:pPr>
        <w:pStyle w:val="Heading2"/>
      </w:pPr>
      <w:r>
        <w:t>The niche reference is the whole point</w:t>
      </w:r>
      <w:r/>
    </w:p>
    <w:p>
      <w:r/>
      <w:r>
        <w:t>A strong gay Halloween costume usually has three ingredients: a recognisable shape, an unexpected source and a payoff that becomes funnier once explained. It might channel a forgotten television character, a dramatic magazine cover or a celebrity outfit that briefly dominated the internet before vanishing.</w:t>
      </w:r>
      <w:r/>
    </w:p>
    <w:p>
      <w:r/>
      <w:r>
        <w:t>Them's coverage of the trend highlights how these costumes can draw from queer media, celebrity culture and meme history without needing to be conventionally attractive. That gives the wearer plenty of room to be silly, camp or intentionally awkward. A costume doesn't have to flatter you if it makes the right people laugh.</w:t>
      </w:r>
      <w:r/>
    </w:p>
    <w:p>
      <w:r/>
      <w:r>
        <w:t>The trick is choosing a reference with one memorable detail. A prop, phrase, hairstyle or pose can turn an otherwise baffling outfit into a satisfying lightbulb moment.</w:t>
      </w:r>
      <w:r/>
    </w:p>
    <w:p>
      <w:pPr>
        <w:pStyle w:val="Heading2"/>
      </w:pPr>
      <w:r>
        <w:t>Choosing a costume people will actually recognise</w:t>
      </w:r>
      <w:r/>
    </w:p>
    <w:p>
      <w:r/>
      <w:r>
        <w:t>If you're planning a niche costume, start with the image rather than the person. Ask what someone would notice first: the neck brace, the handwritten note, the oversized sunglasses or the absurd accessory. That detail becomes your shortcut to recognition.</w:t>
      </w:r>
      <w:r/>
    </w:p>
    <w:p>
      <w:r/>
      <w:r>
        <w:t>It also helps to consider the audience. A deeply online costume may land brilliantly at a queer party but fall flat at a family gathering, where you'll spend the evening giving a cultural lecture beside the snack table. The Tab's discussion of the meme captures this tension: the obscurity is part of the appeal, but the best looks still offer a visual entry point.</w:t>
      </w:r>
      <w:r/>
    </w:p>
    <w:p>
      <w:r/>
      <w:r>
        <w:t>For a fast costume, use clothes you already own and add one unmistakable prop. For a more elaborate version, recreate the framing of the original image, including the expression and posture. Your camera roll, rather than a costume shop, may be the most useful place to begin.</w:t>
      </w:r>
      <w:r/>
    </w:p>
    <w:p>
      <w:pPr>
        <w:pStyle w:val="Heading2"/>
      </w:pPr>
      <w:r>
        <w:t>Why fashion is watching the spooky season</w:t>
      </w:r>
      <w:r/>
    </w:p>
    <w:p>
      <w:r/>
      <w:r>
        <w:t>Halloween has become increasingly attractive to fashion and entertainment brands because it offers a rare mix of theatre, nostalgia and instant content. Vogue has reported on fashion's growing interest in the season, as designers and labels use spooky-season dressing to create shareable moments beyond the traditional runway calendar.</w:t>
      </w:r>
      <w:r/>
    </w:p>
    <w:p>
      <w:r/>
      <w:r>
        <w:t>That commercial attention may make the trend look more polished, but gay Halloween remains at its funniest when it keeps a little roughness around the edges. A perfect replica can impress; a nearly correct replica with one baffling mistake often gets the bigger laugh.</w:t>
      </w:r>
      <w:r/>
    </w:p>
    <w:p>
      <w:r/>
      <w:r>
        <w:t>And that may be the enduring appeal. These costumes turn obscure knowledge into connection, giving people permission to be silly while quietly showing what they care about. The best look isn't necessarily the one everyone understands, but the one that makes the right person grab your arm and say, "Wait, is that...?"</w:t>
      </w:r>
      <w:r/>
    </w:p>
    <w:p>
      <w:pPr>
        <w:pStyle w:val="Heading2"/>
      </w:pPr>
      <w:r>
        <w:t>A costume trend built for the group chat</w:t>
      </w:r>
      <w:r/>
    </w:p>
    <w:p>
      <w:r/>
      <w:r>
        <w:t>Gay Halloween is less a fixed dress code than a way of looking at culture. It prizes memory, timing and a willingness to commit to a joke that may need subtitles. Social platforms helped spread it, but the real reward still happens face to face, when a niche reference suddenly finds its audience.</w:t>
      </w:r>
      <w:r/>
    </w:p>
    <w:p>
      <w:r/>
      <w:r>
        <w:t>So if you're stuck for an idea, search your screenshots, revisit an old episode or think about the image your friends still quote years later. The stranger the reference, the stronger the potential, provided there's one detail people can recognise.</w:t>
      </w:r>
      <w:r/>
    </w:p>
    <w:p>
      <w:r/>
      <w:r>
        <w:t>It's Halloween for the deeply online, the culturally curious and anyone who'd rather be a punchline than a pumpkin.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[5]</w:t>
        </w:r>
      </w:hyperlink>
      <w:r>
        <w:t xml:space="preserve">, </w:t>
      </w:r>
      <w:hyperlink r:id="rId13">
        <w:r>
          <w:rPr>
            <w:color w:val="0000EE"/>
            <w:u w:val="single"/>
          </w:rPr>
          <w:t>[6]</w:t>
        </w:r>
      </w:hyperlink>
      <w:r>
        <w:t xml:space="preserve">- Paragraph 10: </w:t>
      </w:r>
      <w:hyperlink r:id="rId14">
        <w:r>
          <w:rPr>
            <w:color w:val="0000EE"/>
            <w:u w:val="single"/>
          </w:rPr>
          <w:t>[7]</w:t>
        </w:r>
      </w:hyperlink>
      <w:r>
        <w:t xml:space="preserve">, </w:t>
      </w:r>
      <w:hyperlink r:id="rId9">
        <w:r>
          <w:rPr>
            <w:color w:val="0000EE"/>
            <w:u w:val="single"/>
          </w:rPr>
          <w:t>[2]</w:t>
        </w:r>
      </w:hyperlink>
      <w:r>
        <w:t xml:space="preserve">- Paragraph 11: </w:t>
      </w:r>
      <w:hyperlink r:id="rId10">
        <w:r>
          <w:rPr>
            <w:color w:val="0000EE"/>
            <w:u w:val="single"/>
          </w:rPr>
          <w:t>[3]</w:t>
        </w:r>
      </w:hyperlink>
      <w:r>
        <w:t xml:space="preserve">, </w:t>
      </w:r>
      <w:hyperlink r:id="rId11">
        <w:r>
          <w:rPr>
            <w:color w:val="0000EE"/>
            <w:u w:val="single"/>
          </w:rPr>
          <w:t>[5]</w:t>
        </w:r>
      </w:hyperlink>
      <w:r>
        <w:t xml:space="preserve">- Paragraph 12: </w:t>
      </w:r>
      <w:hyperlink r:id="rId12">
        <w:r>
          <w:rPr>
            <w:color w:val="0000EE"/>
            <w:u w:val="single"/>
          </w:rPr>
          <w:t>[4]</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https://www.vanityfair.com/story/gay-halloween-explainer</w:t>
        </w:r>
      </w:hyperlink>
      <w:r>
        <w:t xml:space="preserve"> - Please view link - unable to able to access data</w:t>
      </w:r>
      <w:r/>
    </w:p>
    <w:p>
      <w:pPr>
        <w:pStyle w:val="ListNumber"/>
        <w:spacing w:line="240" w:lineRule="auto"/>
        <w:ind w:left="720"/>
      </w:pPr>
      <w:r/>
      <w:hyperlink r:id="rId9">
        <w:r>
          <w:rPr>
            <w:color w:val="0000EE"/>
            <w:u w:val="single"/>
          </w:rPr>
          <w:t>https://www.vanityfair.com/story/gay-halloween-explainer</w:t>
        </w:r>
      </w:hyperlink>
      <w:r>
        <w:t xml:space="preserve"> - This article explores the evolution of Halloween costumes within the LGBTQ+ community, highlighting the shift from traditional attire to niche pop culture references. It discusses how celebrities, particularly the Kardashian-Jenner family, have influenced this trend by recreating iconic moments from film and music for social media. The piece also delves into the 'gay Halloween' phenomenon, where individuals, mainly gay men, craft costumes based on obscure pop culture moments or memes, aiming for humour and online engagement rather than traditional spookiness.</w:t>
      </w:r>
      <w:r/>
    </w:p>
    <w:p>
      <w:pPr>
        <w:pStyle w:val="ListNumber"/>
        <w:spacing w:line="240" w:lineRule="auto"/>
        <w:ind w:left="720"/>
      </w:pPr>
      <w:r/>
      <w:hyperlink r:id="rId10">
        <w:r>
          <w:rPr>
            <w:color w:val="0000EE"/>
            <w:u w:val="single"/>
          </w:rPr>
          <w:t>https://www.theatlantic.com/culture/archive/2024/10/halloween-costume-memes/680331/?utm_source=apple_news</w:t>
        </w:r>
      </w:hyperlink>
      <w:r>
        <w:t xml:space="preserve"> - This article examines the impact of internet memes on Halloween costumes, noting a shift from shared, recognisable fun to online performance. It highlights how meme-inspired costumes, often referencing obscure online trends, are designed primarily for social media audiences, potentially leaving in-person interactions feeling exclusive. The piece calls for a balance between meme-driven costumes and traditional attire to restore Halloween as an inclusive cultural gathering.</w:t>
      </w:r>
      <w:r/>
    </w:p>
    <w:p>
      <w:pPr>
        <w:pStyle w:val="ListNumber"/>
        <w:spacing w:line="240" w:lineRule="auto"/>
        <w:ind w:left="720"/>
      </w:pPr>
      <w:r/>
      <w:hyperlink r:id="rId12">
        <w:r>
          <w:rPr>
            <w:color w:val="0000EE"/>
            <w:u w:val="single"/>
          </w:rPr>
          <w:t>https://www.them.us/story/2025-i-hate-gay-halloween-meme-costumes-outfits-best</w:t>
        </w:r>
      </w:hyperlink>
      <w:r>
        <w:t xml:space="preserve"> - This article discusses the persistence of the 'I hate gay Halloween' meme, where individuals share niche costume ideas referencing obscure pop culture moments. It highlights the creativity within the LGBTQ+ community in crafting these costumes and the ongoing popularity of this trend in recent years.</w:t>
      </w:r>
      <w:r/>
    </w:p>
    <w:p>
      <w:pPr>
        <w:pStyle w:val="ListNumber"/>
        <w:spacing w:line="240" w:lineRule="auto"/>
        <w:ind w:left="720"/>
      </w:pPr>
      <w:r/>
      <w:hyperlink r:id="rId11">
        <w:r>
          <w:rPr>
            <w:color w:val="0000EE"/>
            <w:u w:val="single"/>
          </w:rPr>
          <w:t>https://www.fastcompany.com/91218408/the-gay-halloween-costumes-taking-over-x-are-a-hyper-online-ode-to-queer-subculture</w:t>
        </w:r>
      </w:hyperlink>
      <w:r>
        <w:t xml:space="preserve"> - This article explores the 'gay Halloween' trend on social media, where individuals share ultra-niche costume ideas referencing specific pop culture moments. It discusses how this trend serves as a hyper-online ode to queer subculture, with costumes often requiring extensive knowledge of layered online references.</w:t>
      </w:r>
      <w:r/>
    </w:p>
    <w:p>
      <w:pPr>
        <w:pStyle w:val="ListNumber"/>
        <w:spacing w:line="240" w:lineRule="auto"/>
        <w:ind w:left="720"/>
      </w:pPr>
      <w:r/>
      <w:hyperlink r:id="rId13">
        <w:r>
          <w:rPr>
            <w:color w:val="0000EE"/>
            <w:u w:val="single"/>
          </w:rPr>
          <w:t>https://www.thetab.com/2026/10/28/the-origins-of-the-i-hate-gay-halloween-meme-as-queer-people-dress-up-in-stupidly-niche-costumes</w:t>
        </w:r>
      </w:hyperlink>
      <w:r>
        <w:t xml:space="preserve"> - This article traces the origins of the 'I hate gay Halloween' meme, noting its emergence in 2022 and its evolution into a viral trend by 2024. It discusses how the meme reflects the LGBTQ+ community's penchant for creating niche, humorous costumes based on obscure pop culture references.</w:t>
      </w:r>
      <w:r/>
    </w:p>
    <w:p>
      <w:pPr>
        <w:pStyle w:val="ListNumber"/>
        <w:spacing w:line="240" w:lineRule="auto"/>
        <w:ind w:left="720"/>
      </w:pPr>
      <w:r/>
      <w:hyperlink r:id="rId14">
        <w:r>
          <w:rPr>
            <w:color w:val="0000EE"/>
            <w:u w:val="single"/>
          </w:rPr>
          <w:t>https://www.vogue.com/article/fashion-is-betting-on-spooky-season</w:t>
        </w:r>
      </w:hyperlink>
      <w:r>
        <w:t xml:space="preserve"> - This article discusses how the vintage sector is influencing Halloween's relevance, with 'gay Halloween' elevating the calibre of in-joke references. It highlights the use of luxury fashion to create specific characters, runway moments, or pop culture references for Halloween costumes.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nityfair.com/story/gay-halloween-explainer" TargetMode="External"/><Relationship Id="rId10" Type="http://schemas.openxmlformats.org/officeDocument/2006/relationships/hyperlink" Target="https://www.theatlantic.com/culture/archive/2024/10/halloween-costume-memes/680331/?utm_source=apple_news" TargetMode="External"/><Relationship Id="rId11" Type="http://schemas.openxmlformats.org/officeDocument/2006/relationships/hyperlink" Target="https://www.fastcompany.com/91218408/the-gay-halloween-costumes-taking-over-x-are-a-hyper-online-ode-to-queer-subculture" TargetMode="External"/><Relationship Id="rId12" Type="http://schemas.openxmlformats.org/officeDocument/2006/relationships/hyperlink" Target="https://www.them.us/story/2025-i-hate-gay-halloween-meme-costumes-outfits-best" TargetMode="External"/><Relationship Id="rId13" Type="http://schemas.openxmlformats.org/officeDocument/2006/relationships/hyperlink" Target="https://www.thetab.com/2026/10/28/the-origins-of-the-i-hate-gay-halloween-meme-as-queer-people-dress-up-in-stupidly-niche-costumes" TargetMode="External"/><Relationship Id="rId14" Type="http://schemas.openxmlformats.org/officeDocument/2006/relationships/hyperlink" Target="https://www.vogue.com/article/fashion-is-betting-on-spooky-seas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