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Forgotten Gay Film Roles That Changed Hollywood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rediscovering forgotten gay film roles, from Ryan Phillippe's groundbreaking soap character to Hugh Grant's early romantic drama, as today's openly queer screen culture throws Hollywood's cautious past into sharper focus. These performances weren't always remembered, but many helped widen the possibilities for LGBTQ+ characters and the heartthrobs willing to play them.</w:t>
      </w:r>
      <w:r/>
    </w:p>
    <w:p>
      <w:pPr>
        <w:pStyle w:val="Heading2"/>
      </w:pPr>
      <w:r>
        <w:t>Essential Takeaways</w:t>
      </w:r>
      <w:r/>
      <w:r/>
    </w:p>
    <w:p>
      <w:pPr>
        <w:pStyle w:val="ListBullet"/>
        <w:spacing w:line="240" w:lineRule="auto"/>
        <w:ind w:left="720"/>
      </w:pPr>
      <w:r/>
      <w:r>
        <w:rPr>
          <w:b/>
        </w:rPr>
        <w:t>Early risks mattered:</w:t>
      </w:r>
      <w:r>
        <w:t xml:space="preserve"> Ryan Phillippe played Billy Douglas, widely recognised as daytime television's first openly gay teenager.</w:t>
      </w:r>
      <w:r/>
    </w:p>
    <w:p>
      <w:pPr>
        <w:pStyle w:val="ListBullet"/>
        <w:spacing w:line="240" w:lineRule="auto"/>
        <w:ind w:left="720"/>
      </w:pPr>
      <w:r/>
      <w:r>
        <w:rPr>
          <w:b/>
        </w:rPr>
        <w:t>Familiar faces went further:</w:t>
      </w:r>
      <w:r>
        <w:t xml:space="preserve"> Hugh Grant, Leonardo DiCaprio, Antonio Banderas and Paul Rudd all took on gay roles before or around their breakthrough years.</w:t>
      </w:r>
      <w:r/>
    </w:p>
    <w:p>
      <w:pPr>
        <w:pStyle w:val="ListBullet"/>
        <w:spacing w:line="240" w:lineRule="auto"/>
        <w:ind w:left="720"/>
      </w:pPr>
      <w:r/>
      <w:r>
        <w:rPr>
          <w:b/>
        </w:rPr>
        <w:t>Some films remain cult discoveries:</w:t>
      </w:r>
      <w:r>
        <w:t xml:space="preserve"> Maurice, Law of Desire and Total Eclipse still reward viewers looking beyond conventional star vehicles.</w:t>
      </w:r>
      <w:r/>
    </w:p>
    <w:p>
      <w:pPr>
        <w:pStyle w:val="ListBullet"/>
        <w:spacing w:line="240" w:lineRule="auto"/>
        <w:ind w:left="720"/>
      </w:pPr>
      <w:r/>
      <w:r>
        <w:rPr>
          <w:b/>
        </w:rPr>
        <w:t>Representation came with complications:</w:t>
      </w:r>
      <w:r>
        <w:t xml:space="preserve"> Will Smith later described his refusal to film a same-sex kiss as immature, reflecting the pressure actors faced in the 1990s.</w:t>
      </w:r>
      <w:r/>
    </w:p>
    <w:p>
      <w:pPr>
        <w:pStyle w:val="ListBullet"/>
        <w:spacing w:line="240" w:lineRule="auto"/>
        <w:ind w:left="720"/>
      </w:pPr>
      <w:r/>
      <w:r>
        <w:rPr>
          <w:b/>
        </w:rPr>
        <w:t>Memory can be selective:</w:t>
      </w:r>
      <w:r>
        <w:t xml:space="preserve"> Many of these performances were overshadowed by later blockbusters, even when the earlier roles were bolder.</w:t>
      </w:r>
      <w:r/>
      <w:r/>
    </w:p>
    <w:p>
      <w:pPr>
        <w:pStyle w:val="Heading2"/>
      </w:pPr>
      <w:r>
        <w:t>Hollywood's forgotten gay roles deserve another look</w:t>
      </w:r>
      <w:r/>
    </w:p>
    <w:p>
      <w:r/>
      <w:r>
        <w:t>The most striking thing about these performances isn't simply who played them. It's when they happened. Long before queer roles became a more visible part of mainstream casting, actors often had to weigh artistic ambition against the fear that audiences, studios or casting directors might see a gay character as career damage.</w:t>
      </w:r>
      <w:r/>
    </w:p>
    <w:p>
      <w:r/>
      <w:r>
        <w:t>Ryan Phillippe's turn as Billy Douglas on One Life to Live remains a particularly important example. According to Cheat Sheet, the role made him the first openly gay teenager portrayed on daytime television, while the Billy Douglas character is also documented as a landmark storyline in the soap's history. That's quite a beginning for an actor later associated with glossy 1990s thrillers and romantic dramas.</w:t>
      </w:r>
      <w:r/>
    </w:p>
    <w:p>
      <w:r/>
      <w:r>
        <w:t>The role's importance is easy to miss if you only remember the star who came afterwards. But television history is full of performances that mattered before they became famous.</w:t>
      </w:r>
      <w:r/>
    </w:p>
    <w:p>
      <w:pPr>
        <w:pStyle w:val="Heading2"/>
      </w:pPr>
      <w:r>
        <w:t>Before the heartthrob image came the risk</w:t>
      </w:r>
      <w:r/>
    </w:p>
    <w:p>
      <w:r/>
      <w:r>
        <w:t>Joshua Jackson's appearance as Blaine Tuttle in Cruel Intentions is another example of a role buried beneath the film's more famous moments. Pride reported on the character's explicit sexual storyline, while accounts of the film confirm Jackson played a gay high-school student opposite Eric Mabius's football player.</w:t>
      </w:r>
      <w:r/>
    </w:p>
    <w:p>
      <w:r/>
      <w:r>
        <w:t>It feels almost deliberately hidden in plain sight. Jackson is now strongly associated with Dawson's Creek, Fringe and The Affair, but Cruel Intentions arrived before much of that identity had settled. For modern viewers, revisiting the film can produce a small jolt: there he is, years before his later prestige roles, taking on material that was hardly designed to be forgettable.</w:t>
      </w:r>
      <w:r/>
    </w:p>
    <w:p>
      <w:r/>
      <w:r>
        <w:t>Paul Rudd's role in The Object of My Affection also sits neatly inside this pattern. The future Ant-Man played Jennifer Aniston's gay best friend in a 1990s romantic comedy, a familiar setup that now feels both dated and revealing. Hollywood was willing to make gay characters charming, central and emotionally complicated, but often kept them safely outside the main romantic pairing.</w:t>
      </w:r>
      <w:r/>
    </w:p>
    <w:p>
      <w:pPr>
        <w:pStyle w:val="Heading2"/>
      </w:pPr>
      <w:r>
        <w:t>The serious dramas hiding behind famous careers</w:t>
      </w:r>
      <w:r/>
    </w:p>
    <w:p>
      <w:r/>
      <w:r>
        <w:t>Some of the most intriguing entries came from films that were never built for mass-market success. Hugh Grant's Maurice, released before Four Weddings and a Funeral made him a global romantic-comedy star, placed him in an Edwardian love story shaped by secrecy and the criminalisation of homosexuality. The historical setting gives the film weight, but Grant's presence makes it feel like an early glimpse of a different career path.</w:t>
      </w:r>
      <w:r/>
    </w:p>
    <w:p>
      <w:r/>
      <w:r>
        <w:t>Robert Redford's performance in Inside Daisy Clover belongs to an even earlier chapter. The film presented Wade Lewis as a closeted actor, and the role is notable for resisting the bleak ending that so often defined gay characters in older cinema. That detail matters because representation isn't only about visibility. It's also about whether a character is allowed dignity, desire and a future.</w:t>
      </w:r>
      <w:r/>
    </w:p>
    <w:p>
      <w:r/>
      <w:r>
        <w:t>Antonio Banderas went in a more feverish direction with Pedro Almodóvar's Law of Desire. As an intense young man consumed by desire for a film director, Banderas was part of a Spanish-language drama that treated queer obsession as the engine of the story rather than a side plot. IMDb records his role in the film, while the wider Almodóvar tradition helps explain why the performance feels so much freer than many Hollywood equivalents of the period.</w:t>
      </w:r>
      <w:r/>
    </w:p>
    <w:p>
      <w:pPr>
        <w:pStyle w:val="Heading2"/>
      </w:pPr>
      <w:r>
        <w:t>From literary lovers to surrealist affairs</w:t>
      </w:r>
      <w:r/>
    </w:p>
    <w:p>
      <w:r/>
      <w:r>
        <w:t>Leonardo DiCaprio's Total Eclipse is the kind of early role that can vanish beneath an actor's later mythology. Before Romeo + Juliet and Titanic turned him into a global star, he played Arthur Rimbaud in a drama about the poet's passionate relationship with Paul Verlaine. The film is intense, literary and far removed from the polished celebrity image that followed.</w:t>
      </w:r>
      <w:r/>
    </w:p>
    <w:p>
      <w:r/>
      <w:r>
        <w:t>Robert Pattinson's Little Ashes has a similar problem, although the timing is different. He played Salvador Dalí in a story centred on the artist's relationship with Federico García Lorca, only to be swept into Twilight fame almost immediately afterwards. The performance can feel like a curious alternate universe: Pattinson before the vampire franchise, in a film that asks audiences to take his emotional and artistic ambitions seriously.</w:t>
      </w:r>
      <w:r/>
    </w:p>
    <w:p>
      <w:r/>
      <w:r>
        <w:t>Javier Bardem's Second Skin offers another under-seen variation. He plays a gay orthopaedic surgeon involved with a married man, bringing domestic betrayal and emotional secrecy into a Spanish melodrama. As with several films here, it isn't just the identity of the actor that makes the role interesting. It's the reminder that major stars were exploring queer characters in films audiences outside Spain may never have encountered.</w:t>
      </w:r>
      <w:r/>
    </w:p>
    <w:p>
      <w:pPr>
        <w:pStyle w:val="Heading2"/>
      </w:pPr>
      <w:r>
        <w:t>Why these performances still matter</w:t>
      </w:r>
      <w:r/>
    </w:p>
    <w:p>
      <w:r/>
      <w:r>
        <w:t>Will Smith's Six Degrees of Separation is perhaps the clearest illustration of the pressure surrounding these roles. During his Fresh Prince years, Smith played a young gay man in the film, but later acknowledged that he had asked for a stand-in during a same-sex kissing scene with Anthony Michael Hall. Out's account describes Smith later calling the decision “very immature”, an unusually candid admission that captures how uncomfortable mainstream Hollywood still was with male intimacy.</w:t>
      </w:r>
      <w:r/>
    </w:p>
    <w:p>
      <w:r/>
      <w:r>
        <w:t>That discomfort helps explain why so many of these roles faded from popular memory. A performance could be acclaimed, provocative or historically significant, yet still be eclipsed by the actor's safer commercial image. The films were often marketed as dramas, cult curiosities or prestige projects, rather than as essential queer cinema.</w:t>
      </w:r>
      <w:r/>
    </w:p>
    <w:p>
      <w:r/>
      <w:r>
        <w:t>Today's audiences have more ways to find them. Streaming searches, fan communities and renewed interest in LGBTQ+ film history are giving overlooked performances a second life. And while not every film has aged perfectly, the best of them still offer something valuable: a record of actors taking creative chances before doing so was an obvious career advantage.</w:t>
      </w:r>
      <w:r/>
    </w:p>
    <w:p>
      <w:r/>
      <w:r>
        <w:t>There is a quiet pleasure in watching a future megastar before the mythology takes over. Sometimes the forgotten role tells us more than the famous one.</w:t>
      </w:r>
      <w:r/>
    </w:p>
    <w:p>
      <w:r/>
      <w:r>
        <w:rPr>
          <w:b/>
        </w:rPr>
        <w:t>These overlooked performances are worth revisiting for the risks they took and the doors they helped open.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11">
        <w:r>
          <w:rPr>
            <w:color w:val="0000EE"/>
            <w:u w:val="single"/>
          </w:rPr>
          <w:t>[3]</w:t>
        </w:r>
      </w:hyperlink>
      <w:r>
        <w:t xml:space="preserve">, </w:t>
      </w:r>
      <w:hyperlink r:id="rId10">
        <w:r>
          <w:rPr>
            <w:color w:val="0000EE"/>
            <w:u w:val="single"/>
          </w:rPr>
          <w:t>[7]</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[5]</w:t>
        </w:r>
      </w:hyperlink>
      <w:r>
        <w:t xml:space="preserve">- Paragraph 5: </w:t>
      </w:r>
      <w:hyperlink r:id="rId9">
        <w:r>
          <w:rPr>
            <w:color w:val="0000EE"/>
            <w:u w:val="single"/>
          </w:rPr>
          <w:t>[2]</w:t>
        </w:r>
      </w:hyperlink>
      <w:r>
        <w:t xml:space="preserve">, </w:t>
      </w:r>
      <w:hyperlink r:id="rId14">
        <w:r>
          <w:rPr>
            <w:color w:val="0000EE"/>
            <w:u w:val="single"/>
          </w:rPr>
          <w:t>[5]</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4">
        <w:r>
          <w:rPr>
            <w:color w:val="0000EE"/>
            <w:u w:val="single"/>
          </w:rPr>
          <w:t>[5]</w:t>
        </w:r>
      </w:hyperlink>
      <w:r>
        <w:t xml:space="preserve">- Paragraph 8: </w:t>
      </w:r>
      <w:hyperlink r:id="rId9">
        <w:r>
          <w:rPr>
            <w:color w:val="0000EE"/>
            <w:u w:val="single"/>
          </w:rPr>
          <w:t>[2]</w:t>
        </w:r>
      </w:hyperlink>
      <w:r>
        <w:t xml:space="preserve">, </w:t>
      </w:r>
      <w:hyperlink r:id="rId14">
        <w:r>
          <w:rPr>
            <w:color w:val="0000EE"/>
            <w:u w:val="single"/>
          </w:rPr>
          <w:t>[5]</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[5]</w:t>
        </w:r>
      </w:hyperlink>
      <w:r>
        <w:t xml:space="preserve">- Paragraph 11: </w:t>
      </w:r>
      <w:hyperlink r:id="rId9">
        <w:r>
          <w:rPr>
            <w:color w:val="0000EE"/>
            <w:u w:val="single"/>
          </w:rPr>
          <w:t>[2]</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[5]</w:t>
        </w:r>
      </w:hyperlink>
      <w:r>
        <w:t xml:space="preserve">- Paragraph 13: </w:t>
      </w:r>
      <w:hyperlink r:id="rId9">
        <w:r>
          <w:rPr>
            <w:color w:val="0000EE"/>
            <w:u w:val="single"/>
          </w:rPr>
          <w:t>[2]</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https://www.out.com/gay-entertainment/forgotten-gay-roles</w:t>
        </w:r>
      </w:hyperlink>
      <w:r>
        <w:t xml:space="preserve"> - Please view link - unable to able to access data</w:t>
      </w:r>
      <w:r/>
    </w:p>
    <w:p>
      <w:pPr>
        <w:pStyle w:val="ListNumber"/>
        <w:spacing w:line="240" w:lineRule="auto"/>
        <w:ind w:left="720"/>
      </w:pPr>
      <w:r/>
      <w:hyperlink r:id="rId9">
        <w:r>
          <w:rPr>
            <w:color w:val="0000EE"/>
            <w:u w:val="single"/>
          </w:rPr>
          <w:t>https://www.out.com/gay-entertainment/forgotten-gay-roles</w:t>
        </w:r>
      </w:hyperlink>
      <w:r>
        <w:t xml:space="preserve"> - This article highlights several Hollywood actors who have portrayed gay characters in their careers. It discusses Ryan Phillippe's role as Billy Douglas in 'One Life to Live', Joshua Jackson's portrayal of Blaine Tuttle in 'Cruel Intentions', Robert Redford's character Wade Lewis in 'Inside Daisy Clover', Antonio Banderas in 'Law of Desire', Robert Pattinson as Salvador Dalí in 'Little Ashes', and Leonardo DiCaprio's role as Arthur Rimbaud in 'Total Eclipse'. The piece sheds light on these performances that have often been overlooked over time.</w:t>
      </w:r>
      <w:r/>
    </w:p>
    <w:p>
      <w:pPr>
        <w:pStyle w:val="ListNumber"/>
        <w:spacing w:line="240" w:lineRule="auto"/>
        <w:ind w:left="720"/>
      </w:pPr>
      <w:r/>
      <w:hyperlink r:id="rId11">
        <w:r>
          <w:rPr>
            <w:color w:val="0000EE"/>
            <w:u w:val="single"/>
          </w:rPr>
          <w:t>https://en.wikipedia.org/wiki/Billy_Douglas_%28One_Life_to_Live%29</w:t>
        </w:r>
      </w:hyperlink>
      <w:r>
        <w:t xml:space="preserve"> - Billy Douglas is a fictional character from the American soap opera 'One Life to Live', portrayed by Ryan Phillippe from 1992 to 1993. He is recognised as the first openly gay teenager on daytime television, marking a significant milestone in TV history. The character's storyline addressed themes of homophobia and acceptance, resonating with many viewers and contributing to the show's acclaim for its progressive approach to social issues.</w:t>
      </w:r>
      <w:r/>
    </w:p>
    <w:p>
      <w:pPr>
        <w:pStyle w:val="ListNumber"/>
        <w:spacing w:line="240" w:lineRule="auto"/>
        <w:ind w:left="720"/>
      </w:pPr>
      <w:r/>
      <w:hyperlink r:id="rId12">
        <w:r>
          <w:rPr>
            <w:color w:val="0000EE"/>
            <w:u w:val="single"/>
          </w:rPr>
          <w:t>https://en.wikipedia.org/wiki/Cruel_Intentions</w:t>
        </w:r>
      </w:hyperlink>
      <w:r>
        <w:t xml:space="preserve"> - Released in 1999, 'Cruel Intentions' is a modern adaptation of the 18th-century novel 'Les Liaisons dangereuses'. The film features Joshua Jackson as Blaine Tuttle, a high school student involved in a complex relationship with his peers. The movie, set among wealthy New York City teenagers, delves into themes of manipulation and desire, and has since become a cult classic, noted for its provocative content and performances.</w:t>
      </w:r>
      <w:r/>
    </w:p>
    <w:p>
      <w:pPr>
        <w:pStyle w:val="ListNumber"/>
        <w:spacing w:line="240" w:lineRule="auto"/>
        <w:ind w:left="720"/>
      </w:pPr>
      <w:r/>
      <w:hyperlink r:id="rId14">
        <w:r>
          <w:rPr>
            <w:color w:val="0000EE"/>
            <w:u w:val="single"/>
          </w:rPr>
          <w:t>https://www.imdb.com/title/tt0139134/characters/nm0005045/</w:t>
        </w:r>
      </w:hyperlink>
      <w:r>
        <w:t xml:space="preserve"> - This IMDb page provides detailed information about the character Blaine Tuttle, portrayed by Joshua Jackson in the 1999 film 'Cruel Intentions'. It includes character quotes and insights into Blaine's role in the movie, highlighting his involvement in a controversial and explicit scene that has been a topic of discussion among audiences and critics alike.</w:t>
      </w:r>
      <w:r/>
    </w:p>
    <w:p>
      <w:pPr>
        <w:pStyle w:val="ListNumber"/>
        <w:spacing w:line="240" w:lineRule="auto"/>
        <w:ind w:left="720"/>
      </w:pPr>
      <w:r/>
      <w:hyperlink r:id="rId13">
        <w:r>
          <w:rPr>
            <w:color w:val="0000EE"/>
            <w:u w:val="single"/>
          </w:rPr>
          <w:t>https://www.pride.com/culture/celebrities/joshua-jackson-cruel-intentions-gay-sex-scene</w:t>
        </w:r>
      </w:hyperlink>
      <w:r>
        <w:t xml:space="preserve"> - In this article, Joshua Jackson reflects on his role as Blaine Tuttle in 'Cruel Intentions', discussing the challenges and significance of portraying a gay character in a provocative scene. He shares his experiences and the impact the role had on his career, offering insights into the film's cultural relevance and the importance of representation in media.</w:t>
      </w:r>
      <w:r/>
    </w:p>
    <w:p>
      <w:pPr>
        <w:pStyle w:val="ListNumber"/>
        <w:spacing w:line="240" w:lineRule="auto"/>
        <w:ind w:left="720"/>
      </w:pPr>
      <w:r/>
      <w:hyperlink r:id="rId10">
        <w:r>
          <w:rPr>
            <w:color w:val="0000EE"/>
            <w:u w:val="single"/>
          </w:rPr>
          <w:t>https://www.cheatsheet.com/news/ryan-phillippe-broke-tv-boundaries-playing-the-first-openly-gay-teenager-on-daytime-tv-in-one-life-to-live.html/</w:t>
        </w:r>
      </w:hyperlink>
      <w:r>
        <w:t xml:space="preserve"> - This article explores Ryan Phillippe's groundbreaking role as Billy Douglas in 'One Life to Live', the first openly gay teenager on daytime television. It discusses the impact of this portrayal on the actor's career and the television industry, highlighting the significance of representation and the challenges faced during that era.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gay-entertainment/forgotten-gay-roles" TargetMode="External"/><Relationship Id="rId10" Type="http://schemas.openxmlformats.org/officeDocument/2006/relationships/hyperlink" Target="https://www.cheatsheet.com/news/ryan-phillippe-broke-tv-boundaries-playing-the-first-openly-gay-teenager-on-daytime-tv-in-one-life-to-live.html/" TargetMode="External"/><Relationship Id="rId11" Type="http://schemas.openxmlformats.org/officeDocument/2006/relationships/hyperlink" Target="https://en.wikipedia.org/wiki/Billy_Douglas_%28One_Life_to_Live%29" TargetMode="External"/><Relationship Id="rId12" Type="http://schemas.openxmlformats.org/officeDocument/2006/relationships/hyperlink" Target="https://en.wikipedia.org/wiki/Cruel_Intentions" TargetMode="External"/><Relationship Id="rId13" Type="http://schemas.openxmlformats.org/officeDocument/2006/relationships/hyperlink" Target="https://www.pride.com/culture/celebrities/joshua-jackson-cruel-intentions-gay-sex-scene" TargetMode="External"/><Relationship Id="rId14" Type="http://schemas.openxmlformats.org/officeDocument/2006/relationships/hyperlink" Target="https://www.imdb.com/title/tt0139134/characters/nm000504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